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spacing w:before="0" w:after="0"/>
        <w:jc w:val="center"/>
      </w:pPr>
      <w:r>
        <w:t>Three Triangle Compressibility and Interestingness Atlas</w:t>
      </w:r>
    </w:p>
    <w:p>
      <w:pPr>
        <w:spacing w:before="0" w:after="40"/>
        <w:jc w:val="center"/>
      </w:pPr>
      <w:r>
        <w:rPr>
          <w:rFonts w:ascii="Aptos" w:hAnsi="Aptos"/>
          <w:b w:val="0"/>
          <w:color w:val="414141"/>
          <w:sz w:val="17"/>
        </w:rPr>
        <w:t>Comparison position 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 name="Picture 1" descr="Three triangle comparison: X59379_M3, X4271_M1, X31498_M1"/>
            <wp:cNvGraphicFramePr>
              <a:graphicFrameLocks noChangeAspect="1"/>
            </wp:cNvGraphicFramePr>
            <a:graphic>
              <a:graphicData uri="http://schemas.openxmlformats.org/drawingml/2006/picture">
                <pic:pic>
                  <pic:nvPicPr>
                    <pic:cNvPr id="0" name="web_001.jpg"/>
                    <pic:cNvPicPr/>
                  </pic:nvPicPr>
                  <pic:blipFill>
                    <a:blip r:embed="rId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X59379_M3</w:t>
            </w:r>
          </w:p>
          <w:p>
            <w:pPr>
              <w:spacing w:before="0" w:after="22" w:line="240" w:lineRule="auto"/>
              <w:jc w:val="center"/>
            </w:pPr>
            <w:r>
              <w:rPr>
                <w:rFonts w:ascii="Aptos" w:hAnsi="Aptos"/>
                <w:b w:val="0"/>
                <w:color w:val="414141"/>
                <w:sz w:val="16"/>
              </w:rPr>
              <w:t>Definition  X(59379); M3 pedal triangle</w:t>
            </w:r>
          </w:p>
          <w:p>
            <w:pPr>
              <w:spacing w:before="0" w:after="22" w:line="240" w:lineRule="auto"/>
              <w:jc w:val="center"/>
            </w:pPr>
            <w:r>
              <w:rPr>
                <w:rFonts w:ascii="Aptos" w:hAnsi="Aptos"/>
                <w:b w:val="0"/>
                <w:color w:val="414141"/>
                <w:sz w:val="16"/>
              </w:rPr>
              <w:t>Neural score  65.547</w:t>
            </w:r>
          </w:p>
          <w:p>
            <w:pPr>
              <w:spacing w:before="0" w:after="22" w:line="240" w:lineRule="auto"/>
              <w:jc w:val="center"/>
            </w:pPr>
            <w:r>
              <w:rPr>
                <w:rFonts w:ascii="Aptos" w:hAnsi="Aptos"/>
                <w:b w:val="0"/>
                <w:color w:val="414141"/>
                <w:sz w:val="16"/>
              </w:rPr>
              <w:t>Code bits  5,847    q/random  0.2523</w:t>
            </w:r>
          </w:p>
          <w:p>
            <w:pPr>
              <w:spacing w:before="0" w:after="22" w:line="240" w:lineRule="auto"/>
              <w:jc w:val="center"/>
            </w:pPr>
            <w:r>
              <w:rPr>
                <w:rFonts w:ascii="Aptos" w:hAnsi="Aptos"/>
                <w:b w:val="0"/>
                <w:color w:val="414141"/>
                <w:sz w:val="16"/>
              </w:rPr>
              <w:t>Fitted taste  0.438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X4271_M1</w:t>
            </w:r>
          </w:p>
          <w:p>
            <w:pPr>
              <w:spacing w:before="0" w:after="22" w:line="240" w:lineRule="auto"/>
              <w:jc w:val="center"/>
            </w:pPr>
            <w:r>
              <w:rPr>
                <w:rFonts w:ascii="Aptos" w:hAnsi="Aptos"/>
                <w:b w:val="0"/>
                <w:color w:val="414141"/>
                <w:sz w:val="16"/>
              </w:rPr>
              <w:t>Definition  X(4271); M1 cevian triangle</w:t>
            </w:r>
          </w:p>
          <w:p>
            <w:pPr>
              <w:spacing w:before="0" w:after="22" w:line="240" w:lineRule="auto"/>
              <w:jc w:val="center"/>
            </w:pPr>
            <w:r>
              <w:rPr>
                <w:rFonts w:ascii="Aptos" w:hAnsi="Aptos"/>
                <w:b w:val="0"/>
                <w:color w:val="414141"/>
                <w:sz w:val="16"/>
              </w:rPr>
              <w:t>Code-bit rank  1    position  1</w:t>
            </w:r>
          </w:p>
          <w:p>
            <w:pPr>
              <w:spacing w:before="0" w:after="22" w:line="240" w:lineRule="auto"/>
              <w:jc w:val="center"/>
            </w:pPr>
            <w:r>
              <w:rPr>
                <w:rFonts w:ascii="Aptos" w:hAnsi="Aptos"/>
                <w:b w:val="0"/>
                <w:color w:val="414141"/>
                <w:sz w:val="16"/>
              </w:rPr>
              <w:t>Quadtree code bits  583</w:t>
            </w:r>
          </w:p>
          <w:p>
            <w:pPr>
              <w:spacing w:before="0" w:after="22" w:line="240" w:lineRule="auto"/>
              <w:jc w:val="center"/>
            </w:pPr>
            <w:r>
              <w:rPr>
                <w:rFonts w:ascii="Aptos" w:hAnsi="Aptos"/>
                <w:b w:val="0"/>
                <w:color w:val="414141"/>
                <w:sz w:val="16"/>
              </w:rPr>
              <w:t>q/random  0.06992    PNG/random  0.1817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X31498_M1</w:t>
            </w:r>
          </w:p>
          <w:p>
            <w:pPr>
              <w:spacing w:before="0" w:after="22" w:line="240" w:lineRule="auto"/>
              <w:jc w:val="center"/>
            </w:pPr>
            <w:r>
              <w:rPr>
                <w:rFonts w:ascii="Aptos" w:hAnsi="Aptos"/>
                <w:b w:val="0"/>
                <w:color w:val="414141"/>
                <w:sz w:val="16"/>
              </w:rPr>
              <w:t>Definition  X(31498); M1 cevian triangle</w:t>
            </w:r>
          </w:p>
          <w:p>
            <w:pPr>
              <w:spacing w:before="0" w:after="22" w:line="240" w:lineRule="auto"/>
              <w:jc w:val="center"/>
            </w:pPr>
            <w:r>
              <w:rPr>
                <w:rFonts w:ascii="Aptos" w:hAnsi="Aptos"/>
                <w:b w:val="0"/>
                <w:color w:val="414141"/>
                <w:sz w:val="16"/>
              </w:rPr>
              <w:t>Wundt position  1</w:t>
            </w:r>
          </w:p>
          <w:p>
            <w:pPr>
              <w:spacing w:before="0" w:after="22" w:line="240" w:lineRule="auto"/>
              <w:jc w:val="center"/>
            </w:pPr>
            <w:r>
              <w:rPr>
                <w:rFonts w:ascii="Aptos" w:hAnsi="Aptos"/>
                <w:b w:val="0"/>
                <w:color w:val="414141"/>
                <w:sz w:val="16"/>
              </w:rPr>
              <w:t>Wundt gate  1.000000</w:t>
            </w:r>
          </w:p>
          <w:p>
            <w:pPr>
              <w:spacing w:before="0" w:after="22" w:line="240" w:lineRule="auto"/>
              <w:jc w:val="center"/>
            </w:pPr>
            <w:r>
              <w:rPr>
                <w:rFonts w:ascii="Aptos" w:hAnsi="Aptos"/>
                <w:b w:val="0"/>
                <w:color w:val="414141"/>
                <w:sz w:val="16"/>
              </w:rPr>
              <w:t>q/random  0.5002    code bits  7,779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 name="Picture 2" descr="Three triangle comparison: X7327_M3, X71803_M1, X39726_M1"/>
            <wp:cNvGraphicFramePr>
              <a:graphicFrameLocks noChangeAspect="1"/>
            </wp:cNvGraphicFramePr>
            <a:graphic>
              <a:graphicData uri="http://schemas.openxmlformats.org/drawingml/2006/picture">
                <pic:pic>
                  <pic:nvPicPr>
                    <pic:cNvPr id="0" name="web_002.jpg"/>
                    <pic:cNvPicPr/>
                  </pic:nvPicPr>
                  <pic:blipFill>
                    <a:blip r:embed="rId1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X7327_M3</w:t>
            </w:r>
          </w:p>
          <w:p>
            <w:pPr>
              <w:spacing w:before="0" w:after="22" w:line="240" w:lineRule="auto"/>
              <w:jc w:val="center"/>
            </w:pPr>
            <w:r>
              <w:rPr>
                <w:rFonts w:ascii="Aptos" w:hAnsi="Aptos"/>
                <w:b w:val="0"/>
                <w:color w:val="414141"/>
                <w:sz w:val="16"/>
              </w:rPr>
              <w:t>Definition  X(7327); M3 pedal triangle</w:t>
            </w:r>
          </w:p>
          <w:p>
            <w:pPr>
              <w:spacing w:before="0" w:after="22" w:line="240" w:lineRule="auto"/>
              <w:jc w:val="center"/>
            </w:pPr>
            <w:r>
              <w:rPr>
                <w:rFonts w:ascii="Aptos" w:hAnsi="Aptos"/>
                <w:b w:val="0"/>
                <w:color w:val="414141"/>
                <w:sz w:val="16"/>
              </w:rPr>
              <w:t>Neural score  64.938</w:t>
            </w:r>
          </w:p>
          <w:p>
            <w:pPr>
              <w:spacing w:before="0" w:after="22" w:line="240" w:lineRule="auto"/>
              <w:jc w:val="center"/>
            </w:pPr>
            <w:r>
              <w:rPr>
                <w:rFonts w:ascii="Aptos" w:hAnsi="Aptos"/>
                <w:b w:val="0"/>
                <w:color w:val="414141"/>
                <w:sz w:val="16"/>
              </w:rPr>
              <w:t>Code bits  6,617    q/random  0.2874</w:t>
            </w:r>
          </w:p>
          <w:p>
            <w:pPr>
              <w:spacing w:before="0" w:after="22" w:line="240" w:lineRule="auto"/>
              <w:jc w:val="center"/>
            </w:pPr>
            <w:r>
              <w:rPr>
                <w:rFonts w:ascii="Aptos" w:hAnsi="Aptos"/>
                <w:b w:val="0"/>
                <w:color w:val="414141"/>
                <w:sz w:val="16"/>
              </w:rPr>
              <w:t>Fitted taste  -0.205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X71803_M1</w:t>
            </w:r>
          </w:p>
          <w:p>
            <w:pPr>
              <w:spacing w:before="0" w:after="22" w:line="240" w:lineRule="auto"/>
              <w:jc w:val="center"/>
            </w:pPr>
            <w:r>
              <w:rPr>
                <w:rFonts w:ascii="Aptos" w:hAnsi="Aptos"/>
                <w:b w:val="0"/>
                <w:color w:val="414141"/>
                <w:sz w:val="16"/>
              </w:rPr>
              <w:t>Definition  X(71803); M1 cevian triangle</w:t>
            </w:r>
          </w:p>
          <w:p>
            <w:pPr>
              <w:spacing w:before="0" w:after="22" w:line="240" w:lineRule="auto"/>
              <w:jc w:val="center"/>
            </w:pPr>
            <w:r>
              <w:rPr>
                <w:rFonts w:ascii="Aptos" w:hAnsi="Aptos"/>
                <w:b w:val="0"/>
                <w:color w:val="414141"/>
                <w:sz w:val="16"/>
              </w:rPr>
              <w:t>Code-bit rank  1    position  2</w:t>
            </w:r>
          </w:p>
          <w:p>
            <w:pPr>
              <w:spacing w:before="0" w:after="22" w:line="240" w:lineRule="auto"/>
              <w:jc w:val="center"/>
            </w:pPr>
            <w:r>
              <w:rPr>
                <w:rFonts w:ascii="Aptos" w:hAnsi="Aptos"/>
                <w:b w:val="0"/>
                <w:color w:val="414141"/>
                <w:sz w:val="16"/>
              </w:rPr>
              <w:t>Quadtree code bits  583</w:t>
            </w:r>
          </w:p>
          <w:p>
            <w:pPr>
              <w:spacing w:before="0" w:after="22" w:line="240" w:lineRule="auto"/>
              <w:jc w:val="center"/>
            </w:pPr>
            <w:r>
              <w:rPr>
                <w:rFonts w:ascii="Aptos" w:hAnsi="Aptos"/>
                <w:b w:val="0"/>
                <w:color w:val="414141"/>
                <w:sz w:val="16"/>
              </w:rPr>
              <w:t>q/random  0.04543    PNG/random  0.1650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X39726_M1</w:t>
            </w:r>
          </w:p>
          <w:p>
            <w:pPr>
              <w:spacing w:before="0" w:after="22" w:line="240" w:lineRule="auto"/>
              <w:jc w:val="center"/>
            </w:pPr>
            <w:r>
              <w:rPr>
                <w:rFonts w:ascii="Aptos" w:hAnsi="Aptos"/>
                <w:b w:val="0"/>
                <w:color w:val="414141"/>
                <w:sz w:val="16"/>
              </w:rPr>
              <w:t>Definition  X(39726); M1 cevian triangle</w:t>
            </w:r>
          </w:p>
          <w:p>
            <w:pPr>
              <w:spacing w:before="0" w:after="22" w:line="240" w:lineRule="auto"/>
              <w:jc w:val="center"/>
            </w:pPr>
            <w:r>
              <w:rPr>
                <w:rFonts w:ascii="Aptos" w:hAnsi="Aptos"/>
                <w:b w:val="0"/>
                <w:color w:val="414141"/>
                <w:sz w:val="16"/>
              </w:rPr>
              <w:t>Wundt position  2</w:t>
            </w:r>
          </w:p>
          <w:p>
            <w:pPr>
              <w:spacing w:before="0" w:after="22" w:line="240" w:lineRule="auto"/>
              <w:jc w:val="center"/>
            </w:pPr>
            <w:r>
              <w:rPr>
                <w:rFonts w:ascii="Aptos" w:hAnsi="Aptos"/>
                <w:b w:val="0"/>
                <w:color w:val="414141"/>
                <w:sz w:val="16"/>
              </w:rPr>
              <w:t>Wundt gate  0.999997</w:t>
            </w:r>
          </w:p>
          <w:p>
            <w:pPr>
              <w:spacing w:before="0" w:after="22" w:line="240" w:lineRule="auto"/>
              <w:jc w:val="center"/>
            </w:pPr>
            <w:r>
              <w:rPr>
                <w:rFonts w:ascii="Aptos" w:hAnsi="Aptos"/>
                <w:b w:val="0"/>
                <w:color w:val="414141"/>
                <w:sz w:val="16"/>
              </w:rPr>
              <w:t>q/random  0.4991    code bits  11,384</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 name="Picture 3" descr="Three triangle comparison: X64658_M1, X29935_M1, X9143_M3"/>
            <wp:cNvGraphicFramePr>
              <a:graphicFrameLocks noChangeAspect="1"/>
            </wp:cNvGraphicFramePr>
            <a:graphic>
              <a:graphicData uri="http://schemas.openxmlformats.org/drawingml/2006/picture">
                <pic:pic>
                  <pic:nvPicPr>
                    <pic:cNvPr id="0" name="web_003.jpg"/>
                    <pic:cNvPicPr/>
                  </pic:nvPicPr>
                  <pic:blipFill>
                    <a:blip r:embed="rId1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X64658_M1</w:t>
            </w:r>
          </w:p>
          <w:p>
            <w:pPr>
              <w:spacing w:before="0" w:after="22" w:line="240" w:lineRule="auto"/>
              <w:jc w:val="center"/>
            </w:pPr>
            <w:r>
              <w:rPr>
                <w:rFonts w:ascii="Aptos" w:hAnsi="Aptos"/>
                <w:b w:val="0"/>
                <w:color w:val="414141"/>
                <w:sz w:val="16"/>
              </w:rPr>
              <w:t>Definition  X(64658); M1 cevian triangle</w:t>
            </w:r>
          </w:p>
          <w:p>
            <w:pPr>
              <w:spacing w:before="0" w:after="22" w:line="240" w:lineRule="auto"/>
              <w:jc w:val="center"/>
            </w:pPr>
            <w:r>
              <w:rPr>
                <w:rFonts w:ascii="Aptos" w:hAnsi="Aptos"/>
                <w:b w:val="0"/>
                <w:color w:val="414141"/>
                <w:sz w:val="16"/>
              </w:rPr>
              <w:t>Neural score  64.769</w:t>
            </w:r>
          </w:p>
          <w:p>
            <w:pPr>
              <w:spacing w:before="0" w:after="22" w:line="240" w:lineRule="auto"/>
              <w:jc w:val="center"/>
            </w:pPr>
            <w:r>
              <w:rPr>
                <w:rFonts w:ascii="Aptos" w:hAnsi="Aptos"/>
                <w:b w:val="0"/>
                <w:color w:val="414141"/>
                <w:sz w:val="16"/>
              </w:rPr>
              <w:t>Code bits  2,263    q/random  0.1225</w:t>
            </w:r>
          </w:p>
          <w:p>
            <w:pPr>
              <w:spacing w:before="0" w:after="22" w:line="240" w:lineRule="auto"/>
              <w:jc w:val="center"/>
            </w:pPr>
            <w:r>
              <w:rPr>
                <w:rFonts w:ascii="Aptos" w:hAnsi="Aptos"/>
                <w:b w:val="0"/>
                <w:color w:val="414141"/>
                <w:sz w:val="16"/>
              </w:rPr>
              <w:t>Fitted taste  0.756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X29935_M1</w:t>
            </w:r>
          </w:p>
          <w:p>
            <w:pPr>
              <w:spacing w:before="0" w:after="22" w:line="240" w:lineRule="auto"/>
              <w:jc w:val="center"/>
            </w:pPr>
            <w:r>
              <w:rPr>
                <w:rFonts w:ascii="Aptos" w:hAnsi="Aptos"/>
                <w:b w:val="0"/>
                <w:color w:val="414141"/>
                <w:sz w:val="16"/>
              </w:rPr>
              <w:t>Definition  X(29935); M1 cevian triangle</w:t>
            </w:r>
          </w:p>
          <w:p>
            <w:pPr>
              <w:spacing w:before="0" w:after="22" w:line="240" w:lineRule="auto"/>
              <w:jc w:val="center"/>
            </w:pPr>
            <w:r>
              <w:rPr>
                <w:rFonts w:ascii="Aptos" w:hAnsi="Aptos"/>
                <w:b w:val="0"/>
                <w:color w:val="414141"/>
                <w:sz w:val="16"/>
              </w:rPr>
              <w:t>Code-bit rank  3    position  3</w:t>
            </w:r>
          </w:p>
          <w:p>
            <w:pPr>
              <w:spacing w:before="0" w:after="22" w:line="240" w:lineRule="auto"/>
              <w:jc w:val="center"/>
            </w:pPr>
            <w:r>
              <w:rPr>
                <w:rFonts w:ascii="Aptos" w:hAnsi="Aptos"/>
                <w:b w:val="0"/>
                <w:color w:val="414141"/>
                <w:sz w:val="16"/>
              </w:rPr>
              <w:t>Quadtree code bits  590</w:t>
            </w:r>
          </w:p>
          <w:p>
            <w:pPr>
              <w:spacing w:before="0" w:after="22" w:line="240" w:lineRule="auto"/>
              <w:jc w:val="center"/>
            </w:pPr>
            <w:r>
              <w:rPr>
                <w:rFonts w:ascii="Aptos" w:hAnsi="Aptos"/>
                <w:b w:val="0"/>
                <w:color w:val="414141"/>
                <w:sz w:val="16"/>
              </w:rPr>
              <w:t>q/random  0.04504    PNG/random  0.1664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X9143_M3</w:t>
            </w:r>
          </w:p>
          <w:p>
            <w:pPr>
              <w:spacing w:before="0" w:after="22" w:line="240" w:lineRule="auto"/>
              <w:jc w:val="center"/>
            </w:pPr>
            <w:r>
              <w:rPr>
                <w:rFonts w:ascii="Aptos" w:hAnsi="Aptos"/>
                <w:b w:val="0"/>
                <w:color w:val="414141"/>
                <w:sz w:val="16"/>
              </w:rPr>
              <w:t>Definition  X(9143); M3 pedal triangle</w:t>
            </w:r>
          </w:p>
          <w:p>
            <w:pPr>
              <w:spacing w:before="0" w:after="22" w:line="240" w:lineRule="auto"/>
              <w:jc w:val="center"/>
            </w:pPr>
            <w:r>
              <w:rPr>
                <w:rFonts w:ascii="Aptos" w:hAnsi="Aptos"/>
                <w:b w:val="0"/>
                <w:color w:val="414141"/>
                <w:sz w:val="16"/>
              </w:rPr>
              <w:t>Wundt position  3</w:t>
            </w:r>
          </w:p>
          <w:p>
            <w:pPr>
              <w:spacing w:before="0" w:after="22" w:line="240" w:lineRule="auto"/>
              <w:jc w:val="center"/>
            </w:pPr>
            <w:r>
              <w:rPr>
                <w:rFonts w:ascii="Aptos" w:hAnsi="Aptos"/>
                <w:b w:val="0"/>
                <w:color w:val="414141"/>
                <w:sz w:val="16"/>
              </w:rPr>
              <w:t>Wundt gate  0.999992</w:t>
            </w:r>
          </w:p>
          <w:p>
            <w:pPr>
              <w:spacing w:before="0" w:after="22" w:line="240" w:lineRule="auto"/>
              <w:jc w:val="center"/>
            </w:pPr>
            <w:r>
              <w:rPr>
                <w:rFonts w:ascii="Aptos" w:hAnsi="Aptos"/>
                <w:b w:val="0"/>
                <w:color w:val="414141"/>
                <w:sz w:val="16"/>
              </w:rPr>
              <w:t>q/random  0.5014    code bits  11,503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 name="Picture 4" descr="Three triangle comparison: X13470_M3, X35951_M1, X2929_M1"/>
            <wp:cNvGraphicFramePr>
              <a:graphicFrameLocks noChangeAspect="1"/>
            </wp:cNvGraphicFramePr>
            <a:graphic>
              <a:graphicData uri="http://schemas.openxmlformats.org/drawingml/2006/picture">
                <pic:pic>
                  <pic:nvPicPr>
                    <pic:cNvPr id="0" name="web_004.jpg"/>
                    <pic:cNvPicPr/>
                  </pic:nvPicPr>
                  <pic:blipFill>
                    <a:blip r:embed="rId1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X13470_M3</w:t>
            </w:r>
          </w:p>
          <w:p>
            <w:pPr>
              <w:spacing w:before="0" w:after="22" w:line="240" w:lineRule="auto"/>
              <w:jc w:val="center"/>
            </w:pPr>
            <w:r>
              <w:rPr>
                <w:rFonts w:ascii="Aptos" w:hAnsi="Aptos"/>
                <w:b w:val="0"/>
                <w:color w:val="414141"/>
                <w:sz w:val="16"/>
              </w:rPr>
              <w:t>Definition  X(13470); M3 pedal triangle</w:t>
            </w:r>
          </w:p>
          <w:p>
            <w:pPr>
              <w:spacing w:before="0" w:after="22" w:line="240" w:lineRule="auto"/>
              <w:jc w:val="center"/>
            </w:pPr>
            <w:r>
              <w:rPr>
                <w:rFonts w:ascii="Aptos" w:hAnsi="Aptos"/>
                <w:b w:val="0"/>
                <w:color w:val="414141"/>
                <w:sz w:val="16"/>
              </w:rPr>
              <w:t>Neural score  64.224</w:t>
            </w:r>
          </w:p>
          <w:p>
            <w:pPr>
              <w:spacing w:before="0" w:after="22" w:line="240" w:lineRule="auto"/>
              <w:jc w:val="center"/>
            </w:pPr>
            <w:r>
              <w:rPr>
                <w:rFonts w:ascii="Aptos" w:hAnsi="Aptos"/>
                <w:b w:val="0"/>
                <w:color w:val="414141"/>
                <w:sz w:val="16"/>
              </w:rPr>
              <w:t>Code bits  2,760    q/random  0.3240</w:t>
            </w:r>
          </w:p>
          <w:p>
            <w:pPr>
              <w:spacing w:before="0" w:after="22" w:line="240" w:lineRule="auto"/>
              <w:jc w:val="center"/>
            </w:pPr>
            <w:r>
              <w:rPr>
                <w:rFonts w:ascii="Aptos" w:hAnsi="Aptos"/>
                <w:b w:val="0"/>
                <w:color w:val="414141"/>
                <w:sz w:val="16"/>
              </w:rPr>
              <w:t>Fitted taste  0.309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X35951_M1</w:t>
            </w:r>
          </w:p>
          <w:p>
            <w:pPr>
              <w:spacing w:before="0" w:after="22" w:line="240" w:lineRule="auto"/>
              <w:jc w:val="center"/>
            </w:pPr>
            <w:r>
              <w:rPr>
                <w:rFonts w:ascii="Aptos" w:hAnsi="Aptos"/>
                <w:b w:val="0"/>
                <w:color w:val="414141"/>
                <w:sz w:val="16"/>
              </w:rPr>
              <w:t>Definition  X(35951); M1 cevian triangle</w:t>
            </w:r>
          </w:p>
          <w:p>
            <w:pPr>
              <w:spacing w:before="0" w:after="22" w:line="240" w:lineRule="auto"/>
              <w:jc w:val="center"/>
            </w:pPr>
            <w:r>
              <w:rPr>
                <w:rFonts w:ascii="Aptos" w:hAnsi="Aptos"/>
                <w:b w:val="0"/>
                <w:color w:val="414141"/>
                <w:sz w:val="16"/>
              </w:rPr>
              <w:t>Code-bit rank  3    position  4</w:t>
            </w:r>
          </w:p>
          <w:p>
            <w:pPr>
              <w:spacing w:before="0" w:after="22" w:line="240" w:lineRule="auto"/>
              <w:jc w:val="center"/>
            </w:pPr>
            <w:r>
              <w:rPr>
                <w:rFonts w:ascii="Aptos" w:hAnsi="Aptos"/>
                <w:b w:val="0"/>
                <w:color w:val="414141"/>
                <w:sz w:val="16"/>
              </w:rPr>
              <w:t>Quadtree code bits  590</w:t>
            </w:r>
          </w:p>
          <w:p>
            <w:pPr>
              <w:spacing w:before="0" w:after="22" w:line="240" w:lineRule="auto"/>
              <w:jc w:val="center"/>
            </w:pPr>
            <w:r>
              <w:rPr>
                <w:rFonts w:ascii="Aptos" w:hAnsi="Aptos"/>
                <w:b w:val="0"/>
                <w:color w:val="414141"/>
                <w:sz w:val="16"/>
              </w:rPr>
              <w:t>q/random  0.04511    PNG/random  0.1682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X2929_M1</w:t>
            </w:r>
          </w:p>
          <w:p>
            <w:pPr>
              <w:spacing w:before="0" w:after="22" w:line="240" w:lineRule="auto"/>
              <w:jc w:val="center"/>
            </w:pPr>
            <w:r>
              <w:rPr>
                <w:rFonts w:ascii="Aptos" w:hAnsi="Aptos"/>
                <w:b w:val="0"/>
                <w:color w:val="414141"/>
                <w:sz w:val="16"/>
              </w:rPr>
              <w:t>Definition  X(2929); M1 cevian triangle</w:t>
            </w:r>
          </w:p>
          <w:p>
            <w:pPr>
              <w:spacing w:before="0" w:after="22" w:line="240" w:lineRule="auto"/>
              <w:jc w:val="center"/>
            </w:pPr>
            <w:r>
              <w:rPr>
                <w:rFonts w:ascii="Aptos" w:hAnsi="Aptos"/>
                <w:b w:val="0"/>
                <w:color w:val="414141"/>
                <w:sz w:val="16"/>
              </w:rPr>
              <w:t>Wundt position  4</w:t>
            </w:r>
          </w:p>
          <w:p>
            <w:pPr>
              <w:spacing w:before="0" w:after="22" w:line="240" w:lineRule="auto"/>
              <w:jc w:val="center"/>
            </w:pPr>
            <w:r>
              <w:rPr>
                <w:rFonts w:ascii="Aptos" w:hAnsi="Aptos"/>
                <w:b w:val="0"/>
                <w:color w:val="414141"/>
                <w:sz w:val="16"/>
              </w:rPr>
              <w:t>Wundt gate  0.999991</w:t>
            </w:r>
          </w:p>
          <w:p>
            <w:pPr>
              <w:spacing w:before="0" w:after="22" w:line="240" w:lineRule="auto"/>
              <w:jc w:val="center"/>
            </w:pPr>
            <w:r>
              <w:rPr>
                <w:rFonts w:ascii="Aptos" w:hAnsi="Aptos"/>
                <w:b w:val="0"/>
                <w:color w:val="414141"/>
                <w:sz w:val="16"/>
              </w:rPr>
              <w:t>q/random  0.4985    code bits  10,488</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 name="Picture 5" descr="Three triangle comparison: X37644_M1, X72137_M1, X486_M1"/>
            <wp:cNvGraphicFramePr>
              <a:graphicFrameLocks noChangeAspect="1"/>
            </wp:cNvGraphicFramePr>
            <a:graphic>
              <a:graphicData uri="http://schemas.openxmlformats.org/drawingml/2006/picture">
                <pic:pic>
                  <pic:nvPicPr>
                    <pic:cNvPr id="0" name="web_005.jpg"/>
                    <pic:cNvPicPr/>
                  </pic:nvPicPr>
                  <pic:blipFill>
                    <a:blip r:embed="rId1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X37644_M1</w:t>
            </w:r>
          </w:p>
          <w:p>
            <w:pPr>
              <w:spacing w:before="0" w:after="22" w:line="240" w:lineRule="auto"/>
              <w:jc w:val="center"/>
            </w:pPr>
            <w:r>
              <w:rPr>
                <w:rFonts w:ascii="Aptos" w:hAnsi="Aptos"/>
                <w:b w:val="0"/>
                <w:color w:val="414141"/>
                <w:sz w:val="16"/>
              </w:rPr>
              <w:t>Definition  X(37644); M1 cevian triangle</w:t>
            </w:r>
          </w:p>
          <w:p>
            <w:pPr>
              <w:spacing w:before="0" w:after="22" w:line="240" w:lineRule="auto"/>
              <w:jc w:val="center"/>
            </w:pPr>
            <w:r>
              <w:rPr>
                <w:rFonts w:ascii="Aptos" w:hAnsi="Aptos"/>
                <w:b w:val="0"/>
                <w:color w:val="414141"/>
                <w:sz w:val="16"/>
              </w:rPr>
              <w:t>Neural score  64.168</w:t>
            </w:r>
          </w:p>
          <w:p>
            <w:pPr>
              <w:spacing w:before="0" w:after="22" w:line="240" w:lineRule="auto"/>
              <w:jc w:val="center"/>
            </w:pPr>
            <w:r>
              <w:rPr>
                <w:rFonts w:ascii="Aptos" w:hAnsi="Aptos"/>
                <w:b w:val="0"/>
                <w:color w:val="414141"/>
                <w:sz w:val="16"/>
              </w:rPr>
              <w:t>Code bits  5,259    q/random  0.2863</w:t>
            </w:r>
          </w:p>
          <w:p>
            <w:pPr>
              <w:spacing w:before="0" w:after="22" w:line="240" w:lineRule="auto"/>
              <w:jc w:val="center"/>
            </w:pPr>
            <w:r>
              <w:rPr>
                <w:rFonts w:ascii="Aptos" w:hAnsi="Aptos"/>
                <w:b w:val="0"/>
                <w:color w:val="414141"/>
                <w:sz w:val="16"/>
              </w:rPr>
              <w:t>Fitted taste  0.485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X72137_M1</w:t>
            </w:r>
          </w:p>
          <w:p>
            <w:pPr>
              <w:spacing w:before="0" w:after="22" w:line="240" w:lineRule="auto"/>
              <w:jc w:val="center"/>
            </w:pPr>
            <w:r>
              <w:rPr>
                <w:rFonts w:ascii="Aptos" w:hAnsi="Aptos"/>
                <w:b w:val="0"/>
                <w:color w:val="414141"/>
                <w:sz w:val="16"/>
              </w:rPr>
              <w:t>Definition  X(72137); M1 cevian triangle</w:t>
            </w:r>
          </w:p>
          <w:p>
            <w:pPr>
              <w:spacing w:before="0" w:after="22" w:line="240" w:lineRule="auto"/>
              <w:jc w:val="center"/>
            </w:pPr>
            <w:r>
              <w:rPr>
                <w:rFonts w:ascii="Aptos" w:hAnsi="Aptos"/>
                <w:b w:val="0"/>
                <w:color w:val="414141"/>
                <w:sz w:val="16"/>
              </w:rPr>
              <w:t>Code-bit rank  5    position  5</w:t>
            </w:r>
          </w:p>
          <w:p>
            <w:pPr>
              <w:spacing w:before="0" w:after="22" w:line="240" w:lineRule="auto"/>
              <w:jc w:val="center"/>
            </w:pPr>
            <w:r>
              <w:rPr>
                <w:rFonts w:ascii="Aptos" w:hAnsi="Aptos"/>
                <w:b w:val="0"/>
                <w:color w:val="414141"/>
                <w:sz w:val="16"/>
              </w:rPr>
              <w:t>Quadtree code bits  597</w:t>
            </w:r>
          </w:p>
          <w:p>
            <w:pPr>
              <w:spacing w:before="0" w:after="22" w:line="240" w:lineRule="auto"/>
              <w:jc w:val="center"/>
            </w:pPr>
            <w:r>
              <w:rPr>
                <w:rFonts w:ascii="Aptos" w:hAnsi="Aptos"/>
                <w:b w:val="0"/>
                <w:color w:val="414141"/>
                <w:sz w:val="16"/>
              </w:rPr>
              <w:t>q/random  0.04627    PNG/random  0.1671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X486_M1</w:t>
            </w:r>
          </w:p>
          <w:p>
            <w:pPr>
              <w:spacing w:before="0" w:after="22" w:line="240" w:lineRule="auto"/>
              <w:jc w:val="center"/>
            </w:pPr>
            <w:r>
              <w:rPr>
                <w:rFonts w:ascii="Aptos" w:hAnsi="Aptos"/>
                <w:b w:val="0"/>
                <w:color w:val="414141"/>
                <w:sz w:val="16"/>
              </w:rPr>
              <w:t>Definition  X(486); M1 cevian triangle</w:t>
            </w:r>
          </w:p>
          <w:p>
            <w:pPr>
              <w:spacing w:before="0" w:after="22" w:line="240" w:lineRule="auto"/>
              <w:jc w:val="center"/>
            </w:pPr>
            <w:r>
              <w:rPr>
                <w:rFonts w:ascii="Aptos" w:hAnsi="Aptos"/>
                <w:b w:val="0"/>
                <w:color w:val="414141"/>
                <w:sz w:val="16"/>
              </w:rPr>
              <w:t>Wundt position  5</w:t>
            </w:r>
          </w:p>
          <w:p>
            <w:pPr>
              <w:spacing w:before="0" w:after="22" w:line="240" w:lineRule="auto"/>
              <w:jc w:val="center"/>
            </w:pPr>
            <w:r>
              <w:rPr>
                <w:rFonts w:ascii="Aptos" w:hAnsi="Aptos"/>
                <w:b w:val="0"/>
                <w:color w:val="414141"/>
                <w:sz w:val="16"/>
              </w:rPr>
              <w:t>Wundt gate  0.999990</w:t>
            </w:r>
          </w:p>
          <w:p>
            <w:pPr>
              <w:spacing w:before="0" w:after="22" w:line="240" w:lineRule="auto"/>
              <w:jc w:val="center"/>
            </w:pPr>
            <w:r>
              <w:rPr>
                <w:rFonts w:ascii="Aptos" w:hAnsi="Aptos"/>
                <w:b w:val="0"/>
                <w:color w:val="414141"/>
                <w:sz w:val="16"/>
              </w:rPr>
              <w:t>q/random  0.5016    code bits  10,880</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 name="Picture 6" descr="Three triangle comparison: X43449_M3, X33007_M1, X47115_M1"/>
            <wp:cNvGraphicFramePr>
              <a:graphicFrameLocks noChangeAspect="1"/>
            </wp:cNvGraphicFramePr>
            <a:graphic>
              <a:graphicData uri="http://schemas.openxmlformats.org/drawingml/2006/picture">
                <pic:pic>
                  <pic:nvPicPr>
                    <pic:cNvPr id="0" name="web_006.jpg"/>
                    <pic:cNvPicPr/>
                  </pic:nvPicPr>
                  <pic:blipFill>
                    <a:blip r:embed="rId1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X43449_M3</w:t>
            </w:r>
          </w:p>
          <w:p>
            <w:pPr>
              <w:spacing w:before="0" w:after="22" w:line="240" w:lineRule="auto"/>
              <w:jc w:val="center"/>
            </w:pPr>
            <w:r>
              <w:rPr>
                <w:rFonts w:ascii="Aptos" w:hAnsi="Aptos"/>
                <w:b w:val="0"/>
                <w:color w:val="414141"/>
                <w:sz w:val="16"/>
              </w:rPr>
              <w:t>Definition  X(43449); M3 pedal triangle</w:t>
            </w:r>
          </w:p>
          <w:p>
            <w:pPr>
              <w:spacing w:before="0" w:after="22" w:line="240" w:lineRule="auto"/>
              <w:jc w:val="center"/>
            </w:pPr>
            <w:r>
              <w:rPr>
                <w:rFonts w:ascii="Aptos" w:hAnsi="Aptos"/>
                <w:b w:val="0"/>
                <w:color w:val="414141"/>
                <w:sz w:val="16"/>
              </w:rPr>
              <w:t>Neural score  63.852</w:t>
            </w:r>
          </w:p>
          <w:p>
            <w:pPr>
              <w:spacing w:before="0" w:after="22" w:line="240" w:lineRule="auto"/>
              <w:jc w:val="center"/>
            </w:pPr>
            <w:r>
              <w:rPr>
                <w:rFonts w:ascii="Aptos" w:hAnsi="Aptos"/>
                <w:b w:val="0"/>
                <w:color w:val="414141"/>
                <w:sz w:val="16"/>
              </w:rPr>
              <w:t>Code bits  6,785    q/random  0.3010</w:t>
            </w:r>
          </w:p>
          <w:p>
            <w:pPr>
              <w:spacing w:before="0" w:after="22" w:line="240" w:lineRule="auto"/>
              <w:jc w:val="center"/>
            </w:pPr>
            <w:r>
              <w:rPr>
                <w:rFonts w:ascii="Aptos" w:hAnsi="Aptos"/>
                <w:b w:val="0"/>
                <w:color w:val="414141"/>
                <w:sz w:val="16"/>
              </w:rPr>
              <w:t>Fitted taste  1.201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X33007_M1</w:t>
            </w:r>
          </w:p>
          <w:p>
            <w:pPr>
              <w:spacing w:before="0" w:after="22" w:line="240" w:lineRule="auto"/>
              <w:jc w:val="center"/>
            </w:pPr>
            <w:r>
              <w:rPr>
                <w:rFonts w:ascii="Aptos" w:hAnsi="Aptos"/>
                <w:b w:val="0"/>
                <w:color w:val="414141"/>
                <w:sz w:val="16"/>
              </w:rPr>
              <w:t>Definition  X(33007); M1 cevian triangle</w:t>
            </w:r>
          </w:p>
          <w:p>
            <w:pPr>
              <w:spacing w:before="0" w:after="22" w:line="240" w:lineRule="auto"/>
              <w:jc w:val="center"/>
            </w:pPr>
            <w:r>
              <w:rPr>
                <w:rFonts w:ascii="Aptos" w:hAnsi="Aptos"/>
                <w:b w:val="0"/>
                <w:color w:val="414141"/>
                <w:sz w:val="16"/>
              </w:rPr>
              <w:t>Code-bit rank  6    position  6</w:t>
            </w:r>
          </w:p>
          <w:p>
            <w:pPr>
              <w:spacing w:before="0" w:after="22" w:line="240" w:lineRule="auto"/>
              <w:jc w:val="center"/>
            </w:pPr>
            <w:r>
              <w:rPr>
                <w:rFonts w:ascii="Aptos" w:hAnsi="Aptos"/>
                <w:b w:val="0"/>
                <w:color w:val="414141"/>
                <w:sz w:val="16"/>
              </w:rPr>
              <w:t>Quadtree code bits  611</w:t>
            </w:r>
          </w:p>
          <w:p>
            <w:pPr>
              <w:spacing w:before="0" w:after="22" w:line="240" w:lineRule="auto"/>
              <w:jc w:val="center"/>
            </w:pPr>
            <w:r>
              <w:rPr>
                <w:rFonts w:ascii="Aptos" w:hAnsi="Aptos"/>
                <w:b w:val="0"/>
                <w:color w:val="414141"/>
                <w:sz w:val="16"/>
              </w:rPr>
              <w:t>q/random  0.04721    PNG/random  0.1716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X47115_M1</w:t>
            </w:r>
          </w:p>
          <w:p>
            <w:pPr>
              <w:spacing w:before="0" w:after="22" w:line="240" w:lineRule="auto"/>
              <w:jc w:val="center"/>
            </w:pPr>
            <w:r>
              <w:rPr>
                <w:rFonts w:ascii="Aptos" w:hAnsi="Aptos"/>
                <w:b w:val="0"/>
                <w:color w:val="414141"/>
                <w:sz w:val="16"/>
              </w:rPr>
              <w:t>Definition  X(47115); M1 cevian triangle</w:t>
            </w:r>
          </w:p>
          <w:p>
            <w:pPr>
              <w:spacing w:before="0" w:after="22" w:line="240" w:lineRule="auto"/>
              <w:jc w:val="center"/>
            </w:pPr>
            <w:r>
              <w:rPr>
                <w:rFonts w:ascii="Aptos" w:hAnsi="Aptos"/>
                <w:b w:val="0"/>
                <w:color w:val="414141"/>
                <w:sz w:val="16"/>
              </w:rPr>
              <w:t>Wundt position  6</w:t>
            </w:r>
          </w:p>
          <w:p>
            <w:pPr>
              <w:spacing w:before="0" w:after="22" w:line="240" w:lineRule="auto"/>
              <w:jc w:val="center"/>
            </w:pPr>
            <w:r>
              <w:rPr>
                <w:rFonts w:ascii="Aptos" w:hAnsi="Aptos"/>
                <w:b w:val="0"/>
                <w:color w:val="414141"/>
                <w:sz w:val="16"/>
              </w:rPr>
              <w:t>Wundt gate  0.999989</w:t>
            </w:r>
          </w:p>
          <w:p>
            <w:pPr>
              <w:spacing w:before="0" w:after="22" w:line="240" w:lineRule="auto"/>
              <w:jc w:val="center"/>
            </w:pPr>
            <w:r>
              <w:rPr>
                <w:rFonts w:ascii="Aptos" w:hAnsi="Aptos"/>
                <w:b w:val="0"/>
                <w:color w:val="414141"/>
                <w:sz w:val="16"/>
              </w:rPr>
              <w:t>q/random  0.4983    code bits  8,395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 name="Picture 7" descr="Three triangle comparison: X36696_M3, X54594_M3, X18645_M1"/>
            <wp:cNvGraphicFramePr>
              <a:graphicFrameLocks noChangeAspect="1"/>
            </wp:cNvGraphicFramePr>
            <a:graphic>
              <a:graphicData uri="http://schemas.openxmlformats.org/drawingml/2006/picture">
                <pic:pic>
                  <pic:nvPicPr>
                    <pic:cNvPr id="0" name="web_007.jpg"/>
                    <pic:cNvPicPr/>
                  </pic:nvPicPr>
                  <pic:blipFill>
                    <a:blip r:embed="rId1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X36696_M3</w:t>
            </w:r>
          </w:p>
          <w:p>
            <w:pPr>
              <w:spacing w:before="0" w:after="22" w:line="240" w:lineRule="auto"/>
              <w:jc w:val="center"/>
            </w:pPr>
            <w:r>
              <w:rPr>
                <w:rFonts w:ascii="Aptos" w:hAnsi="Aptos"/>
                <w:b w:val="0"/>
                <w:color w:val="414141"/>
                <w:sz w:val="16"/>
              </w:rPr>
              <w:t>Definition  X(36696); M3 pedal triangle</w:t>
            </w:r>
          </w:p>
          <w:p>
            <w:pPr>
              <w:spacing w:before="0" w:after="22" w:line="240" w:lineRule="auto"/>
              <w:jc w:val="center"/>
            </w:pPr>
            <w:r>
              <w:rPr>
                <w:rFonts w:ascii="Aptos" w:hAnsi="Aptos"/>
                <w:b w:val="0"/>
                <w:color w:val="414141"/>
                <w:sz w:val="16"/>
              </w:rPr>
              <w:t>Neural score  63.815</w:t>
            </w:r>
          </w:p>
          <w:p>
            <w:pPr>
              <w:spacing w:before="0" w:after="22" w:line="240" w:lineRule="auto"/>
              <w:jc w:val="center"/>
            </w:pPr>
            <w:r>
              <w:rPr>
                <w:rFonts w:ascii="Aptos" w:hAnsi="Aptos"/>
                <w:b w:val="0"/>
                <w:color w:val="414141"/>
                <w:sz w:val="16"/>
              </w:rPr>
              <w:t>Code bits  5,910    q/random  0.2683</w:t>
            </w:r>
          </w:p>
          <w:p>
            <w:pPr>
              <w:spacing w:before="0" w:after="22" w:line="240" w:lineRule="auto"/>
              <w:jc w:val="center"/>
            </w:pPr>
            <w:r>
              <w:rPr>
                <w:rFonts w:ascii="Aptos" w:hAnsi="Aptos"/>
                <w:b w:val="0"/>
                <w:color w:val="414141"/>
                <w:sz w:val="16"/>
              </w:rPr>
              <w:t>Fitted taste  0.631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X54594_M3</w:t>
            </w:r>
          </w:p>
          <w:p>
            <w:pPr>
              <w:spacing w:before="0" w:after="22" w:line="240" w:lineRule="auto"/>
              <w:jc w:val="center"/>
            </w:pPr>
            <w:r>
              <w:rPr>
                <w:rFonts w:ascii="Aptos" w:hAnsi="Aptos"/>
                <w:b w:val="0"/>
                <w:color w:val="414141"/>
                <w:sz w:val="16"/>
              </w:rPr>
              <w:t>Definition  X(54594); M3 pedal triangle</w:t>
            </w:r>
          </w:p>
          <w:p>
            <w:pPr>
              <w:spacing w:before="0" w:after="22" w:line="240" w:lineRule="auto"/>
              <w:jc w:val="center"/>
            </w:pPr>
            <w:r>
              <w:rPr>
                <w:rFonts w:ascii="Aptos" w:hAnsi="Aptos"/>
                <w:b w:val="0"/>
                <w:color w:val="414141"/>
                <w:sz w:val="16"/>
              </w:rPr>
              <w:t>Code-bit rank  7    position  7</w:t>
            </w:r>
          </w:p>
          <w:p>
            <w:pPr>
              <w:spacing w:before="0" w:after="22" w:line="240" w:lineRule="auto"/>
              <w:jc w:val="center"/>
            </w:pPr>
            <w:r>
              <w:rPr>
                <w:rFonts w:ascii="Aptos" w:hAnsi="Aptos"/>
                <w:b w:val="0"/>
                <w:color w:val="414141"/>
                <w:sz w:val="16"/>
              </w:rPr>
              <w:t>Quadtree code bits  618</w:t>
            </w:r>
          </w:p>
          <w:p>
            <w:pPr>
              <w:spacing w:before="0" w:after="22" w:line="240" w:lineRule="auto"/>
              <w:jc w:val="center"/>
            </w:pPr>
            <w:r>
              <w:rPr>
                <w:rFonts w:ascii="Aptos" w:hAnsi="Aptos"/>
                <w:b w:val="0"/>
                <w:color w:val="414141"/>
                <w:sz w:val="16"/>
              </w:rPr>
              <w:t>q/random  0.05894    PNG/random  0.1509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X18645_M1</w:t>
            </w:r>
          </w:p>
          <w:p>
            <w:pPr>
              <w:spacing w:before="0" w:after="22" w:line="240" w:lineRule="auto"/>
              <w:jc w:val="center"/>
            </w:pPr>
            <w:r>
              <w:rPr>
                <w:rFonts w:ascii="Aptos" w:hAnsi="Aptos"/>
                <w:b w:val="0"/>
                <w:color w:val="414141"/>
                <w:sz w:val="16"/>
              </w:rPr>
              <w:t>Definition  X(18645); M1 cevian triangle</w:t>
            </w:r>
          </w:p>
          <w:p>
            <w:pPr>
              <w:spacing w:before="0" w:after="22" w:line="240" w:lineRule="auto"/>
              <w:jc w:val="center"/>
            </w:pPr>
            <w:r>
              <w:rPr>
                <w:rFonts w:ascii="Aptos" w:hAnsi="Aptos"/>
                <w:b w:val="0"/>
                <w:color w:val="414141"/>
                <w:sz w:val="16"/>
              </w:rPr>
              <w:t>Wundt position  7</w:t>
            </w:r>
          </w:p>
          <w:p>
            <w:pPr>
              <w:spacing w:before="0" w:after="22" w:line="240" w:lineRule="auto"/>
              <w:jc w:val="center"/>
            </w:pPr>
            <w:r>
              <w:rPr>
                <w:rFonts w:ascii="Aptos" w:hAnsi="Aptos"/>
                <w:b w:val="0"/>
                <w:color w:val="414141"/>
                <w:sz w:val="16"/>
              </w:rPr>
              <w:t>Wundt gate  0.999984</w:t>
            </w:r>
          </w:p>
          <w:p>
            <w:pPr>
              <w:spacing w:before="0" w:after="22" w:line="240" w:lineRule="auto"/>
              <w:jc w:val="center"/>
            </w:pPr>
            <w:r>
              <w:rPr>
                <w:rFonts w:ascii="Aptos" w:hAnsi="Aptos"/>
                <w:b w:val="0"/>
                <w:color w:val="414141"/>
                <w:sz w:val="16"/>
              </w:rPr>
              <w:t>q/random  0.4980    code bits  11,321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 name="Picture 8" descr="Three triangle comparison: X2861_M1, X54323_M1, X15612_M3"/>
            <wp:cNvGraphicFramePr>
              <a:graphicFrameLocks noChangeAspect="1"/>
            </wp:cNvGraphicFramePr>
            <a:graphic>
              <a:graphicData uri="http://schemas.openxmlformats.org/drawingml/2006/picture">
                <pic:pic>
                  <pic:nvPicPr>
                    <pic:cNvPr id="0" name="web_008.jpg"/>
                    <pic:cNvPicPr/>
                  </pic:nvPicPr>
                  <pic:blipFill>
                    <a:blip r:embed="rId1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X2861_M1</w:t>
            </w:r>
          </w:p>
          <w:p>
            <w:pPr>
              <w:spacing w:before="0" w:after="22" w:line="240" w:lineRule="auto"/>
              <w:jc w:val="center"/>
            </w:pPr>
            <w:r>
              <w:rPr>
                <w:rFonts w:ascii="Aptos" w:hAnsi="Aptos"/>
                <w:b w:val="0"/>
                <w:color w:val="414141"/>
                <w:sz w:val="16"/>
              </w:rPr>
              <w:t>Definition  X(2861); M1 cevian triangle</w:t>
            </w:r>
          </w:p>
          <w:p>
            <w:pPr>
              <w:spacing w:before="0" w:after="22" w:line="240" w:lineRule="auto"/>
              <w:jc w:val="center"/>
            </w:pPr>
            <w:r>
              <w:rPr>
                <w:rFonts w:ascii="Aptos" w:hAnsi="Aptos"/>
                <w:b w:val="0"/>
                <w:color w:val="414141"/>
                <w:sz w:val="16"/>
              </w:rPr>
              <w:t>Neural score  63.806</w:t>
            </w:r>
          </w:p>
          <w:p>
            <w:pPr>
              <w:spacing w:before="0" w:after="22" w:line="240" w:lineRule="auto"/>
              <w:jc w:val="center"/>
            </w:pPr>
            <w:r>
              <w:rPr>
                <w:rFonts w:ascii="Aptos" w:hAnsi="Aptos"/>
                <w:b w:val="0"/>
                <w:color w:val="414141"/>
                <w:sz w:val="16"/>
              </w:rPr>
              <w:t>Code bits  4,601    q/random  0.2090</w:t>
            </w:r>
          </w:p>
          <w:p>
            <w:pPr>
              <w:spacing w:before="0" w:after="22" w:line="240" w:lineRule="auto"/>
              <w:jc w:val="center"/>
            </w:pPr>
            <w:r>
              <w:rPr>
                <w:rFonts w:ascii="Aptos" w:hAnsi="Aptos"/>
                <w:b w:val="0"/>
                <w:color w:val="414141"/>
                <w:sz w:val="16"/>
              </w:rPr>
              <w:t>Fitted taste  1.070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X54323_M1</w:t>
            </w:r>
          </w:p>
          <w:p>
            <w:pPr>
              <w:spacing w:before="0" w:after="22" w:line="240" w:lineRule="auto"/>
              <w:jc w:val="center"/>
            </w:pPr>
            <w:r>
              <w:rPr>
                <w:rFonts w:ascii="Aptos" w:hAnsi="Aptos"/>
                <w:b w:val="0"/>
                <w:color w:val="414141"/>
                <w:sz w:val="16"/>
              </w:rPr>
              <w:t>Definition  X(54323); M1 cevian triangle</w:t>
            </w:r>
          </w:p>
          <w:p>
            <w:pPr>
              <w:spacing w:before="0" w:after="22" w:line="240" w:lineRule="auto"/>
              <w:jc w:val="center"/>
            </w:pPr>
            <w:r>
              <w:rPr>
                <w:rFonts w:ascii="Aptos" w:hAnsi="Aptos"/>
                <w:b w:val="0"/>
                <w:color w:val="414141"/>
                <w:sz w:val="16"/>
              </w:rPr>
              <w:t>Code-bit rank  8    position  8</w:t>
            </w:r>
          </w:p>
          <w:p>
            <w:pPr>
              <w:spacing w:before="0" w:after="22" w:line="240" w:lineRule="auto"/>
              <w:jc w:val="center"/>
            </w:pPr>
            <w:r>
              <w:rPr>
                <w:rFonts w:ascii="Aptos" w:hAnsi="Aptos"/>
                <w:b w:val="0"/>
                <w:color w:val="414141"/>
                <w:sz w:val="16"/>
              </w:rPr>
              <w:t>Quadtree code bits  625</w:t>
            </w:r>
          </w:p>
          <w:p>
            <w:pPr>
              <w:spacing w:before="0" w:after="22" w:line="240" w:lineRule="auto"/>
              <w:jc w:val="center"/>
            </w:pPr>
            <w:r>
              <w:rPr>
                <w:rFonts w:ascii="Aptos" w:hAnsi="Aptos"/>
                <w:b w:val="0"/>
                <w:color w:val="414141"/>
                <w:sz w:val="16"/>
              </w:rPr>
              <w:t>q/random  0.07766    PNG/random  0.1832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X15612_M3</w:t>
            </w:r>
          </w:p>
          <w:p>
            <w:pPr>
              <w:spacing w:before="0" w:after="22" w:line="240" w:lineRule="auto"/>
              <w:jc w:val="center"/>
            </w:pPr>
            <w:r>
              <w:rPr>
                <w:rFonts w:ascii="Aptos" w:hAnsi="Aptos"/>
                <w:b w:val="0"/>
                <w:color w:val="414141"/>
                <w:sz w:val="16"/>
              </w:rPr>
              <w:t>Definition  X(15612); M3 pedal triangle</w:t>
            </w:r>
          </w:p>
          <w:p>
            <w:pPr>
              <w:spacing w:before="0" w:after="22" w:line="240" w:lineRule="auto"/>
              <w:jc w:val="center"/>
            </w:pPr>
            <w:r>
              <w:rPr>
                <w:rFonts w:ascii="Aptos" w:hAnsi="Aptos"/>
                <w:b w:val="0"/>
                <w:color w:val="414141"/>
                <w:sz w:val="16"/>
              </w:rPr>
              <w:t>Wundt position  8</w:t>
            </w:r>
          </w:p>
          <w:p>
            <w:pPr>
              <w:spacing w:before="0" w:after="22" w:line="240" w:lineRule="auto"/>
              <w:jc w:val="center"/>
            </w:pPr>
            <w:r>
              <w:rPr>
                <w:rFonts w:ascii="Aptos" w:hAnsi="Aptos"/>
                <w:b w:val="0"/>
                <w:color w:val="414141"/>
                <w:sz w:val="16"/>
              </w:rPr>
              <w:t>Wundt gate  0.999979</w:t>
            </w:r>
          </w:p>
          <w:p>
            <w:pPr>
              <w:spacing w:before="0" w:after="22" w:line="240" w:lineRule="auto"/>
              <w:jc w:val="center"/>
            </w:pPr>
            <w:r>
              <w:rPr>
                <w:rFonts w:ascii="Aptos" w:hAnsi="Aptos"/>
                <w:b w:val="0"/>
                <w:color w:val="414141"/>
                <w:sz w:val="16"/>
              </w:rPr>
              <w:t>q/random  0.4977    code bits  11,279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 name="Picture 9" descr="Three triangle comparison: X8135_M1, X66435_M1, X33606_M1"/>
            <wp:cNvGraphicFramePr>
              <a:graphicFrameLocks noChangeAspect="1"/>
            </wp:cNvGraphicFramePr>
            <a:graphic>
              <a:graphicData uri="http://schemas.openxmlformats.org/drawingml/2006/picture">
                <pic:pic>
                  <pic:nvPicPr>
                    <pic:cNvPr id="0" name="web_009.jpg"/>
                    <pic:cNvPicPr/>
                  </pic:nvPicPr>
                  <pic:blipFill>
                    <a:blip r:embed="rId1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X8135_M1</w:t>
            </w:r>
          </w:p>
          <w:p>
            <w:pPr>
              <w:spacing w:before="0" w:after="22" w:line="240" w:lineRule="auto"/>
              <w:jc w:val="center"/>
            </w:pPr>
            <w:r>
              <w:rPr>
                <w:rFonts w:ascii="Aptos" w:hAnsi="Aptos"/>
                <w:b w:val="0"/>
                <w:color w:val="414141"/>
                <w:sz w:val="16"/>
              </w:rPr>
              <w:t>Definition  X(8135); M1 cevian triangle</w:t>
            </w:r>
          </w:p>
          <w:p>
            <w:pPr>
              <w:spacing w:before="0" w:after="22" w:line="240" w:lineRule="auto"/>
              <w:jc w:val="center"/>
            </w:pPr>
            <w:r>
              <w:rPr>
                <w:rFonts w:ascii="Aptos" w:hAnsi="Aptos"/>
                <w:b w:val="0"/>
                <w:color w:val="414141"/>
                <w:sz w:val="16"/>
              </w:rPr>
              <w:t>Neural score  62.755</w:t>
            </w:r>
          </w:p>
          <w:p>
            <w:pPr>
              <w:spacing w:before="0" w:after="22" w:line="240" w:lineRule="auto"/>
              <w:jc w:val="center"/>
            </w:pPr>
            <w:r>
              <w:rPr>
                <w:rFonts w:ascii="Aptos" w:hAnsi="Aptos"/>
                <w:b w:val="0"/>
                <w:color w:val="414141"/>
                <w:sz w:val="16"/>
              </w:rPr>
              <w:t>Code bits  3,173    q/random  0.1827</w:t>
            </w:r>
          </w:p>
          <w:p>
            <w:pPr>
              <w:spacing w:before="0" w:after="22" w:line="240" w:lineRule="auto"/>
              <w:jc w:val="center"/>
            </w:pPr>
            <w:r>
              <w:rPr>
                <w:rFonts w:ascii="Aptos" w:hAnsi="Aptos"/>
                <w:b w:val="0"/>
                <w:color w:val="414141"/>
                <w:sz w:val="16"/>
              </w:rPr>
              <w:t>Fitted taste  0.836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X66435_M1</w:t>
            </w:r>
          </w:p>
          <w:p>
            <w:pPr>
              <w:spacing w:before="0" w:after="22" w:line="240" w:lineRule="auto"/>
              <w:jc w:val="center"/>
            </w:pPr>
            <w:r>
              <w:rPr>
                <w:rFonts w:ascii="Aptos" w:hAnsi="Aptos"/>
                <w:b w:val="0"/>
                <w:color w:val="414141"/>
                <w:sz w:val="16"/>
              </w:rPr>
              <w:t>Definition  X(66435); M1 cevian triangle</w:t>
            </w:r>
          </w:p>
          <w:p>
            <w:pPr>
              <w:spacing w:before="0" w:after="22" w:line="240" w:lineRule="auto"/>
              <w:jc w:val="center"/>
            </w:pPr>
            <w:r>
              <w:rPr>
                <w:rFonts w:ascii="Aptos" w:hAnsi="Aptos"/>
                <w:b w:val="0"/>
                <w:color w:val="414141"/>
                <w:sz w:val="16"/>
              </w:rPr>
              <w:t>Code-bit rank  8    position  9</w:t>
            </w:r>
          </w:p>
          <w:p>
            <w:pPr>
              <w:spacing w:before="0" w:after="22" w:line="240" w:lineRule="auto"/>
              <w:jc w:val="center"/>
            </w:pPr>
            <w:r>
              <w:rPr>
                <w:rFonts w:ascii="Aptos" w:hAnsi="Aptos"/>
                <w:b w:val="0"/>
                <w:color w:val="414141"/>
                <w:sz w:val="16"/>
              </w:rPr>
              <w:t>Quadtree code bits  625</w:t>
            </w:r>
          </w:p>
          <w:p>
            <w:pPr>
              <w:spacing w:before="0" w:after="22" w:line="240" w:lineRule="auto"/>
              <w:jc w:val="center"/>
            </w:pPr>
            <w:r>
              <w:rPr>
                <w:rFonts w:ascii="Aptos" w:hAnsi="Aptos"/>
                <w:b w:val="0"/>
                <w:color w:val="414141"/>
                <w:sz w:val="16"/>
              </w:rPr>
              <w:t>q/random  0.04869    PNG/random  0.1686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X33606_M1</w:t>
            </w:r>
          </w:p>
          <w:p>
            <w:pPr>
              <w:spacing w:before="0" w:after="22" w:line="240" w:lineRule="auto"/>
              <w:jc w:val="center"/>
            </w:pPr>
            <w:r>
              <w:rPr>
                <w:rFonts w:ascii="Aptos" w:hAnsi="Aptos"/>
                <w:b w:val="0"/>
                <w:color w:val="414141"/>
                <w:sz w:val="16"/>
              </w:rPr>
              <w:t>Definition  X(33606); M1 cevian triangle</w:t>
            </w:r>
          </w:p>
          <w:p>
            <w:pPr>
              <w:spacing w:before="0" w:after="22" w:line="240" w:lineRule="auto"/>
              <w:jc w:val="center"/>
            </w:pPr>
            <w:r>
              <w:rPr>
                <w:rFonts w:ascii="Aptos" w:hAnsi="Aptos"/>
                <w:b w:val="0"/>
                <w:color w:val="414141"/>
                <w:sz w:val="16"/>
              </w:rPr>
              <w:t>Wundt position  9</w:t>
            </w:r>
          </w:p>
          <w:p>
            <w:pPr>
              <w:spacing w:before="0" w:after="22" w:line="240" w:lineRule="auto"/>
              <w:jc w:val="center"/>
            </w:pPr>
            <w:r>
              <w:rPr>
                <w:rFonts w:ascii="Aptos" w:hAnsi="Aptos"/>
                <w:b w:val="0"/>
                <w:color w:val="414141"/>
                <w:sz w:val="16"/>
              </w:rPr>
              <w:t>Wundt gate  0.999977</w:t>
            </w:r>
          </w:p>
          <w:p>
            <w:pPr>
              <w:spacing w:before="0" w:after="22" w:line="240" w:lineRule="auto"/>
              <w:jc w:val="center"/>
            </w:pPr>
            <w:r>
              <w:rPr>
                <w:rFonts w:ascii="Aptos" w:hAnsi="Aptos"/>
                <w:b w:val="0"/>
                <w:color w:val="414141"/>
                <w:sz w:val="16"/>
              </w:rPr>
              <w:t>q/random  0.4976    code bits  10,124</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 name="Picture 10" descr="Three triangle comparison: X7208_M3, X37173_M1, X54476_M3"/>
            <wp:cNvGraphicFramePr>
              <a:graphicFrameLocks noChangeAspect="1"/>
            </wp:cNvGraphicFramePr>
            <a:graphic>
              <a:graphicData uri="http://schemas.openxmlformats.org/drawingml/2006/picture">
                <pic:pic>
                  <pic:nvPicPr>
                    <pic:cNvPr id="0" name="web_010.jpg"/>
                    <pic:cNvPicPr/>
                  </pic:nvPicPr>
                  <pic:blipFill>
                    <a:blip r:embed="rId1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X7208_M3</w:t>
            </w:r>
          </w:p>
          <w:p>
            <w:pPr>
              <w:spacing w:before="0" w:after="22" w:line="240" w:lineRule="auto"/>
              <w:jc w:val="center"/>
            </w:pPr>
            <w:r>
              <w:rPr>
                <w:rFonts w:ascii="Aptos" w:hAnsi="Aptos"/>
                <w:b w:val="0"/>
                <w:color w:val="414141"/>
                <w:sz w:val="16"/>
              </w:rPr>
              <w:t>Definition  X(7208); M3 pedal triangle</w:t>
            </w:r>
          </w:p>
          <w:p>
            <w:pPr>
              <w:spacing w:before="0" w:after="22" w:line="240" w:lineRule="auto"/>
              <w:jc w:val="center"/>
            </w:pPr>
            <w:r>
              <w:rPr>
                <w:rFonts w:ascii="Aptos" w:hAnsi="Aptos"/>
                <w:b w:val="0"/>
                <w:color w:val="414141"/>
                <w:sz w:val="16"/>
              </w:rPr>
              <w:t>Neural score  62.295</w:t>
            </w:r>
          </w:p>
          <w:p>
            <w:pPr>
              <w:spacing w:before="0" w:after="22" w:line="240" w:lineRule="auto"/>
              <w:jc w:val="center"/>
            </w:pPr>
            <w:r>
              <w:rPr>
                <w:rFonts w:ascii="Aptos" w:hAnsi="Aptos"/>
                <w:b w:val="0"/>
                <w:color w:val="414141"/>
                <w:sz w:val="16"/>
              </w:rPr>
              <w:t>Code bits  6,589    q/random  0.3017</w:t>
            </w:r>
          </w:p>
          <w:p>
            <w:pPr>
              <w:spacing w:before="0" w:after="22" w:line="240" w:lineRule="auto"/>
              <w:jc w:val="center"/>
            </w:pPr>
            <w:r>
              <w:rPr>
                <w:rFonts w:ascii="Aptos" w:hAnsi="Aptos"/>
                <w:b w:val="0"/>
                <w:color w:val="414141"/>
                <w:sz w:val="16"/>
              </w:rPr>
              <w:t>Fitted taste  1.040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X37173_M1</w:t>
            </w:r>
          </w:p>
          <w:p>
            <w:pPr>
              <w:spacing w:before="0" w:after="22" w:line="240" w:lineRule="auto"/>
              <w:jc w:val="center"/>
            </w:pPr>
            <w:r>
              <w:rPr>
                <w:rFonts w:ascii="Aptos" w:hAnsi="Aptos"/>
                <w:b w:val="0"/>
                <w:color w:val="414141"/>
                <w:sz w:val="16"/>
              </w:rPr>
              <w:t>Definition  X(37173); M1 cevian triangle</w:t>
            </w:r>
          </w:p>
          <w:p>
            <w:pPr>
              <w:spacing w:before="0" w:after="22" w:line="240" w:lineRule="auto"/>
              <w:jc w:val="center"/>
            </w:pPr>
            <w:r>
              <w:rPr>
                <w:rFonts w:ascii="Aptos" w:hAnsi="Aptos"/>
                <w:b w:val="0"/>
                <w:color w:val="414141"/>
                <w:sz w:val="16"/>
              </w:rPr>
              <w:t>Code-bit rank  10    position  10</w:t>
            </w:r>
          </w:p>
          <w:p>
            <w:pPr>
              <w:spacing w:before="0" w:after="22" w:line="240" w:lineRule="auto"/>
              <w:jc w:val="center"/>
            </w:pPr>
            <w:r>
              <w:rPr>
                <w:rFonts w:ascii="Aptos" w:hAnsi="Aptos"/>
                <w:b w:val="0"/>
                <w:color w:val="414141"/>
                <w:sz w:val="16"/>
              </w:rPr>
              <w:t>Quadtree code bits  632</w:t>
            </w:r>
          </w:p>
          <w:p>
            <w:pPr>
              <w:spacing w:before="0" w:after="22" w:line="240" w:lineRule="auto"/>
              <w:jc w:val="center"/>
            </w:pPr>
            <w:r>
              <w:rPr>
                <w:rFonts w:ascii="Aptos" w:hAnsi="Aptos"/>
                <w:b w:val="0"/>
                <w:color w:val="414141"/>
                <w:sz w:val="16"/>
              </w:rPr>
              <w:t>q/random  0.04860    PNG/random  0.1671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X54476_M3</w:t>
            </w:r>
          </w:p>
          <w:p>
            <w:pPr>
              <w:spacing w:before="0" w:after="22" w:line="240" w:lineRule="auto"/>
              <w:jc w:val="center"/>
            </w:pPr>
            <w:r>
              <w:rPr>
                <w:rFonts w:ascii="Aptos" w:hAnsi="Aptos"/>
                <w:b w:val="0"/>
                <w:color w:val="414141"/>
                <w:sz w:val="16"/>
              </w:rPr>
              <w:t>Definition  X(54476); M3 pedal triangle</w:t>
            </w:r>
          </w:p>
          <w:p>
            <w:pPr>
              <w:spacing w:before="0" w:after="22" w:line="240" w:lineRule="auto"/>
              <w:jc w:val="center"/>
            </w:pPr>
            <w:r>
              <w:rPr>
                <w:rFonts w:ascii="Aptos" w:hAnsi="Aptos"/>
                <w:b w:val="0"/>
                <w:color w:val="414141"/>
                <w:sz w:val="16"/>
              </w:rPr>
              <w:t>Wundt position  10</w:t>
            </w:r>
          </w:p>
          <w:p>
            <w:pPr>
              <w:spacing w:before="0" w:after="22" w:line="240" w:lineRule="auto"/>
              <w:jc w:val="center"/>
            </w:pPr>
            <w:r>
              <w:rPr>
                <w:rFonts w:ascii="Aptos" w:hAnsi="Aptos"/>
                <w:b w:val="0"/>
                <w:color w:val="414141"/>
                <w:sz w:val="16"/>
              </w:rPr>
              <w:t>Wundt gate  0.999951</w:t>
            </w:r>
          </w:p>
          <w:p>
            <w:pPr>
              <w:spacing w:before="0" w:after="22" w:line="240" w:lineRule="auto"/>
              <w:jc w:val="center"/>
            </w:pPr>
            <w:r>
              <w:rPr>
                <w:rFonts w:ascii="Aptos" w:hAnsi="Aptos"/>
                <w:b w:val="0"/>
                <w:color w:val="414141"/>
                <w:sz w:val="16"/>
              </w:rPr>
              <w:t>q/random  0.5035    code bits  11,594</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 name="Picture 11" descr="Three triangle comparison: X67673_M3, X60168_M1, X55929_M1"/>
            <wp:cNvGraphicFramePr>
              <a:graphicFrameLocks noChangeAspect="1"/>
            </wp:cNvGraphicFramePr>
            <a:graphic>
              <a:graphicData uri="http://schemas.openxmlformats.org/drawingml/2006/picture">
                <pic:pic>
                  <pic:nvPicPr>
                    <pic:cNvPr id="0" name="web_011.jpg"/>
                    <pic:cNvPicPr/>
                  </pic:nvPicPr>
                  <pic:blipFill>
                    <a:blip r:embed="rId1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X67673_M3</w:t>
            </w:r>
          </w:p>
          <w:p>
            <w:pPr>
              <w:spacing w:before="0" w:after="22" w:line="240" w:lineRule="auto"/>
              <w:jc w:val="center"/>
            </w:pPr>
            <w:r>
              <w:rPr>
                <w:rFonts w:ascii="Aptos" w:hAnsi="Aptos"/>
                <w:b w:val="0"/>
                <w:color w:val="414141"/>
                <w:sz w:val="16"/>
              </w:rPr>
              <w:t>Definition  X(67673); M3 pedal triangle</w:t>
            </w:r>
          </w:p>
          <w:p>
            <w:pPr>
              <w:spacing w:before="0" w:after="22" w:line="240" w:lineRule="auto"/>
              <w:jc w:val="center"/>
            </w:pPr>
            <w:r>
              <w:rPr>
                <w:rFonts w:ascii="Aptos" w:hAnsi="Aptos"/>
                <w:b w:val="0"/>
                <w:color w:val="414141"/>
                <w:sz w:val="16"/>
              </w:rPr>
              <w:t>Neural score  61.551</w:t>
            </w:r>
          </w:p>
          <w:p>
            <w:pPr>
              <w:spacing w:before="0" w:after="22" w:line="240" w:lineRule="auto"/>
              <w:jc w:val="center"/>
            </w:pPr>
            <w:r>
              <w:rPr>
                <w:rFonts w:ascii="Aptos" w:hAnsi="Aptos"/>
                <w:b w:val="0"/>
                <w:color w:val="414141"/>
                <w:sz w:val="16"/>
              </w:rPr>
              <w:t>Code bits  5,567    q/random  0.3286</w:t>
            </w:r>
          </w:p>
          <w:p>
            <w:pPr>
              <w:spacing w:before="0" w:after="22" w:line="240" w:lineRule="auto"/>
              <w:jc w:val="center"/>
            </w:pPr>
            <w:r>
              <w:rPr>
                <w:rFonts w:ascii="Aptos" w:hAnsi="Aptos"/>
                <w:b w:val="0"/>
                <w:color w:val="414141"/>
                <w:sz w:val="16"/>
              </w:rPr>
              <w:t>Fitted taste  1.392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X60168_M1</w:t>
            </w:r>
          </w:p>
          <w:p>
            <w:pPr>
              <w:spacing w:before="0" w:after="22" w:line="240" w:lineRule="auto"/>
              <w:jc w:val="center"/>
            </w:pPr>
            <w:r>
              <w:rPr>
                <w:rFonts w:ascii="Aptos" w:hAnsi="Aptos"/>
                <w:b w:val="0"/>
                <w:color w:val="414141"/>
                <w:sz w:val="16"/>
              </w:rPr>
              <w:t>Definition  X(60168); M1 cevian triangle</w:t>
            </w:r>
          </w:p>
          <w:p>
            <w:pPr>
              <w:spacing w:before="0" w:after="22" w:line="240" w:lineRule="auto"/>
              <w:jc w:val="center"/>
            </w:pPr>
            <w:r>
              <w:rPr>
                <w:rFonts w:ascii="Aptos" w:hAnsi="Aptos"/>
                <w:b w:val="0"/>
                <w:color w:val="414141"/>
                <w:sz w:val="16"/>
              </w:rPr>
              <w:t>Code-bit rank  11    position  11</w:t>
            </w:r>
          </w:p>
          <w:p>
            <w:pPr>
              <w:spacing w:before="0" w:after="22" w:line="240" w:lineRule="auto"/>
              <w:jc w:val="center"/>
            </w:pPr>
            <w:r>
              <w:rPr>
                <w:rFonts w:ascii="Aptos" w:hAnsi="Aptos"/>
                <w:b w:val="0"/>
                <w:color w:val="414141"/>
                <w:sz w:val="16"/>
              </w:rPr>
              <w:t>Quadtree code bits  653</w:t>
            </w:r>
          </w:p>
          <w:p>
            <w:pPr>
              <w:spacing w:before="0" w:after="22" w:line="240" w:lineRule="auto"/>
              <w:jc w:val="center"/>
            </w:pPr>
            <w:r>
              <w:rPr>
                <w:rFonts w:ascii="Aptos" w:hAnsi="Aptos"/>
                <w:b w:val="0"/>
                <w:color w:val="414141"/>
                <w:sz w:val="16"/>
              </w:rPr>
              <w:t>q/random  0.05144    PNG/random  0.1324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X55929_M1</w:t>
            </w:r>
          </w:p>
          <w:p>
            <w:pPr>
              <w:spacing w:before="0" w:after="22" w:line="240" w:lineRule="auto"/>
              <w:jc w:val="center"/>
            </w:pPr>
            <w:r>
              <w:rPr>
                <w:rFonts w:ascii="Aptos" w:hAnsi="Aptos"/>
                <w:b w:val="0"/>
                <w:color w:val="414141"/>
                <w:sz w:val="16"/>
              </w:rPr>
              <w:t>Definition  X(55929); M1 cevian triangle</w:t>
            </w:r>
          </w:p>
          <w:p>
            <w:pPr>
              <w:spacing w:before="0" w:after="22" w:line="240" w:lineRule="auto"/>
              <w:jc w:val="center"/>
            </w:pPr>
            <w:r>
              <w:rPr>
                <w:rFonts w:ascii="Aptos" w:hAnsi="Aptos"/>
                <w:b w:val="0"/>
                <w:color w:val="414141"/>
                <w:sz w:val="16"/>
              </w:rPr>
              <w:t>Wundt position  11</w:t>
            </w:r>
          </w:p>
          <w:p>
            <w:pPr>
              <w:spacing w:before="0" w:after="22" w:line="240" w:lineRule="auto"/>
              <w:jc w:val="center"/>
            </w:pPr>
            <w:r>
              <w:rPr>
                <w:rFonts w:ascii="Aptos" w:hAnsi="Aptos"/>
                <w:b w:val="0"/>
                <w:color w:val="414141"/>
                <w:sz w:val="16"/>
              </w:rPr>
              <w:t>Wundt gate  0.999917</w:t>
            </w:r>
          </w:p>
          <w:p>
            <w:pPr>
              <w:spacing w:before="0" w:after="22" w:line="240" w:lineRule="auto"/>
              <w:jc w:val="center"/>
            </w:pPr>
            <w:r>
              <w:rPr>
                <w:rFonts w:ascii="Aptos" w:hAnsi="Aptos"/>
                <w:b w:val="0"/>
                <w:color w:val="414141"/>
                <w:sz w:val="16"/>
              </w:rPr>
              <w:t>q/random  0.4954    code bits  11,041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2" name="Picture 12" descr="Three triangle comparison: X20266_M1, X4276_M1, X6024_M3"/>
            <wp:cNvGraphicFramePr>
              <a:graphicFrameLocks noChangeAspect="1"/>
            </wp:cNvGraphicFramePr>
            <a:graphic>
              <a:graphicData uri="http://schemas.openxmlformats.org/drawingml/2006/picture">
                <pic:pic>
                  <pic:nvPicPr>
                    <pic:cNvPr id="0" name="web_012.jpg"/>
                    <pic:cNvPicPr/>
                  </pic:nvPicPr>
                  <pic:blipFill>
                    <a:blip r:embed="rId2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X20266_M1</w:t>
            </w:r>
          </w:p>
          <w:p>
            <w:pPr>
              <w:spacing w:before="0" w:after="22" w:line="240" w:lineRule="auto"/>
              <w:jc w:val="center"/>
            </w:pPr>
            <w:r>
              <w:rPr>
                <w:rFonts w:ascii="Aptos" w:hAnsi="Aptos"/>
                <w:b w:val="0"/>
                <w:color w:val="414141"/>
                <w:sz w:val="16"/>
              </w:rPr>
              <w:t>Definition  X(20266); M1 cevian triangle</w:t>
            </w:r>
          </w:p>
          <w:p>
            <w:pPr>
              <w:spacing w:before="0" w:after="22" w:line="240" w:lineRule="auto"/>
              <w:jc w:val="center"/>
            </w:pPr>
            <w:r>
              <w:rPr>
                <w:rFonts w:ascii="Aptos" w:hAnsi="Aptos"/>
                <w:b w:val="0"/>
                <w:color w:val="414141"/>
                <w:sz w:val="16"/>
              </w:rPr>
              <w:t>Neural score  61.464</w:t>
            </w:r>
          </w:p>
          <w:p>
            <w:pPr>
              <w:spacing w:before="0" w:after="22" w:line="240" w:lineRule="auto"/>
              <w:jc w:val="center"/>
            </w:pPr>
            <w:r>
              <w:rPr>
                <w:rFonts w:ascii="Aptos" w:hAnsi="Aptos"/>
                <w:b w:val="0"/>
                <w:color w:val="414141"/>
                <w:sz w:val="16"/>
              </w:rPr>
              <w:t>Code bits  4,811    q/random  0.2206</w:t>
            </w:r>
          </w:p>
          <w:p>
            <w:pPr>
              <w:spacing w:before="0" w:after="22" w:line="240" w:lineRule="auto"/>
              <w:jc w:val="center"/>
            </w:pPr>
            <w:r>
              <w:rPr>
                <w:rFonts w:ascii="Aptos" w:hAnsi="Aptos"/>
                <w:b w:val="0"/>
                <w:color w:val="414141"/>
                <w:sz w:val="16"/>
              </w:rPr>
              <w:t>Fitted taste  0.817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X4276_M1</w:t>
            </w:r>
          </w:p>
          <w:p>
            <w:pPr>
              <w:spacing w:before="0" w:after="22" w:line="240" w:lineRule="auto"/>
              <w:jc w:val="center"/>
            </w:pPr>
            <w:r>
              <w:rPr>
                <w:rFonts w:ascii="Aptos" w:hAnsi="Aptos"/>
                <w:b w:val="0"/>
                <w:color w:val="414141"/>
                <w:sz w:val="16"/>
              </w:rPr>
              <w:t>Definition  X(4276); M1 cevian triangle</w:t>
            </w:r>
          </w:p>
          <w:p>
            <w:pPr>
              <w:spacing w:before="0" w:after="22" w:line="240" w:lineRule="auto"/>
              <w:jc w:val="center"/>
            </w:pPr>
            <w:r>
              <w:rPr>
                <w:rFonts w:ascii="Aptos" w:hAnsi="Aptos"/>
                <w:b w:val="0"/>
                <w:color w:val="414141"/>
                <w:sz w:val="16"/>
              </w:rPr>
              <w:t>Code-bit rank  12    position  12</w:t>
            </w:r>
          </w:p>
          <w:p>
            <w:pPr>
              <w:spacing w:before="0" w:after="22" w:line="240" w:lineRule="auto"/>
              <w:jc w:val="center"/>
            </w:pPr>
            <w:r>
              <w:rPr>
                <w:rFonts w:ascii="Aptos" w:hAnsi="Aptos"/>
                <w:b w:val="0"/>
                <w:color w:val="414141"/>
                <w:sz w:val="16"/>
              </w:rPr>
              <w:t>Quadtree code bits  660</w:t>
            </w:r>
          </w:p>
          <w:p>
            <w:pPr>
              <w:spacing w:before="0" w:after="22" w:line="240" w:lineRule="auto"/>
              <w:jc w:val="center"/>
            </w:pPr>
            <w:r>
              <w:rPr>
                <w:rFonts w:ascii="Aptos" w:hAnsi="Aptos"/>
                <w:b w:val="0"/>
                <w:color w:val="414141"/>
                <w:sz w:val="16"/>
              </w:rPr>
              <w:t>q/random  0.07762    PNG/random  0.1939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X6024_M3</w:t>
            </w:r>
          </w:p>
          <w:p>
            <w:pPr>
              <w:spacing w:before="0" w:after="22" w:line="240" w:lineRule="auto"/>
              <w:jc w:val="center"/>
            </w:pPr>
            <w:r>
              <w:rPr>
                <w:rFonts w:ascii="Aptos" w:hAnsi="Aptos"/>
                <w:b w:val="0"/>
                <w:color w:val="414141"/>
                <w:sz w:val="16"/>
              </w:rPr>
              <w:t>Definition  X(6024); M3 pedal triangle</w:t>
            </w:r>
          </w:p>
          <w:p>
            <w:pPr>
              <w:spacing w:before="0" w:after="22" w:line="240" w:lineRule="auto"/>
              <w:jc w:val="center"/>
            </w:pPr>
            <w:r>
              <w:rPr>
                <w:rFonts w:ascii="Aptos" w:hAnsi="Aptos"/>
                <w:b w:val="0"/>
                <w:color w:val="414141"/>
                <w:sz w:val="16"/>
              </w:rPr>
              <w:t>Wundt position  12</w:t>
            </w:r>
          </w:p>
          <w:p>
            <w:pPr>
              <w:spacing w:before="0" w:after="22" w:line="240" w:lineRule="auto"/>
              <w:jc w:val="center"/>
            </w:pPr>
            <w:r>
              <w:rPr>
                <w:rFonts w:ascii="Aptos" w:hAnsi="Aptos"/>
                <w:b w:val="0"/>
                <w:color w:val="414141"/>
                <w:sz w:val="16"/>
              </w:rPr>
              <w:t>Wundt gate  0.999900</w:t>
            </w:r>
          </w:p>
          <w:p>
            <w:pPr>
              <w:spacing w:before="0" w:after="22" w:line="240" w:lineRule="auto"/>
              <w:jc w:val="center"/>
            </w:pPr>
            <w:r>
              <w:rPr>
                <w:rFonts w:ascii="Aptos" w:hAnsi="Aptos"/>
                <w:b w:val="0"/>
                <w:color w:val="414141"/>
                <w:sz w:val="16"/>
              </w:rPr>
              <w:t>q/random  0.4950    code bits  11,419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3" name="Picture 13" descr="Three triangle comparison: X34943_M3, X6658_M1, X65261_M1"/>
            <wp:cNvGraphicFramePr>
              <a:graphicFrameLocks noChangeAspect="1"/>
            </wp:cNvGraphicFramePr>
            <a:graphic>
              <a:graphicData uri="http://schemas.openxmlformats.org/drawingml/2006/picture">
                <pic:pic>
                  <pic:nvPicPr>
                    <pic:cNvPr id="0" name="web_013.jpg"/>
                    <pic:cNvPicPr/>
                  </pic:nvPicPr>
                  <pic:blipFill>
                    <a:blip r:embed="rId2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X34943_M3</w:t>
            </w:r>
          </w:p>
          <w:p>
            <w:pPr>
              <w:spacing w:before="0" w:after="22" w:line="240" w:lineRule="auto"/>
              <w:jc w:val="center"/>
            </w:pPr>
            <w:r>
              <w:rPr>
                <w:rFonts w:ascii="Aptos" w:hAnsi="Aptos"/>
                <w:b w:val="0"/>
                <w:color w:val="414141"/>
                <w:sz w:val="16"/>
              </w:rPr>
              <w:t>Definition  X(34943); M3 pedal triangle</w:t>
            </w:r>
          </w:p>
          <w:p>
            <w:pPr>
              <w:spacing w:before="0" w:after="22" w:line="240" w:lineRule="auto"/>
              <w:jc w:val="center"/>
            </w:pPr>
            <w:r>
              <w:rPr>
                <w:rFonts w:ascii="Aptos" w:hAnsi="Aptos"/>
                <w:b w:val="0"/>
                <w:color w:val="414141"/>
                <w:sz w:val="16"/>
              </w:rPr>
              <w:t>Neural score  61.393</w:t>
            </w:r>
          </w:p>
          <w:p>
            <w:pPr>
              <w:spacing w:before="0" w:after="22" w:line="240" w:lineRule="auto"/>
              <w:jc w:val="center"/>
            </w:pPr>
            <w:r>
              <w:rPr>
                <w:rFonts w:ascii="Aptos" w:hAnsi="Aptos"/>
                <w:b w:val="0"/>
                <w:color w:val="414141"/>
                <w:sz w:val="16"/>
              </w:rPr>
              <w:t>Code bits  5,945    q/random  0.2666</w:t>
            </w:r>
          </w:p>
          <w:p>
            <w:pPr>
              <w:spacing w:before="0" w:after="22" w:line="240" w:lineRule="auto"/>
              <w:jc w:val="center"/>
            </w:pPr>
            <w:r>
              <w:rPr>
                <w:rFonts w:ascii="Aptos" w:hAnsi="Aptos"/>
                <w:b w:val="0"/>
                <w:color w:val="414141"/>
                <w:sz w:val="16"/>
              </w:rPr>
              <w:t>Fitted taste  1.115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X6658_M1</w:t>
            </w:r>
          </w:p>
          <w:p>
            <w:pPr>
              <w:spacing w:before="0" w:after="22" w:line="240" w:lineRule="auto"/>
              <w:jc w:val="center"/>
            </w:pPr>
            <w:r>
              <w:rPr>
                <w:rFonts w:ascii="Aptos" w:hAnsi="Aptos"/>
                <w:b w:val="0"/>
                <w:color w:val="414141"/>
                <w:sz w:val="16"/>
              </w:rPr>
              <w:t>Definition  X(6658); M1 cevian triangle</w:t>
            </w:r>
          </w:p>
          <w:p>
            <w:pPr>
              <w:spacing w:before="0" w:after="22" w:line="240" w:lineRule="auto"/>
              <w:jc w:val="center"/>
            </w:pPr>
            <w:r>
              <w:rPr>
                <w:rFonts w:ascii="Aptos" w:hAnsi="Aptos"/>
                <w:b w:val="0"/>
                <w:color w:val="414141"/>
                <w:sz w:val="16"/>
              </w:rPr>
              <w:t>Code-bit rank  13    position  13</w:t>
            </w:r>
          </w:p>
          <w:p>
            <w:pPr>
              <w:spacing w:before="0" w:after="22" w:line="240" w:lineRule="auto"/>
              <w:jc w:val="center"/>
            </w:pPr>
            <w:r>
              <w:rPr>
                <w:rFonts w:ascii="Aptos" w:hAnsi="Aptos"/>
                <w:b w:val="0"/>
                <w:color w:val="414141"/>
                <w:sz w:val="16"/>
              </w:rPr>
              <w:t>Quadtree code bits  674</w:t>
            </w:r>
          </w:p>
          <w:p>
            <w:pPr>
              <w:spacing w:before="0" w:after="22" w:line="240" w:lineRule="auto"/>
              <w:jc w:val="center"/>
            </w:pPr>
            <w:r>
              <w:rPr>
                <w:rFonts w:ascii="Aptos" w:hAnsi="Aptos"/>
                <w:b w:val="0"/>
                <w:color w:val="414141"/>
                <w:sz w:val="16"/>
              </w:rPr>
              <w:t>q/random  0.04644    PNG/random  0.1721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X65261_M1</w:t>
            </w:r>
          </w:p>
          <w:p>
            <w:pPr>
              <w:spacing w:before="0" w:after="22" w:line="240" w:lineRule="auto"/>
              <w:jc w:val="center"/>
            </w:pPr>
            <w:r>
              <w:rPr>
                <w:rFonts w:ascii="Aptos" w:hAnsi="Aptos"/>
                <w:b w:val="0"/>
                <w:color w:val="414141"/>
                <w:sz w:val="16"/>
              </w:rPr>
              <w:t>Definition  X(65261); M1 cevian triangle</w:t>
            </w:r>
          </w:p>
          <w:p>
            <w:pPr>
              <w:spacing w:before="0" w:after="22" w:line="240" w:lineRule="auto"/>
              <w:jc w:val="center"/>
            </w:pPr>
            <w:r>
              <w:rPr>
                <w:rFonts w:ascii="Aptos" w:hAnsi="Aptos"/>
                <w:b w:val="0"/>
                <w:color w:val="414141"/>
                <w:sz w:val="16"/>
              </w:rPr>
              <w:t>Wundt position  13</w:t>
            </w:r>
          </w:p>
          <w:p>
            <w:pPr>
              <w:spacing w:before="0" w:after="22" w:line="240" w:lineRule="auto"/>
              <w:jc w:val="center"/>
            </w:pPr>
            <w:r>
              <w:rPr>
                <w:rFonts w:ascii="Aptos" w:hAnsi="Aptos"/>
                <w:b w:val="0"/>
                <w:color w:val="414141"/>
                <w:sz w:val="16"/>
              </w:rPr>
              <w:t>Wundt gate  0.999899</w:t>
            </w:r>
          </w:p>
          <w:p>
            <w:pPr>
              <w:spacing w:before="0" w:after="22" w:line="240" w:lineRule="auto"/>
              <w:jc w:val="center"/>
            </w:pPr>
            <w:r>
              <w:rPr>
                <w:rFonts w:ascii="Aptos" w:hAnsi="Aptos"/>
                <w:b w:val="0"/>
                <w:color w:val="414141"/>
                <w:sz w:val="16"/>
              </w:rPr>
              <w:t>q/random  0.4950    code bits  4,146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4" name="Picture 14" descr="Three triangle comparison: X7200_M3, X37465_M1, X9172_M3"/>
            <wp:cNvGraphicFramePr>
              <a:graphicFrameLocks noChangeAspect="1"/>
            </wp:cNvGraphicFramePr>
            <a:graphic>
              <a:graphicData uri="http://schemas.openxmlformats.org/drawingml/2006/picture">
                <pic:pic>
                  <pic:nvPicPr>
                    <pic:cNvPr id="0" name="web_014.jpg"/>
                    <pic:cNvPicPr/>
                  </pic:nvPicPr>
                  <pic:blipFill>
                    <a:blip r:embed="rId2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X7200_M3</w:t>
            </w:r>
          </w:p>
          <w:p>
            <w:pPr>
              <w:spacing w:before="0" w:after="22" w:line="240" w:lineRule="auto"/>
              <w:jc w:val="center"/>
            </w:pPr>
            <w:r>
              <w:rPr>
                <w:rFonts w:ascii="Aptos" w:hAnsi="Aptos"/>
                <w:b w:val="0"/>
                <w:color w:val="414141"/>
                <w:sz w:val="16"/>
              </w:rPr>
              <w:t>Definition  X(7200); M3 pedal triangle</w:t>
            </w:r>
          </w:p>
          <w:p>
            <w:pPr>
              <w:spacing w:before="0" w:after="22" w:line="240" w:lineRule="auto"/>
              <w:jc w:val="center"/>
            </w:pPr>
            <w:r>
              <w:rPr>
                <w:rFonts w:ascii="Aptos" w:hAnsi="Aptos"/>
                <w:b w:val="0"/>
                <w:color w:val="414141"/>
                <w:sz w:val="16"/>
              </w:rPr>
              <w:t>Neural score  61.352</w:t>
            </w:r>
          </w:p>
          <w:p>
            <w:pPr>
              <w:spacing w:before="0" w:after="22" w:line="240" w:lineRule="auto"/>
              <w:jc w:val="center"/>
            </w:pPr>
            <w:r>
              <w:rPr>
                <w:rFonts w:ascii="Aptos" w:hAnsi="Aptos"/>
                <w:b w:val="0"/>
                <w:color w:val="414141"/>
                <w:sz w:val="16"/>
              </w:rPr>
              <w:t>Code bits  5,847    q/random  0.2589</w:t>
            </w:r>
          </w:p>
          <w:p>
            <w:pPr>
              <w:spacing w:before="0" w:after="22" w:line="240" w:lineRule="auto"/>
              <w:jc w:val="center"/>
            </w:pPr>
            <w:r>
              <w:rPr>
                <w:rFonts w:ascii="Aptos" w:hAnsi="Aptos"/>
                <w:b w:val="0"/>
                <w:color w:val="414141"/>
                <w:sz w:val="16"/>
              </w:rPr>
              <w:t>Fitted taste  1.027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X37465_M1</w:t>
            </w:r>
          </w:p>
          <w:p>
            <w:pPr>
              <w:spacing w:before="0" w:after="22" w:line="240" w:lineRule="auto"/>
              <w:jc w:val="center"/>
            </w:pPr>
            <w:r>
              <w:rPr>
                <w:rFonts w:ascii="Aptos" w:hAnsi="Aptos"/>
                <w:b w:val="0"/>
                <w:color w:val="414141"/>
                <w:sz w:val="16"/>
              </w:rPr>
              <w:t>Definition  X(37465); M1 cevian triangle</w:t>
            </w:r>
          </w:p>
          <w:p>
            <w:pPr>
              <w:spacing w:before="0" w:after="22" w:line="240" w:lineRule="auto"/>
              <w:jc w:val="center"/>
            </w:pPr>
            <w:r>
              <w:rPr>
                <w:rFonts w:ascii="Aptos" w:hAnsi="Aptos"/>
                <w:b w:val="0"/>
                <w:color w:val="414141"/>
                <w:sz w:val="16"/>
              </w:rPr>
              <w:t>Code-bit rank  14    position  14</w:t>
            </w:r>
          </w:p>
          <w:p>
            <w:pPr>
              <w:spacing w:before="0" w:after="22" w:line="240" w:lineRule="auto"/>
              <w:jc w:val="center"/>
            </w:pPr>
            <w:r>
              <w:rPr>
                <w:rFonts w:ascii="Aptos" w:hAnsi="Aptos"/>
                <w:b w:val="0"/>
                <w:color w:val="414141"/>
                <w:sz w:val="16"/>
              </w:rPr>
              <w:t>Quadtree code bits  681</w:t>
            </w:r>
          </w:p>
          <w:p>
            <w:pPr>
              <w:spacing w:before="0" w:after="22" w:line="240" w:lineRule="auto"/>
              <w:jc w:val="center"/>
            </w:pPr>
            <w:r>
              <w:rPr>
                <w:rFonts w:ascii="Aptos" w:hAnsi="Aptos"/>
                <w:b w:val="0"/>
                <w:color w:val="414141"/>
                <w:sz w:val="16"/>
              </w:rPr>
              <w:t>q/random  0.05100    PNG/random  0.1788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X9172_M3</w:t>
            </w:r>
          </w:p>
          <w:p>
            <w:pPr>
              <w:spacing w:before="0" w:after="22" w:line="240" w:lineRule="auto"/>
              <w:jc w:val="center"/>
            </w:pPr>
            <w:r>
              <w:rPr>
                <w:rFonts w:ascii="Aptos" w:hAnsi="Aptos"/>
                <w:b w:val="0"/>
                <w:color w:val="414141"/>
                <w:sz w:val="16"/>
              </w:rPr>
              <w:t>Definition  X(9172); M3 pedal triangle</w:t>
            </w:r>
          </w:p>
          <w:p>
            <w:pPr>
              <w:spacing w:before="0" w:after="22" w:line="240" w:lineRule="auto"/>
              <w:jc w:val="center"/>
            </w:pPr>
            <w:r>
              <w:rPr>
                <w:rFonts w:ascii="Aptos" w:hAnsi="Aptos"/>
                <w:b w:val="0"/>
                <w:color w:val="414141"/>
                <w:sz w:val="16"/>
              </w:rPr>
              <w:t>Wundt position  14</w:t>
            </w:r>
          </w:p>
          <w:p>
            <w:pPr>
              <w:spacing w:before="0" w:after="22" w:line="240" w:lineRule="auto"/>
              <w:jc w:val="center"/>
            </w:pPr>
            <w:r>
              <w:rPr>
                <w:rFonts w:ascii="Aptos" w:hAnsi="Aptos"/>
                <w:b w:val="0"/>
                <w:color w:val="414141"/>
                <w:sz w:val="16"/>
              </w:rPr>
              <w:t>Wundt gate  0.999868</w:t>
            </w:r>
          </w:p>
          <w:p>
            <w:pPr>
              <w:spacing w:before="0" w:after="22" w:line="240" w:lineRule="auto"/>
              <w:jc w:val="center"/>
            </w:pPr>
            <w:r>
              <w:rPr>
                <w:rFonts w:ascii="Aptos" w:hAnsi="Aptos"/>
                <w:b w:val="0"/>
                <w:color w:val="414141"/>
                <w:sz w:val="16"/>
              </w:rPr>
              <w:t>q/random  0.5057    code bits  9,872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5" name="Picture 15" descr="Three triangle comparison: X2755_M1, X57721_M3, X9278_M1"/>
            <wp:cNvGraphicFramePr>
              <a:graphicFrameLocks noChangeAspect="1"/>
            </wp:cNvGraphicFramePr>
            <a:graphic>
              <a:graphicData uri="http://schemas.openxmlformats.org/drawingml/2006/picture">
                <pic:pic>
                  <pic:nvPicPr>
                    <pic:cNvPr id="0" name="web_015.jpg"/>
                    <pic:cNvPicPr/>
                  </pic:nvPicPr>
                  <pic:blipFill>
                    <a:blip r:embed="rId2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X2755_M1</w:t>
            </w:r>
          </w:p>
          <w:p>
            <w:pPr>
              <w:spacing w:before="0" w:after="22" w:line="240" w:lineRule="auto"/>
              <w:jc w:val="center"/>
            </w:pPr>
            <w:r>
              <w:rPr>
                <w:rFonts w:ascii="Aptos" w:hAnsi="Aptos"/>
                <w:b w:val="0"/>
                <w:color w:val="414141"/>
                <w:sz w:val="16"/>
              </w:rPr>
              <w:t>Definition  X(2755); M1 cevian triangle</w:t>
            </w:r>
          </w:p>
          <w:p>
            <w:pPr>
              <w:spacing w:before="0" w:after="22" w:line="240" w:lineRule="auto"/>
              <w:jc w:val="center"/>
            </w:pPr>
            <w:r>
              <w:rPr>
                <w:rFonts w:ascii="Aptos" w:hAnsi="Aptos"/>
                <w:b w:val="0"/>
                <w:color w:val="414141"/>
                <w:sz w:val="16"/>
              </w:rPr>
              <w:t>Neural score  61.326</w:t>
            </w:r>
          </w:p>
          <w:p>
            <w:pPr>
              <w:spacing w:before="0" w:after="22" w:line="240" w:lineRule="auto"/>
              <w:jc w:val="center"/>
            </w:pPr>
            <w:r>
              <w:rPr>
                <w:rFonts w:ascii="Aptos" w:hAnsi="Aptos"/>
                <w:b w:val="0"/>
                <w:color w:val="414141"/>
                <w:sz w:val="16"/>
              </w:rPr>
              <w:t>Code bits  6,148    q/random  0.2791</w:t>
            </w:r>
          </w:p>
          <w:p>
            <w:pPr>
              <w:spacing w:before="0" w:after="22" w:line="240" w:lineRule="auto"/>
              <w:jc w:val="center"/>
            </w:pPr>
            <w:r>
              <w:rPr>
                <w:rFonts w:ascii="Aptos" w:hAnsi="Aptos"/>
                <w:b w:val="0"/>
                <w:color w:val="414141"/>
                <w:sz w:val="16"/>
              </w:rPr>
              <w:t>Fitted taste  1.168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X57721_M3</w:t>
            </w:r>
          </w:p>
          <w:p>
            <w:pPr>
              <w:spacing w:before="0" w:after="22" w:line="240" w:lineRule="auto"/>
              <w:jc w:val="center"/>
            </w:pPr>
            <w:r>
              <w:rPr>
                <w:rFonts w:ascii="Aptos" w:hAnsi="Aptos"/>
                <w:b w:val="0"/>
                <w:color w:val="414141"/>
                <w:sz w:val="16"/>
              </w:rPr>
              <w:t>Definition  X(57721); M3 pedal triangle</w:t>
            </w:r>
          </w:p>
          <w:p>
            <w:pPr>
              <w:spacing w:before="0" w:after="22" w:line="240" w:lineRule="auto"/>
              <w:jc w:val="center"/>
            </w:pPr>
            <w:r>
              <w:rPr>
                <w:rFonts w:ascii="Aptos" w:hAnsi="Aptos"/>
                <w:b w:val="0"/>
                <w:color w:val="414141"/>
                <w:sz w:val="16"/>
              </w:rPr>
              <w:t>Code-bit rank  14    position  15</w:t>
            </w:r>
          </w:p>
          <w:p>
            <w:pPr>
              <w:spacing w:before="0" w:after="22" w:line="240" w:lineRule="auto"/>
              <w:jc w:val="center"/>
            </w:pPr>
            <w:r>
              <w:rPr>
                <w:rFonts w:ascii="Aptos" w:hAnsi="Aptos"/>
                <w:b w:val="0"/>
                <w:color w:val="414141"/>
                <w:sz w:val="16"/>
              </w:rPr>
              <w:t>Quadtree code bits  681</w:t>
            </w:r>
          </w:p>
          <w:p>
            <w:pPr>
              <w:spacing w:before="0" w:after="22" w:line="240" w:lineRule="auto"/>
              <w:jc w:val="center"/>
            </w:pPr>
            <w:r>
              <w:rPr>
                <w:rFonts w:ascii="Aptos" w:hAnsi="Aptos"/>
                <w:b w:val="0"/>
                <w:color w:val="414141"/>
                <w:sz w:val="16"/>
              </w:rPr>
              <w:t>q/random  0.06699    PNG/random  0.1621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X9278_M1</w:t>
            </w:r>
          </w:p>
          <w:p>
            <w:pPr>
              <w:spacing w:before="0" w:after="22" w:line="240" w:lineRule="auto"/>
              <w:jc w:val="center"/>
            </w:pPr>
            <w:r>
              <w:rPr>
                <w:rFonts w:ascii="Aptos" w:hAnsi="Aptos"/>
                <w:b w:val="0"/>
                <w:color w:val="414141"/>
                <w:sz w:val="16"/>
              </w:rPr>
              <w:t>Definition  X(9278); M1 cevian triangle</w:t>
            </w:r>
          </w:p>
          <w:p>
            <w:pPr>
              <w:spacing w:before="0" w:after="22" w:line="240" w:lineRule="auto"/>
              <w:jc w:val="center"/>
            </w:pPr>
            <w:r>
              <w:rPr>
                <w:rFonts w:ascii="Aptos" w:hAnsi="Aptos"/>
                <w:b w:val="0"/>
                <w:color w:val="414141"/>
                <w:sz w:val="16"/>
              </w:rPr>
              <w:t>Wundt position  15</w:t>
            </w:r>
          </w:p>
          <w:p>
            <w:pPr>
              <w:spacing w:before="0" w:after="22" w:line="240" w:lineRule="auto"/>
              <w:jc w:val="center"/>
            </w:pPr>
            <w:r>
              <w:rPr>
                <w:rFonts w:ascii="Aptos" w:hAnsi="Aptos"/>
                <w:b w:val="0"/>
                <w:color w:val="414141"/>
                <w:sz w:val="16"/>
              </w:rPr>
              <w:t>Wundt gate  0.999828</w:t>
            </w:r>
          </w:p>
          <w:p>
            <w:pPr>
              <w:spacing w:before="0" w:after="22" w:line="240" w:lineRule="auto"/>
              <w:jc w:val="center"/>
            </w:pPr>
            <w:r>
              <w:rPr>
                <w:rFonts w:ascii="Aptos" w:hAnsi="Aptos"/>
                <w:b w:val="0"/>
                <w:color w:val="414141"/>
                <w:sz w:val="16"/>
              </w:rPr>
              <w:t>q/random  0.4934    code bits  9,494</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6" name="Picture 16" descr="Three triangle comparison: X72131_M3, X6959_M1, X5342_M1"/>
            <wp:cNvGraphicFramePr>
              <a:graphicFrameLocks noChangeAspect="1"/>
            </wp:cNvGraphicFramePr>
            <a:graphic>
              <a:graphicData uri="http://schemas.openxmlformats.org/drawingml/2006/picture">
                <pic:pic>
                  <pic:nvPicPr>
                    <pic:cNvPr id="0" name="web_016.jpg"/>
                    <pic:cNvPicPr/>
                  </pic:nvPicPr>
                  <pic:blipFill>
                    <a:blip r:embed="rId2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X72131_M3</w:t>
            </w:r>
          </w:p>
          <w:p>
            <w:pPr>
              <w:spacing w:before="0" w:after="22" w:line="240" w:lineRule="auto"/>
              <w:jc w:val="center"/>
            </w:pPr>
            <w:r>
              <w:rPr>
                <w:rFonts w:ascii="Aptos" w:hAnsi="Aptos"/>
                <w:b w:val="0"/>
                <w:color w:val="414141"/>
                <w:sz w:val="16"/>
              </w:rPr>
              <w:t>Definition  X(72131); M3 pedal triangle</w:t>
            </w:r>
          </w:p>
          <w:p>
            <w:pPr>
              <w:spacing w:before="0" w:after="22" w:line="240" w:lineRule="auto"/>
              <w:jc w:val="center"/>
            </w:pPr>
            <w:r>
              <w:rPr>
                <w:rFonts w:ascii="Aptos" w:hAnsi="Aptos"/>
                <w:b w:val="0"/>
                <w:color w:val="414141"/>
                <w:sz w:val="16"/>
              </w:rPr>
              <w:t>Neural score  61.263</w:t>
            </w:r>
          </w:p>
          <w:p>
            <w:pPr>
              <w:spacing w:before="0" w:after="22" w:line="240" w:lineRule="auto"/>
              <w:jc w:val="center"/>
            </w:pPr>
            <w:r>
              <w:rPr>
                <w:rFonts w:ascii="Aptos" w:hAnsi="Aptos"/>
                <w:b w:val="0"/>
                <w:color w:val="414141"/>
                <w:sz w:val="16"/>
              </w:rPr>
              <w:t>Code bits  5,525    q/random  0.2459</w:t>
            </w:r>
          </w:p>
          <w:p>
            <w:pPr>
              <w:spacing w:before="0" w:after="22" w:line="240" w:lineRule="auto"/>
              <w:jc w:val="center"/>
            </w:pPr>
            <w:r>
              <w:rPr>
                <w:rFonts w:ascii="Aptos" w:hAnsi="Aptos"/>
                <w:b w:val="0"/>
                <w:color w:val="414141"/>
                <w:sz w:val="16"/>
              </w:rPr>
              <w:t>Fitted taste  0.372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X6959_M1</w:t>
            </w:r>
          </w:p>
          <w:p>
            <w:pPr>
              <w:spacing w:before="0" w:after="22" w:line="240" w:lineRule="auto"/>
              <w:jc w:val="center"/>
            </w:pPr>
            <w:r>
              <w:rPr>
                <w:rFonts w:ascii="Aptos" w:hAnsi="Aptos"/>
                <w:b w:val="0"/>
                <w:color w:val="414141"/>
                <w:sz w:val="16"/>
              </w:rPr>
              <w:t>Definition  X(6959); M1 cevian triangle</w:t>
            </w:r>
          </w:p>
          <w:p>
            <w:pPr>
              <w:spacing w:before="0" w:after="22" w:line="240" w:lineRule="auto"/>
              <w:jc w:val="center"/>
            </w:pPr>
            <w:r>
              <w:rPr>
                <w:rFonts w:ascii="Aptos" w:hAnsi="Aptos"/>
                <w:b w:val="0"/>
                <w:color w:val="414141"/>
                <w:sz w:val="16"/>
              </w:rPr>
              <w:t>Code-bit rank  14    position  16</w:t>
            </w:r>
          </w:p>
          <w:p>
            <w:pPr>
              <w:spacing w:before="0" w:after="22" w:line="240" w:lineRule="auto"/>
              <w:jc w:val="center"/>
            </w:pPr>
            <w:r>
              <w:rPr>
                <w:rFonts w:ascii="Aptos" w:hAnsi="Aptos"/>
                <w:b w:val="0"/>
                <w:color w:val="414141"/>
                <w:sz w:val="16"/>
              </w:rPr>
              <w:t>Quadtree code bits  681</w:t>
            </w:r>
          </w:p>
          <w:p>
            <w:pPr>
              <w:spacing w:before="0" w:after="22" w:line="240" w:lineRule="auto"/>
              <w:jc w:val="center"/>
            </w:pPr>
            <w:r>
              <w:rPr>
                <w:rFonts w:ascii="Aptos" w:hAnsi="Aptos"/>
                <w:b w:val="0"/>
                <w:color w:val="414141"/>
                <w:sz w:val="16"/>
              </w:rPr>
              <w:t>q/random  0.05404    PNG/random  0.1806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X5342_M1</w:t>
            </w:r>
          </w:p>
          <w:p>
            <w:pPr>
              <w:spacing w:before="0" w:after="22" w:line="240" w:lineRule="auto"/>
              <w:jc w:val="center"/>
            </w:pPr>
            <w:r>
              <w:rPr>
                <w:rFonts w:ascii="Aptos" w:hAnsi="Aptos"/>
                <w:b w:val="0"/>
                <w:color w:val="414141"/>
                <w:sz w:val="16"/>
              </w:rPr>
              <w:t>Definition  X(5342); M1 cevian triangle</w:t>
            </w:r>
          </w:p>
          <w:p>
            <w:pPr>
              <w:spacing w:before="0" w:after="22" w:line="240" w:lineRule="auto"/>
              <w:jc w:val="center"/>
            </w:pPr>
            <w:r>
              <w:rPr>
                <w:rFonts w:ascii="Aptos" w:hAnsi="Aptos"/>
                <w:b w:val="0"/>
                <w:color w:val="414141"/>
                <w:sz w:val="16"/>
              </w:rPr>
              <w:t>Wundt position  16</w:t>
            </w:r>
          </w:p>
          <w:p>
            <w:pPr>
              <w:spacing w:before="0" w:after="22" w:line="240" w:lineRule="auto"/>
              <w:jc w:val="center"/>
            </w:pPr>
            <w:r>
              <w:rPr>
                <w:rFonts w:ascii="Aptos" w:hAnsi="Aptos"/>
                <w:b w:val="0"/>
                <w:color w:val="414141"/>
                <w:sz w:val="16"/>
              </w:rPr>
              <w:t>Wundt gate  0.999827</w:t>
            </w:r>
          </w:p>
          <w:p>
            <w:pPr>
              <w:spacing w:before="0" w:after="22" w:line="240" w:lineRule="auto"/>
              <w:jc w:val="center"/>
            </w:pPr>
            <w:r>
              <w:rPr>
                <w:rFonts w:ascii="Aptos" w:hAnsi="Aptos"/>
                <w:b w:val="0"/>
                <w:color w:val="414141"/>
                <w:sz w:val="16"/>
              </w:rPr>
              <w:t>q/random  0.5066    code bits  11,608</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7" name="Picture 17" descr="Three triangle comparison: X47008_M3, X18539_M3, X19631_M3"/>
            <wp:cNvGraphicFramePr>
              <a:graphicFrameLocks noChangeAspect="1"/>
            </wp:cNvGraphicFramePr>
            <a:graphic>
              <a:graphicData uri="http://schemas.openxmlformats.org/drawingml/2006/picture">
                <pic:pic>
                  <pic:nvPicPr>
                    <pic:cNvPr id="0" name="web_017.jpg"/>
                    <pic:cNvPicPr/>
                  </pic:nvPicPr>
                  <pic:blipFill>
                    <a:blip r:embed="rId2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X47008_M3</w:t>
            </w:r>
          </w:p>
          <w:p>
            <w:pPr>
              <w:spacing w:before="0" w:after="22" w:line="240" w:lineRule="auto"/>
              <w:jc w:val="center"/>
            </w:pPr>
            <w:r>
              <w:rPr>
                <w:rFonts w:ascii="Aptos" w:hAnsi="Aptos"/>
                <w:b w:val="0"/>
                <w:color w:val="414141"/>
                <w:sz w:val="16"/>
              </w:rPr>
              <w:t>Definition  X(47008); M3 pedal triangle</w:t>
            </w:r>
          </w:p>
          <w:p>
            <w:pPr>
              <w:spacing w:before="0" w:after="22" w:line="240" w:lineRule="auto"/>
              <w:jc w:val="center"/>
            </w:pPr>
            <w:r>
              <w:rPr>
                <w:rFonts w:ascii="Aptos" w:hAnsi="Aptos"/>
                <w:b w:val="0"/>
                <w:color w:val="414141"/>
                <w:sz w:val="16"/>
              </w:rPr>
              <w:t>Neural score  61.167</w:t>
            </w:r>
          </w:p>
          <w:p>
            <w:pPr>
              <w:spacing w:before="0" w:after="22" w:line="240" w:lineRule="auto"/>
              <w:jc w:val="center"/>
            </w:pPr>
            <w:r>
              <w:rPr>
                <w:rFonts w:ascii="Aptos" w:hAnsi="Aptos"/>
                <w:b w:val="0"/>
                <w:color w:val="414141"/>
                <w:sz w:val="16"/>
              </w:rPr>
              <w:t>Code bits  5,385    q/random  0.2362</w:t>
            </w:r>
          </w:p>
          <w:p>
            <w:pPr>
              <w:spacing w:before="0" w:after="22" w:line="240" w:lineRule="auto"/>
              <w:jc w:val="center"/>
            </w:pPr>
            <w:r>
              <w:rPr>
                <w:rFonts w:ascii="Aptos" w:hAnsi="Aptos"/>
                <w:b w:val="0"/>
                <w:color w:val="414141"/>
                <w:sz w:val="16"/>
              </w:rPr>
              <w:t>Fitted taste  0.864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X18539_M3</w:t>
            </w:r>
          </w:p>
          <w:p>
            <w:pPr>
              <w:spacing w:before="0" w:after="22" w:line="240" w:lineRule="auto"/>
              <w:jc w:val="center"/>
            </w:pPr>
            <w:r>
              <w:rPr>
                <w:rFonts w:ascii="Aptos" w:hAnsi="Aptos"/>
                <w:b w:val="0"/>
                <w:color w:val="414141"/>
                <w:sz w:val="16"/>
              </w:rPr>
              <w:t>Definition  X(18539); M3 pedal triangle</w:t>
            </w:r>
          </w:p>
          <w:p>
            <w:pPr>
              <w:spacing w:before="0" w:after="22" w:line="240" w:lineRule="auto"/>
              <w:jc w:val="center"/>
            </w:pPr>
            <w:r>
              <w:rPr>
                <w:rFonts w:ascii="Aptos" w:hAnsi="Aptos"/>
                <w:b w:val="0"/>
                <w:color w:val="414141"/>
                <w:sz w:val="16"/>
              </w:rPr>
              <w:t>Code-bit rank  17    position  17</w:t>
            </w:r>
          </w:p>
          <w:p>
            <w:pPr>
              <w:spacing w:before="0" w:after="22" w:line="240" w:lineRule="auto"/>
              <w:jc w:val="center"/>
            </w:pPr>
            <w:r>
              <w:rPr>
                <w:rFonts w:ascii="Aptos" w:hAnsi="Aptos"/>
                <w:b w:val="0"/>
                <w:color w:val="414141"/>
                <w:sz w:val="16"/>
              </w:rPr>
              <w:t>Quadtree code bits  702</w:t>
            </w:r>
          </w:p>
          <w:p>
            <w:pPr>
              <w:spacing w:before="0" w:after="22" w:line="240" w:lineRule="auto"/>
              <w:jc w:val="center"/>
            </w:pPr>
            <w:r>
              <w:rPr>
                <w:rFonts w:ascii="Aptos" w:hAnsi="Aptos"/>
                <w:b w:val="0"/>
                <w:color w:val="414141"/>
                <w:sz w:val="16"/>
              </w:rPr>
              <w:t>q/random  0.05184    PNG/random  0.1723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X19631_M3</w:t>
            </w:r>
          </w:p>
          <w:p>
            <w:pPr>
              <w:spacing w:before="0" w:after="22" w:line="240" w:lineRule="auto"/>
              <w:jc w:val="center"/>
            </w:pPr>
            <w:r>
              <w:rPr>
                <w:rFonts w:ascii="Aptos" w:hAnsi="Aptos"/>
                <w:b w:val="0"/>
                <w:color w:val="414141"/>
                <w:sz w:val="16"/>
              </w:rPr>
              <w:t>Definition  X(19631); M3 pedal triangle</w:t>
            </w:r>
          </w:p>
          <w:p>
            <w:pPr>
              <w:spacing w:before="0" w:after="22" w:line="240" w:lineRule="auto"/>
              <w:jc w:val="center"/>
            </w:pPr>
            <w:r>
              <w:rPr>
                <w:rFonts w:ascii="Aptos" w:hAnsi="Aptos"/>
                <w:b w:val="0"/>
                <w:color w:val="414141"/>
                <w:sz w:val="16"/>
              </w:rPr>
              <w:t>Wundt position  17</w:t>
            </w:r>
          </w:p>
          <w:p>
            <w:pPr>
              <w:spacing w:before="0" w:after="22" w:line="240" w:lineRule="auto"/>
              <w:jc w:val="center"/>
            </w:pPr>
            <w:r>
              <w:rPr>
                <w:rFonts w:ascii="Aptos" w:hAnsi="Aptos"/>
                <w:b w:val="0"/>
                <w:color w:val="414141"/>
                <w:sz w:val="16"/>
              </w:rPr>
              <w:t>Wundt gate  0.999821</w:t>
            </w:r>
          </w:p>
          <w:p>
            <w:pPr>
              <w:spacing w:before="0" w:after="22" w:line="240" w:lineRule="auto"/>
              <w:jc w:val="center"/>
            </w:pPr>
            <w:r>
              <w:rPr>
                <w:rFonts w:ascii="Aptos" w:hAnsi="Aptos"/>
                <w:b w:val="0"/>
                <w:color w:val="414141"/>
                <w:sz w:val="16"/>
              </w:rPr>
              <w:t>q/random  0.5067    code bits  11,391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8" name="Picture 18" descr="Three triangle comparison: X69465_M1, X45593_M3, X20385_M3"/>
            <wp:cNvGraphicFramePr>
              <a:graphicFrameLocks noChangeAspect="1"/>
            </wp:cNvGraphicFramePr>
            <a:graphic>
              <a:graphicData uri="http://schemas.openxmlformats.org/drawingml/2006/picture">
                <pic:pic>
                  <pic:nvPicPr>
                    <pic:cNvPr id="0" name="web_018.jpg"/>
                    <pic:cNvPicPr/>
                  </pic:nvPicPr>
                  <pic:blipFill>
                    <a:blip r:embed="rId2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X69465_M1</w:t>
            </w:r>
          </w:p>
          <w:p>
            <w:pPr>
              <w:spacing w:before="0" w:after="22" w:line="240" w:lineRule="auto"/>
              <w:jc w:val="center"/>
            </w:pPr>
            <w:r>
              <w:rPr>
                <w:rFonts w:ascii="Aptos" w:hAnsi="Aptos"/>
                <w:b w:val="0"/>
                <w:color w:val="414141"/>
                <w:sz w:val="16"/>
              </w:rPr>
              <w:t>Definition  X(69465); M1 cevian triangle</w:t>
            </w:r>
          </w:p>
          <w:p>
            <w:pPr>
              <w:spacing w:before="0" w:after="22" w:line="240" w:lineRule="auto"/>
              <w:jc w:val="center"/>
            </w:pPr>
            <w:r>
              <w:rPr>
                <w:rFonts w:ascii="Aptos" w:hAnsi="Aptos"/>
                <w:b w:val="0"/>
                <w:color w:val="414141"/>
                <w:sz w:val="16"/>
              </w:rPr>
              <w:t>Neural score  60.860</w:t>
            </w:r>
          </w:p>
          <w:p>
            <w:pPr>
              <w:spacing w:before="0" w:after="22" w:line="240" w:lineRule="auto"/>
              <w:jc w:val="center"/>
            </w:pPr>
            <w:r>
              <w:rPr>
                <w:rFonts w:ascii="Aptos" w:hAnsi="Aptos"/>
                <w:b w:val="0"/>
                <w:color w:val="414141"/>
                <w:sz w:val="16"/>
              </w:rPr>
              <w:t>Code bits  6,932    q/random  0.3147</w:t>
            </w:r>
          </w:p>
          <w:p>
            <w:pPr>
              <w:spacing w:before="0" w:after="22" w:line="240" w:lineRule="auto"/>
              <w:jc w:val="center"/>
            </w:pPr>
            <w:r>
              <w:rPr>
                <w:rFonts w:ascii="Aptos" w:hAnsi="Aptos"/>
                <w:b w:val="0"/>
                <w:color w:val="414141"/>
                <w:sz w:val="16"/>
              </w:rPr>
              <w:t>Fitted taste  0.727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X45593_M3</w:t>
            </w:r>
          </w:p>
          <w:p>
            <w:pPr>
              <w:spacing w:before="0" w:after="22" w:line="240" w:lineRule="auto"/>
              <w:jc w:val="center"/>
            </w:pPr>
            <w:r>
              <w:rPr>
                <w:rFonts w:ascii="Aptos" w:hAnsi="Aptos"/>
                <w:b w:val="0"/>
                <w:color w:val="414141"/>
                <w:sz w:val="16"/>
              </w:rPr>
              <w:t>Definition  X(45593); M3 pedal triangle</w:t>
            </w:r>
          </w:p>
          <w:p>
            <w:pPr>
              <w:spacing w:before="0" w:after="22" w:line="240" w:lineRule="auto"/>
              <w:jc w:val="center"/>
            </w:pPr>
            <w:r>
              <w:rPr>
                <w:rFonts w:ascii="Aptos" w:hAnsi="Aptos"/>
                <w:b w:val="0"/>
                <w:color w:val="414141"/>
                <w:sz w:val="16"/>
              </w:rPr>
              <w:t>Code-bit rank  18    position  18</w:t>
            </w:r>
          </w:p>
          <w:p>
            <w:pPr>
              <w:spacing w:before="0" w:after="22" w:line="240" w:lineRule="auto"/>
              <w:jc w:val="center"/>
            </w:pPr>
            <w:r>
              <w:rPr>
                <w:rFonts w:ascii="Aptos" w:hAnsi="Aptos"/>
                <w:b w:val="0"/>
                <w:color w:val="414141"/>
                <w:sz w:val="16"/>
              </w:rPr>
              <w:t>Quadtree code bits  709</w:t>
            </w:r>
          </w:p>
          <w:p>
            <w:pPr>
              <w:spacing w:before="0" w:after="22" w:line="240" w:lineRule="auto"/>
              <w:jc w:val="center"/>
            </w:pPr>
            <w:r>
              <w:rPr>
                <w:rFonts w:ascii="Aptos" w:hAnsi="Aptos"/>
                <w:b w:val="0"/>
                <w:color w:val="414141"/>
                <w:sz w:val="16"/>
              </w:rPr>
              <w:t>q/random  0.05068    PNG/random  0.1837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X20385_M3</w:t>
            </w:r>
          </w:p>
          <w:p>
            <w:pPr>
              <w:spacing w:before="0" w:after="22" w:line="240" w:lineRule="auto"/>
              <w:jc w:val="center"/>
            </w:pPr>
            <w:r>
              <w:rPr>
                <w:rFonts w:ascii="Aptos" w:hAnsi="Aptos"/>
                <w:b w:val="0"/>
                <w:color w:val="414141"/>
                <w:sz w:val="16"/>
              </w:rPr>
              <w:t>Definition  X(20385); M3 pedal triangle</w:t>
            </w:r>
          </w:p>
          <w:p>
            <w:pPr>
              <w:spacing w:before="0" w:after="22" w:line="240" w:lineRule="auto"/>
              <w:jc w:val="center"/>
            </w:pPr>
            <w:r>
              <w:rPr>
                <w:rFonts w:ascii="Aptos" w:hAnsi="Aptos"/>
                <w:b w:val="0"/>
                <w:color w:val="414141"/>
                <w:sz w:val="16"/>
              </w:rPr>
              <w:t>Wundt position  18</w:t>
            </w:r>
          </w:p>
          <w:p>
            <w:pPr>
              <w:spacing w:before="0" w:after="22" w:line="240" w:lineRule="auto"/>
              <w:jc w:val="center"/>
            </w:pPr>
            <w:r>
              <w:rPr>
                <w:rFonts w:ascii="Aptos" w:hAnsi="Aptos"/>
                <w:b w:val="0"/>
                <w:color w:val="414141"/>
                <w:sz w:val="16"/>
              </w:rPr>
              <w:t>Wundt gate  0.999805</w:t>
            </w:r>
          </w:p>
          <w:p>
            <w:pPr>
              <w:spacing w:before="0" w:after="22" w:line="240" w:lineRule="auto"/>
              <w:jc w:val="center"/>
            </w:pPr>
            <w:r>
              <w:rPr>
                <w:rFonts w:ascii="Aptos" w:hAnsi="Aptos"/>
                <w:b w:val="0"/>
                <w:color w:val="414141"/>
                <w:sz w:val="16"/>
              </w:rPr>
              <w:t>q/random  0.4930    code bits  10,138</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9" name="Picture 19" descr="Three triangle comparison: X35020_M3, X71803_M3, X34194_M3"/>
            <wp:cNvGraphicFramePr>
              <a:graphicFrameLocks noChangeAspect="1"/>
            </wp:cNvGraphicFramePr>
            <a:graphic>
              <a:graphicData uri="http://schemas.openxmlformats.org/drawingml/2006/picture">
                <pic:pic>
                  <pic:nvPicPr>
                    <pic:cNvPr id="0" name="web_019.jpg"/>
                    <pic:cNvPicPr/>
                  </pic:nvPicPr>
                  <pic:blipFill>
                    <a:blip r:embed="rId2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X35020_M3</w:t>
            </w:r>
          </w:p>
          <w:p>
            <w:pPr>
              <w:spacing w:before="0" w:after="22" w:line="240" w:lineRule="auto"/>
              <w:jc w:val="center"/>
            </w:pPr>
            <w:r>
              <w:rPr>
                <w:rFonts w:ascii="Aptos" w:hAnsi="Aptos"/>
                <w:b w:val="0"/>
                <w:color w:val="414141"/>
                <w:sz w:val="16"/>
              </w:rPr>
              <w:t>Definition  X(35020); M3 pedal triangle</w:t>
            </w:r>
          </w:p>
          <w:p>
            <w:pPr>
              <w:spacing w:before="0" w:after="22" w:line="240" w:lineRule="auto"/>
              <w:jc w:val="center"/>
            </w:pPr>
            <w:r>
              <w:rPr>
                <w:rFonts w:ascii="Aptos" w:hAnsi="Aptos"/>
                <w:b w:val="0"/>
                <w:color w:val="414141"/>
                <w:sz w:val="16"/>
              </w:rPr>
              <w:t>Neural score  60.601</w:t>
            </w:r>
          </w:p>
          <w:p>
            <w:pPr>
              <w:spacing w:before="0" w:after="22" w:line="240" w:lineRule="auto"/>
              <w:jc w:val="center"/>
            </w:pPr>
            <w:r>
              <w:rPr>
                <w:rFonts w:ascii="Aptos" w:hAnsi="Aptos"/>
                <w:b w:val="0"/>
                <w:color w:val="414141"/>
                <w:sz w:val="16"/>
              </w:rPr>
              <w:t>Code bits  3,852    q/random  0.1690</w:t>
            </w:r>
          </w:p>
          <w:p>
            <w:pPr>
              <w:spacing w:before="0" w:after="22" w:line="240" w:lineRule="auto"/>
              <w:jc w:val="center"/>
            </w:pPr>
            <w:r>
              <w:rPr>
                <w:rFonts w:ascii="Aptos" w:hAnsi="Aptos"/>
                <w:b w:val="0"/>
                <w:color w:val="414141"/>
                <w:sz w:val="16"/>
              </w:rPr>
              <w:t>Fitted taste  0.917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X71803_M3</w:t>
            </w:r>
          </w:p>
          <w:p>
            <w:pPr>
              <w:spacing w:before="0" w:after="22" w:line="240" w:lineRule="auto"/>
              <w:jc w:val="center"/>
            </w:pPr>
            <w:r>
              <w:rPr>
                <w:rFonts w:ascii="Aptos" w:hAnsi="Aptos"/>
                <w:b w:val="0"/>
                <w:color w:val="414141"/>
                <w:sz w:val="16"/>
              </w:rPr>
              <w:t>Definition  X(71803); M3 pedal triangle</w:t>
            </w:r>
          </w:p>
          <w:p>
            <w:pPr>
              <w:spacing w:before="0" w:after="22" w:line="240" w:lineRule="auto"/>
              <w:jc w:val="center"/>
            </w:pPr>
            <w:r>
              <w:rPr>
                <w:rFonts w:ascii="Aptos" w:hAnsi="Aptos"/>
                <w:b w:val="0"/>
                <w:color w:val="414141"/>
                <w:sz w:val="16"/>
              </w:rPr>
              <w:t>Code-bit rank  19    position  19</w:t>
            </w:r>
          </w:p>
          <w:p>
            <w:pPr>
              <w:spacing w:before="0" w:after="22" w:line="240" w:lineRule="auto"/>
              <w:jc w:val="center"/>
            </w:pPr>
            <w:r>
              <w:rPr>
                <w:rFonts w:ascii="Aptos" w:hAnsi="Aptos"/>
                <w:b w:val="0"/>
                <w:color w:val="414141"/>
                <w:sz w:val="16"/>
              </w:rPr>
              <w:t>Quadtree code bits  730</w:t>
            </w:r>
          </w:p>
          <w:p>
            <w:pPr>
              <w:spacing w:before="0" w:after="22" w:line="240" w:lineRule="auto"/>
              <w:jc w:val="center"/>
            </w:pPr>
            <w:r>
              <w:rPr>
                <w:rFonts w:ascii="Aptos" w:hAnsi="Aptos"/>
                <w:b w:val="0"/>
                <w:color w:val="414141"/>
                <w:sz w:val="16"/>
              </w:rPr>
              <w:t>q/random  0.04647    PNG/random  0.1662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X34194_M3</w:t>
            </w:r>
          </w:p>
          <w:p>
            <w:pPr>
              <w:spacing w:before="0" w:after="22" w:line="240" w:lineRule="auto"/>
              <w:jc w:val="center"/>
            </w:pPr>
            <w:r>
              <w:rPr>
                <w:rFonts w:ascii="Aptos" w:hAnsi="Aptos"/>
                <w:b w:val="0"/>
                <w:color w:val="414141"/>
                <w:sz w:val="16"/>
              </w:rPr>
              <w:t>Definition  X(34194); M3 pedal triangle</w:t>
            </w:r>
          </w:p>
          <w:p>
            <w:pPr>
              <w:spacing w:before="0" w:after="22" w:line="240" w:lineRule="auto"/>
              <w:jc w:val="center"/>
            </w:pPr>
            <w:r>
              <w:rPr>
                <w:rFonts w:ascii="Aptos" w:hAnsi="Aptos"/>
                <w:b w:val="0"/>
                <w:color w:val="414141"/>
                <w:sz w:val="16"/>
              </w:rPr>
              <w:t>Wundt position  19</w:t>
            </w:r>
          </w:p>
          <w:p>
            <w:pPr>
              <w:spacing w:before="0" w:after="22" w:line="240" w:lineRule="auto"/>
              <w:jc w:val="center"/>
            </w:pPr>
            <w:r>
              <w:rPr>
                <w:rFonts w:ascii="Aptos" w:hAnsi="Aptos"/>
                <w:b w:val="0"/>
                <w:color w:val="414141"/>
                <w:sz w:val="16"/>
              </w:rPr>
              <w:t>Wundt gate  0.999777</w:t>
            </w:r>
          </w:p>
          <w:p>
            <w:pPr>
              <w:spacing w:before="0" w:after="22" w:line="240" w:lineRule="auto"/>
              <w:jc w:val="center"/>
            </w:pPr>
            <w:r>
              <w:rPr>
                <w:rFonts w:ascii="Aptos" w:hAnsi="Aptos"/>
                <w:b w:val="0"/>
                <w:color w:val="414141"/>
                <w:sz w:val="16"/>
              </w:rPr>
              <w:t>q/random  0.4925    code bits  9,704</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0" name="Picture 20" descr="Three triangle comparison: X6279_M3, X29914_M1, X33998_M3"/>
            <wp:cNvGraphicFramePr>
              <a:graphicFrameLocks noChangeAspect="1"/>
            </wp:cNvGraphicFramePr>
            <a:graphic>
              <a:graphicData uri="http://schemas.openxmlformats.org/drawingml/2006/picture">
                <pic:pic>
                  <pic:nvPicPr>
                    <pic:cNvPr id="0" name="web_020.jpg"/>
                    <pic:cNvPicPr/>
                  </pic:nvPicPr>
                  <pic:blipFill>
                    <a:blip r:embed="rId2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X6279_M3</w:t>
            </w:r>
          </w:p>
          <w:p>
            <w:pPr>
              <w:spacing w:before="0" w:after="22" w:line="240" w:lineRule="auto"/>
              <w:jc w:val="center"/>
            </w:pPr>
            <w:r>
              <w:rPr>
                <w:rFonts w:ascii="Aptos" w:hAnsi="Aptos"/>
                <w:b w:val="0"/>
                <w:color w:val="414141"/>
                <w:sz w:val="16"/>
              </w:rPr>
              <w:t>Definition  X(6279); M3 pedal triangle</w:t>
            </w:r>
          </w:p>
          <w:p>
            <w:pPr>
              <w:spacing w:before="0" w:after="22" w:line="240" w:lineRule="auto"/>
              <w:jc w:val="center"/>
            </w:pPr>
            <w:r>
              <w:rPr>
                <w:rFonts w:ascii="Aptos" w:hAnsi="Aptos"/>
                <w:b w:val="0"/>
                <w:color w:val="414141"/>
                <w:sz w:val="16"/>
              </w:rPr>
              <w:t>Neural score  60.564</w:t>
            </w:r>
          </w:p>
          <w:p>
            <w:pPr>
              <w:spacing w:before="0" w:after="22" w:line="240" w:lineRule="auto"/>
              <w:jc w:val="center"/>
            </w:pPr>
            <w:r>
              <w:rPr>
                <w:rFonts w:ascii="Aptos" w:hAnsi="Aptos"/>
                <w:b w:val="0"/>
                <w:color w:val="414141"/>
                <w:sz w:val="16"/>
              </w:rPr>
              <w:t>Code bits  2,886    q/random  0.1749</w:t>
            </w:r>
          </w:p>
          <w:p>
            <w:pPr>
              <w:spacing w:before="0" w:after="22" w:line="240" w:lineRule="auto"/>
              <w:jc w:val="center"/>
            </w:pPr>
            <w:r>
              <w:rPr>
                <w:rFonts w:ascii="Aptos" w:hAnsi="Aptos"/>
                <w:b w:val="0"/>
                <w:color w:val="414141"/>
                <w:sz w:val="16"/>
              </w:rPr>
              <w:t>Fitted taste  0.922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X29914_M1</w:t>
            </w:r>
          </w:p>
          <w:p>
            <w:pPr>
              <w:spacing w:before="0" w:after="22" w:line="240" w:lineRule="auto"/>
              <w:jc w:val="center"/>
            </w:pPr>
            <w:r>
              <w:rPr>
                <w:rFonts w:ascii="Aptos" w:hAnsi="Aptos"/>
                <w:b w:val="0"/>
                <w:color w:val="414141"/>
                <w:sz w:val="16"/>
              </w:rPr>
              <w:t>Definition  X(29914); M1 cevian triangle</w:t>
            </w:r>
          </w:p>
          <w:p>
            <w:pPr>
              <w:spacing w:before="0" w:after="22" w:line="240" w:lineRule="auto"/>
              <w:jc w:val="center"/>
            </w:pPr>
            <w:r>
              <w:rPr>
                <w:rFonts w:ascii="Aptos" w:hAnsi="Aptos"/>
                <w:b w:val="0"/>
                <w:color w:val="414141"/>
                <w:sz w:val="16"/>
              </w:rPr>
              <w:t>Code-bit rank  20    position  20</w:t>
            </w:r>
          </w:p>
          <w:p>
            <w:pPr>
              <w:spacing w:before="0" w:after="22" w:line="240" w:lineRule="auto"/>
              <w:jc w:val="center"/>
            </w:pPr>
            <w:r>
              <w:rPr>
                <w:rFonts w:ascii="Aptos" w:hAnsi="Aptos"/>
                <w:b w:val="0"/>
                <w:color w:val="414141"/>
                <w:sz w:val="16"/>
              </w:rPr>
              <w:t>Quadtree code bits  737</w:t>
            </w:r>
          </w:p>
          <w:p>
            <w:pPr>
              <w:spacing w:before="0" w:after="22" w:line="240" w:lineRule="auto"/>
              <w:jc w:val="center"/>
            </w:pPr>
            <w:r>
              <w:rPr>
                <w:rFonts w:ascii="Aptos" w:hAnsi="Aptos"/>
                <w:b w:val="0"/>
                <w:color w:val="414141"/>
                <w:sz w:val="16"/>
              </w:rPr>
              <w:t>q/random  0.04808    PNG/random  0.1787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X33998_M3</w:t>
            </w:r>
          </w:p>
          <w:p>
            <w:pPr>
              <w:spacing w:before="0" w:after="22" w:line="240" w:lineRule="auto"/>
              <w:jc w:val="center"/>
            </w:pPr>
            <w:r>
              <w:rPr>
                <w:rFonts w:ascii="Aptos" w:hAnsi="Aptos"/>
                <w:b w:val="0"/>
                <w:color w:val="414141"/>
                <w:sz w:val="16"/>
              </w:rPr>
              <w:t>Definition  X(33998); M3 pedal triangle</w:t>
            </w:r>
          </w:p>
          <w:p>
            <w:pPr>
              <w:spacing w:before="0" w:after="22" w:line="240" w:lineRule="auto"/>
              <w:jc w:val="center"/>
            </w:pPr>
            <w:r>
              <w:rPr>
                <w:rFonts w:ascii="Aptos" w:hAnsi="Aptos"/>
                <w:b w:val="0"/>
                <w:color w:val="414141"/>
                <w:sz w:val="16"/>
              </w:rPr>
              <w:t>Wundt position  20</w:t>
            </w:r>
          </w:p>
          <w:p>
            <w:pPr>
              <w:spacing w:before="0" w:after="22" w:line="240" w:lineRule="auto"/>
              <w:jc w:val="center"/>
            </w:pPr>
            <w:r>
              <w:rPr>
                <w:rFonts w:ascii="Aptos" w:hAnsi="Aptos"/>
                <w:b w:val="0"/>
                <w:color w:val="414141"/>
                <w:sz w:val="16"/>
              </w:rPr>
              <w:t>Wundt gate  0.999776</w:t>
            </w:r>
          </w:p>
          <w:p>
            <w:pPr>
              <w:spacing w:before="0" w:after="22" w:line="240" w:lineRule="auto"/>
              <w:jc w:val="center"/>
            </w:pPr>
            <w:r>
              <w:rPr>
                <w:rFonts w:ascii="Aptos" w:hAnsi="Aptos"/>
                <w:b w:val="0"/>
                <w:color w:val="414141"/>
                <w:sz w:val="16"/>
              </w:rPr>
              <w:t>q/random  0.5075    code bits  9,977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1" name="Picture 21" descr="Three triangle comparison: X13951_M3, X16414_M1, X27245_M3"/>
            <wp:cNvGraphicFramePr>
              <a:graphicFrameLocks noChangeAspect="1"/>
            </wp:cNvGraphicFramePr>
            <a:graphic>
              <a:graphicData uri="http://schemas.openxmlformats.org/drawingml/2006/picture">
                <pic:pic>
                  <pic:nvPicPr>
                    <pic:cNvPr id="0" name="web_021.jpg"/>
                    <pic:cNvPicPr/>
                  </pic:nvPicPr>
                  <pic:blipFill>
                    <a:blip r:embed="rId2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X13951_M3</w:t>
            </w:r>
          </w:p>
          <w:p>
            <w:pPr>
              <w:spacing w:before="0" w:after="22" w:line="240" w:lineRule="auto"/>
              <w:jc w:val="center"/>
            </w:pPr>
            <w:r>
              <w:rPr>
                <w:rFonts w:ascii="Aptos" w:hAnsi="Aptos"/>
                <w:b w:val="0"/>
                <w:color w:val="414141"/>
                <w:sz w:val="16"/>
              </w:rPr>
              <w:t>Definition  X(13951); M3 pedal triangle</w:t>
            </w:r>
          </w:p>
          <w:p>
            <w:pPr>
              <w:spacing w:before="0" w:after="22" w:line="240" w:lineRule="auto"/>
              <w:jc w:val="center"/>
            </w:pPr>
            <w:r>
              <w:rPr>
                <w:rFonts w:ascii="Aptos" w:hAnsi="Aptos"/>
                <w:b w:val="0"/>
                <w:color w:val="414141"/>
                <w:sz w:val="16"/>
              </w:rPr>
              <w:t>Neural score  60.508</w:t>
            </w:r>
          </w:p>
          <w:p>
            <w:pPr>
              <w:spacing w:before="0" w:after="22" w:line="240" w:lineRule="auto"/>
              <w:jc w:val="center"/>
            </w:pPr>
            <w:r>
              <w:rPr>
                <w:rFonts w:ascii="Aptos" w:hAnsi="Aptos"/>
                <w:b w:val="0"/>
                <w:color w:val="414141"/>
                <w:sz w:val="16"/>
              </w:rPr>
              <w:t>Code bits  6,659    q/random  0.3566</w:t>
            </w:r>
          </w:p>
          <w:p>
            <w:pPr>
              <w:spacing w:before="0" w:after="22" w:line="240" w:lineRule="auto"/>
              <w:jc w:val="center"/>
            </w:pPr>
            <w:r>
              <w:rPr>
                <w:rFonts w:ascii="Aptos" w:hAnsi="Aptos"/>
                <w:b w:val="0"/>
                <w:color w:val="414141"/>
                <w:sz w:val="16"/>
              </w:rPr>
              <w:t>Fitted taste  1.310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X16414_M1</w:t>
            </w:r>
          </w:p>
          <w:p>
            <w:pPr>
              <w:spacing w:before="0" w:after="22" w:line="240" w:lineRule="auto"/>
              <w:jc w:val="center"/>
            </w:pPr>
            <w:r>
              <w:rPr>
                <w:rFonts w:ascii="Aptos" w:hAnsi="Aptos"/>
                <w:b w:val="0"/>
                <w:color w:val="414141"/>
                <w:sz w:val="16"/>
              </w:rPr>
              <w:t>Definition  X(16414); M1 cevian triangle</w:t>
            </w:r>
          </w:p>
          <w:p>
            <w:pPr>
              <w:spacing w:before="0" w:after="22" w:line="240" w:lineRule="auto"/>
              <w:jc w:val="center"/>
            </w:pPr>
            <w:r>
              <w:rPr>
                <w:rFonts w:ascii="Aptos" w:hAnsi="Aptos"/>
                <w:b w:val="0"/>
                <w:color w:val="414141"/>
                <w:sz w:val="16"/>
              </w:rPr>
              <w:t>Code-bit rank  21    position  21</w:t>
            </w:r>
          </w:p>
          <w:p>
            <w:pPr>
              <w:spacing w:before="0" w:after="22" w:line="240" w:lineRule="auto"/>
              <w:jc w:val="center"/>
            </w:pPr>
            <w:r>
              <w:rPr>
                <w:rFonts w:ascii="Aptos" w:hAnsi="Aptos"/>
                <w:b w:val="0"/>
                <w:color w:val="414141"/>
                <w:sz w:val="16"/>
              </w:rPr>
              <w:t>Quadtree code bits  744</w:t>
            </w:r>
          </w:p>
          <w:p>
            <w:pPr>
              <w:spacing w:before="0" w:after="22" w:line="240" w:lineRule="auto"/>
              <w:jc w:val="center"/>
            </w:pPr>
            <w:r>
              <w:rPr>
                <w:rFonts w:ascii="Aptos" w:hAnsi="Aptos"/>
                <w:b w:val="0"/>
                <w:color w:val="414141"/>
                <w:sz w:val="16"/>
              </w:rPr>
              <w:t>q/random  0.05201    PNG/random  0.1779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X27245_M3</w:t>
            </w:r>
          </w:p>
          <w:p>
            <w:pPr>
              <w:spacing w:before="0" w:after="22" w:line="240" w:lineRule="auto"/>
              <w:jc w:val="center"/>
            </w:pPr>
            <w:r>
              <w:rPr>
                <w:rFonts w:ascii="Aptos" w:hAnsi="Aptos"/>
                <w:b w:val="0"/>
                <w:color w:val="414141"/>
                <w:sz w:val="16"/>
              </w:rPr>
              <w:t>Definition  X(27245); M3 pedal triangle</w:t>
            </w:r>
          </w:p>
          <w:p>
            <w:pPr>
              <w:spacing w:before="0" w:after="22" w:line="240" w:lineRule="auto"/>
              <w:jc w:val="center"/>
            </w:pPr>
            <w:r>
              <w:rPr>
                <w:rFonts w:ascii="Aptos" w:hAnsi="Aptos"/>
                <w:b w:val="0"/>
                <w:color w:val="414141"/>
                <w:sz w:val="16"/>
              </w:rPr>
              <w:t>Wundt position  21</w:t>
            </w:r>
          </w:p>
          <w:p>
            <w:pPr>
              <w:spacing w:before="0" w:after="22" w:line="240" w:lineRule="auto"/>
              <w:jc w:val="center"/>
            </w:pPr>
            <w:r>
              <w:rPr>
                <w:rFonts w:ascii="Aptos" w:hAnsi="Aptos"/>
                <w:b w:val="0"/>
                <w:color w:val="414141"/>
                <w:sz w:val="16"/>
              </w:rPr>
              <w:t>Wundt gate  0.999776</w:t>
            </w:r>
          </w:p>
          <w:p>
            <w:pPr>
              <w:spacing w:before="0" w:after="22" w:line="240" w:lineRule="auto"/>
              <w:jc w:val="center"/>
            </w:pPr>
            <w:r>
              <w:rPr>
                <w:rFonts w:ascii="Aptos" w:hAnsi="Aptos"/>
                <w:b w:val="0"/>
                <w:color w:val="414141"/>
                <w:sz w:val="16"/>
              </w:rPr>
              <w:t>q/random  0.4925    code bits  9,676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2" name="Picture 22" descr="Three triangle comparison: X5182_M3, X2672_M3, X65153_M3"/>
            <wp:cNvGraphicFramePr>
              <a:graphicFrameLocks noChangeAspect="1"/>
            </wp:cNvGraphicFramePr>
            <a:graphic>
              <a:graphicData uri="http://schemas.openxmlformats.org/drawingml/2006/picture">
                <pic:pic>
                  <pic:nvPicPr>
                    <pic:cNvPr id="0" name="web_022.jpg"/>
                    <pic:cNvPicPr/>
                  </pic:nvPicPr>
                  <pic:blipFill>
                    <a:blip r:embed="rId3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X5182_M3</w:t>
            </w:r>
          </w:p>
          <w:p>
            <w:pPr>
              <w:spacing w:before="0" w:after="22" w:line="240" w:lineRule="auto"/>
              <w:jc w:val="center"/>
            </w:pPr>
            <w:r>
              <w:rPr>
                <w:rFonts w:ascii="Aptos" w:hAnsi="Aptos"/>
                <w:b w:val="0"/>
                <w:color w:val="414141"/>
                <w:sz w:val="16"/>
              </w:rPr>
              <w:t>Definition  X(5182); M3 pedal triangle</w:t>
            </w:r>
          </w:p>
          <w:p>
            <w:pPr>
              <w:spacing w:before="0" w:after="22" w:line="240" w:lineRule="auto"/>
              <w:jc w:val="center"/>
            </w:pPr>
            <w:r>
              <w:rPr>
                <w:rFonts w:ascii="Aptos" w:hAnsi="Aptos"/>
                <w:b w:val="0"/>
                <w:color w:val="414141"/>
                <w:sz w:val="16"/>
              </w:rPr>
              <w:t>Neural score  60.502</w:t>
            </w:r>
          </w:p>
          <w:p>
            <w:pPr>
              <w:spacing w:before="0" w:after="22" w:line="240" w:lineRule="auto"/>
              <w:jc w:val="center"/>
            </w:pPr>
            <w:r>
              <w:rPr>
                <w:rFonts w:ascii="Aptos" w:hAnsi="Aptos"/>
                <w:b w:val="0"/>
                <w:color w:val="414141"/>
                <w:sz w:val="16"/>
              </w:rPr>
              <w:t>Code bits  6,624    q/random  0.2906</w:t>
            </w:r>
          </w:p>
          <w:p>
            <w:pPr>
              <w:spacing w:before="0" w:after="22" w:line="240" w:lineRule="auto"/>
              <w:jc w:val="center"/>
            </w:pPr>
            <w:r>
              <w:rPr>
                <w:rFonts w:ascii="Aptos" w:hAnsi="Aptos"/>
                <w:b w:val="0"/>
                <w:color w:val="414141"/>
                <w:sz w:val="16"/>
              </w:rPr>
              <w:t>Fitted taste  0.734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X2672_M3</w:t>
            </w:r>
          </w:p>
          <w:p>
            <w:pPr>
              <w:spacing w:before="0" w:after="22" w:line="240" w:lineRule="auto"/>
              <w:jc w:val="center"/>
            </w:pPr>
            <w:r>
              <w:rPr>
                <w:rFonts w:ascii="Aptos" w:hAnsi="Aptos"/>
                <w:b w:val="0"/>
                <w:color w:val="414141"/>
                <w:sz w:val="16"/>
              </w:rPr>
              <w:t>Definition  X(2672); M3 pedal triangle</w:t>
            </w:r>
          </w:p>
          <w:p>
            <w:pPr>
              <w:spacing w:before="0" w:after="22" w:line="240" w:lineRule="auto"/>
              <w:jc w:val="center"/>
            </w:pPr>
            <w:r>
              <w:rPr>
                <w:rFonts w:ascii="Aptos" w:hAnsi="Aptos"/>
                <w:b w:val="0"/>
                <w:color w:val="414141"/>
                <w:sz w:val="16"/>
              </w:rPr>
              <w:t>Code-bit rank  21    position  22</w:t>
            </w:r>
          </w:p>
          <w:p>
            <w:pPr>
              <w:spacing w:before="0" w:after="22" w:line="240" w:lineRule="auto"/>
              <w:jc w:val="center"/>
            </w:pPr>
            <w:r>
              <w:rPr>
                <w:rFonts w:ascii="Aptos" w:hAnsi="Aptos"/>
                <w:b w:val="0"/>
                <w:color w:val="414141"/>
                <w:sz w:val="16"/>
              </w:rPr>
              <w:t>Quadtree code bits  744</w:t>
            </w:r>
          </w:p>
          <w:p>
            <w:pPr>
              <w:spacing w:before="0" w:after="22" w:line="240" w:lineRule="auto"/>
              <w:jc w:val="center"/>
            </w:pPr>
            <w:r>
              <w:rPr>
                <w:rFonts w:ascii="Aptos" w:hAnsi="Aptos"/>
                <w:b w:val="0"/>
                <w:color w:val="414141"/>
                <w:sz w:val="16"/>
              </w:rPr>
              <w:t>q/random  0.06202    PNG/random  0.1490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X65153_M3</w:t>
            </w:r>
          </w:p>
          <w:p>
            <w:pPr>
              <w:spacing w:before="0" w:after="22" w:line="240" w:lineRule="auto"/>
              <w:jc w:val="center"/>
            </w:pPr>
            <w:r>
              <w:rPr>
                <w:rFonts w:ascii="Aptos" w:hAnsi="Aptos"/>
                <w:b w:val="0"/>
                <w:color w:val="414141"/>
                <w:sz w:val="16"/>
              </w:rPr>
              <w:t>Definition  X(65153); M3 pedal triangle</w:t>
            </w:r>
          </w:p>
          <w:p>
            <w:pPr>
              <w:spacing w:before="0" w:after="22" w:line="240" w:lineRule="auto"/>
              <w:jc w:val="center"/>
            </w:pPr>
            <w:r>
              <w:rPr>
                <w:rFonts w:ascii="Aptos" w:hAnsi="Aptos"/>
                <w:b w:val="0"/>
                <w:color w:val="414141"/>
                <w:sz w:val="16"/>
              </w:rPr>
              <w:t>Wundt position  22</w:t>
            </w:r>
          </w:p>
          <w:p>
            <w:pPr>
              <w:spacing w:before="0" w:after="22" w:line="240" w:lineRule="auto"/>
              <w:jc w:val="center"/>
            </w:pPr>
            <w:r>
              <w:rPr>
                <w:rFonts w:ascii="Aptos" w:hAnsi="Aptos"/>
                <w:b w:val="0"/>
                <w:color w:val="414141"/>
                <w:sz w:val="16"/>
              </w:rPr>
              <w:t>Wundt gate  0.999729</w:t>
            </w:r>
          </w:p>
          <w:p>
            <w:pPr>
              <w:spacing w:before="0" w:after="22" w:line="240" w:lineRule="auto"/>
              <w:jc w:val="center"/>
            </w:pPr>
            <w:r>
              <w:rPr>
                <w:rFonts w:ascii="Aptos" w:hAnsi="Aptos"/>
                <w:b w:val="0"/>
                <w:color w:val="414141"/>
                <w:sz w:val="16"/>
              </w:rPr>
              <w:t>q/random  0.4918    code bits  11,286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3" name="Picture 23" descr="Three triangle comparison: X65512_M3, X19245_M1, X53374_M3"/>
            <wp:cNvGraphicFramePr>
              <a:graphicFrameLocks noChangeAspect="1"/>
            </wp:cNvGraphicFramePr>
            <a:graphic>
              <a:graphicData uri="http://schemas.openxmlformats.org/drawingml/2006/picture">
                <pic:pic>
                  <pic:nvPicPr>
                    <pic:cNvPr id="0" name="web_023.jpg"/>
                    <pic:cNvPicPr/>
                  </pic:nvPicPr>
                  <pic:blipFill>
                    <a:blip r:embed="rId3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X65512_M3</w:t>
            </w:r>
          </w:p>
          <w:p>
            <w:pPr>
              <w:spacing w:before="0" w:after="22" w:line="240" w:lineRule="auto"/>
              <w:jc w:val="center"/>
            </w:pPr>
            <w:r>
              <w:rPr>
                <w:rFonts w:ascii="Aptos" w:hAnsi="Aptos"/>
                <w:b w:val="0"/>
                <w:color w:val="414141"/>
                <w:sz w:val="16"/>
              </w:rPr>
              <w:t>Definition  X(65512); M3 pedal triangle</w:t>
            </w:r>
          </w:p>
          <w:p>
            <w:pPr>
              <w:spacing w:before="0" w:after="22" w:line="240" w:lineRule="auto"/>
              <w:jc w:val="center"/>
            </w:pPr>
            <w:r>
              <w:rPr>
                <w:rFonts w:ascii="Aptos" w:hAnsi="Aptos"/>
                <w:b w:val="0"/>
                <w:color w:val="414141"/>
                <w:sz w:val="16"/>
              </w:rPr>
              <w:t>Neural score  60.298</w:t>
            </w:r>
          </w:p>
          <w:p>
            <w:pPr>
              <w:spacing w:before="0" w:after="22" w:line="240" w:lineRule="auto"/>
              <w:jc w:val="center"/>
            </w:pPr>
            <w:r>
              <w:rPr>
                <w:rFonts w:ascii="Aptos" w:hAnsi="Aptos"/>
                <w:b w:val="0"/>
                <w:color w:val="414141"/>
                <w:sz w:val="16"/>
              </w:rPr>
              <w:t>Code bits  7,128    q/random  0.3205</w:t>
            </w:r>
          </w:p>
          <w:p>
            <w:pPr>
              <w:spacing w:before="0" w:after="22" w:line="240" w:lineRule="auto"/>
              <w:jc w:val="center"/>
            </w:pPr>
            <w:r>
              <w:rPr>
                <w:rFonts w:ascii="Aptos" w:hAnsi="Aptos"/>
                <w:b w:val="0"/>
                <w:color w:val="414141"/>
                <w:sz w:val="16"/>
              </w:rPr>
              <w:t>Fitted taste  0.671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X19245_M1</w:t>
            </w:r>
          </w:p>
          <w:p>
            <w:pPr>
              <w:spacing w:before="0" w:after="22" w:line="240" w:lineRule="auto"/>
              <w:jc w:val="center"/>
            </w:pPr>
            <w:r>
              <w:rPr>
                <w:rFonts w:ascii="Aptos" w:hAnsi="Aptos"/>
                <w:b w:val="0"/>
                <w:color w:val="414141"/>
                <w:sz w:val="16"/>
              </w:rPr>
              <w:t>Definition  X(19245); M1 cevian triangle</w:t>
            </w:r>
          </w:p>
          <w:p>
            <w:pPr>
              <w:spacing w:before="0" w:after="22" w:line="240" w:lineRule="auto"/>
              <w:jc w:val="center"/>
            </w:pPr>
            <w:r>
              <w:rPr>
                <w:rFonts w:ascii="Aptos" w:hAnsi="Aptos"/>
                <w:b w:val="0"/>
                <w:color w:val="414141"/>
                <w:sz w:val="16"/>
              </w:rPr>
              <w:t>Code-bit rank  23    position  23</w:t>
            </w:r>
          </w:p>
          <w:p>
            <w:pPr>
              <w:spacing w:before="0" w:after="22" w:line="240" w:lineRule="auto"/>
              <w:jc w:val="center"/>
            </w:pPr>
            <w:r>
              <w:rPr>
                <w:rFonts w:ascii="Aptos" w:hAnsi="Aptos"/>
                <w:b w:val="0"/>
                <w:color w:val="414141"/>
                <w:sz w:val="16"/>
              </w:rPr>
              <w:t>Quadtree code bits  751</w:t>
            </w:r>
          </w:p>
          <w:p>
            <w:pPr>
              <w:spacing w:before="0" w:after="22" w:line="240" w:lineRule="auto"/>
              <w:jc w:val="center"/>
            </w:pPr>
            <w:r>
              <w:rPr>
                <w:rFonts w:ascii="Aptos" w:hAnsi="Aptos"/>
                <w:b w:val="0"/>
                <w:color w:val="414141"/>
                <w:sz w:val="16"/>
              </w:rPr>
              <w:t>q/random  0.04818    PNG/random  0.1744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X53374_M3</w:t>
            </w:r>
          </w:p>
          <w:p>
            <w:pPr>
              <w:spacing w:before="0" w:after="22" w:line="240" w:lineRule="auto"/>
              <w:jc w:val="center"/>
            </w:pPr>
            <w:r>
              <w:rPr>
                <w:rFonts w:ascii="Aptos" w:hAnsi="Aptos"/>
                <w:b w:val="0"/>
                <w:color w:val="414141"/>
                <w:sz w:val="16"/>
              </w:rPr>
              <w:t>Definition  X(53374); M3 pedal triangle</w:t>
            </w:r>
          </w:p>
          <w:p>
            <w:pPr>
              <w:spacing w:before="0" w:after="22" w:line="240" w:lineRule="auto"/>
              <w:jc w:val="center"/>
            </w:pPr>
            <w:r>
              <w:rPr>
                <w:rFonts w:ascii="Aptos" w:hAnsi="Aptos"/>
                <w:b w:val="0"/>
                <w:color w:val="414141"/>
                <w:sz w:val="16"/>
              </w:rPr>
              <w:t>Wundt position  23</w:t>
            </w:r>
          </w:p>
          <w:p>
            <w:pPr>
              <w:spacing w:before="0" w:after="22" w:line="240" w:lineRule="auto"/>
              <w:jc w:val="center"/>
            </w:pPr>
            <w:r>
              <w:rPr>
                <w:rFonts w:ascii="Aptos" w:hAnsi="Aptos"/>
                <w:b w:val="0"/>
                <w:color w:val="414141"/>
                <w:sz w:val="16"/>
              </w:rPr>
              <w:t>Wundt gate  0.999663</w:t>
            </w:r>
          </w:p>
          <w:p>
            <w:pPr>
              <w:spacing w:before="0" w:after="22" w:line="240" w:lineRule="auto"/>
              <w:jc w:val="center"/>
            </w:pPr>
            <w:r>
              <w:rPr>
                <w:rFonts w:ascii="Aptos" w:hAnsi="Aptos"/>
                <w:b w:val="0"/>
                <w:color w:val="414141"/>
                <w:sz w:val="16"/>
              </w:rPr>
              <w:t>q/random  0.4908    code bits  10,110</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4" name="Picture 24" descr="Three triangle comparison: X41252_M3, X56361_M3, X2752_M1"/>
            <wp:cNvGraphicFramePr>
              <a:graphicFrameLocks noChangeAspect="1"/>
            </wp:cNvGraphicFramePr>
            <a:graphic>
              <a:graphicData uri="http://schemas.openxmlformats.org/drawingml/2006/picture">
                <pic:pic>
                  <pic:nvPicPr>
                    <pic:cNvPr id="0" name="web_024.jpg"/>
                    <pic:cNvPicPr/>
                  </pic:nvPicPr>
                  <pic:blipFill>
                    <a:blip r:embed="rId3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X41252_M3</w:t>
            </w:r>
          </w:p>
          <w:p>
            <w:pPr>
              <w:spacing w:before="0" w:after="22" w:line="240" w:lineRule="auto"/>
              <w:jc w:val="center"/>
            </w:pPr>
            <w:r>
              <w:rPr>
                <w:rFonts w:ascii="Aptos" w:hAnsi="Aptos"/>
                <w:b w:val="0"/>
                <w:color w:val="414141"/>
                <w:sz w:val="16"/>
              </w:rPr>
              <w:t>Definition  X(41252); M3 pedal triangle</w:t>
            </w:r>
          </w:p>
          <w:p>
            <w:pPr>
              <w:spacing w:before="0" w:after="22" w:line="240" w:lineRule="auto"/>
              <w:jc w:val="center"/>
            </w:pPr>
            <w:r>
              <w:rPr>
                <w:rFonts w:ascii="Aptos" w:hAnsi="Aptos"/>
                <w:b w:val="0"/>
                <w:color w:val="414141"/>
                <w:sz w:val="16"/>
              </w:rPr>
              <w:t>Neural score  60.287</w:t>
            </w:r>
          </w:p>
          <w:p>
            <w:pPr>
              <w:spacing w:before="0" w:after="22" w:line="240" w:lineRule="auto"/>
              <w:jc w:val="center"/>
            </w:pPr>
            <w:r>
              <w:rPr>
                <w:rFonts w:ascii="Aptos" w:hAnsi="Aptos"/>
                <w:b w:val="0"/>
                <w:color w:val="414141"/>
                <w:sz w:val="16"/>
              </w:rPr>
              <w:t>Code bits  6,379    q/random  0.2798</w:t>
            </w:r>
          </w:p>
          <w:p>
            <w:pPr>
              <w:spacing w:before="0" w:after="22" w:line="240" w:lineRule="auto"/>
              <w:jc w:val="center"/>
            </w:pPr>
            <w:r>
              <w:rPr>
                <w:rFonts w:ascii="Aptos" w:hAnsi="Aptos"/>
                <w:b w:val="0"/>
                <w:color w:val="414141"/>
                <w:sz w:val="16"/>
              </w:rPr>
              <w:t>Fitted taste  0.665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X56361_M3</w:t>
            </w:r>
          </w:p>
          <w:p>
            <w:pPr>
              <w:spacing w:before="0" w:after="22" w:line="240" w:lineRule="auto"/>
              <w:jc w:val="center"/>
            </w:pPr>
            <w:r>
              <w:rPr>
                <w:rFonts w:ascii="Aptos" w:hAnsi="Aptos"/>
                <w:b w:val="0"/>
                <w:color w:val="414141"/>
                <w:sz w:val="16"/>
              </w:rPr>
              <w:t>Definition  X(56361); M3 pedal triangle</w:t>
            </w:r>
          </w:p>
          <w:p>
            <w:pPr>
              <w:spacing w:before="0" w:after="22" w:line="240" w:lineRule="auto"/>
              <w:jc w:val="center"/>
            </w:pPr>
            <w:r>
              <w:rPr>
                <w:rFonts w:ascii="Aptos" w:hAnsi="Aptos"/>
                <w:b w:val="0"/>
                <w:color w:val="414141"/>
                <w:sz w:val="16"/>
              </w:rPr>
              <w:t>Code-bit rank  24    position  24</w:t>
            </w:r>
          </w:p>
          <w:p>
            <w:pPr>
              <w:spacing w:before="0" w:after="22" w:line="240" w:lineRule="auto"/>
              <w:jc w:val="center"/>
            </w:pPr>
            <w:r>
              <w:rPr>
                <w:rFonts w:ascii="Aptos" w:hAnsi="Aptos"/>
                <w:b w:val="0"/>
                <w:color w:val="414141"/>
                <w:sz w:val="16"/>
              </w:rPr>
              <w:t>Quadtree code bits  758</w:t>
            </w:r>
          </w:p>
          <w:p>
            <w:pPr>
              <w:spacing w:before="0" w:after="22" w:line="240" w:lineRule="auto"/>
              <w:jc w:val="center"/>
            </w:pPr>
            <w:r>
              <w:rPr>
                <w:rFonts w:ascii="Aptos" w:hAnsi="Aptos"/>
                <w:b w:val="0"/>
                <w:color w:val="414141"/>
                <w:sz w:val="16"/>
              </w:rPr>
              <w:t>q/random  0.05471    PNG/random  0.1681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X2752_M1</w:t>
            </w:r>
          </w:p>
          <w:p>
            <w:pPr>
              <w:spacing w:before="0" w:after="22" w:line="240" w:lineRule="auto"/>
              <w:jc w:val="center"/>
            </w:pPr>
            <w:r>
              <w:rPr>
                <w:rFonts w:ascii="Aptos" w:hAnsi="Aptos"/>
                <w:b w:val="0"/>
                <w:color w:val="414141"/>
                <w:sz w:val="16"/>
              </w:rPr>
              <w:t>Definition  X(2752); M1 cevian triangle</w:t>
            </w:r>
          </w:p>
          <w:p>
            <w:pPr>
              <w:spacing w:before="0" w:after="22" w:line="240" w:lineRule="auto"/>
              <w:jc w:val="center"/>
            </w:pPr>
            <w:r>
              <w:rPr>
                <w:rFonts w:ascii="Aptos" w:hAnsi="Aptos"/>
                <w:b w:val="0"/>
                <w:color w:val="414141"/>
                <w:sz w:val="16"/>
              </w:rPr>
              <w:t>Wundt position  24</w:t>
            </w:r>
          </w:p>
          <w:p>
            <w:pPr>
              <w:spacing w:before="0" w:after="22" w:line="240" w:lineRule="auto"/>
              <w:jc w:val="center"/>
            </w:pPr>
            <w:r>
              <w:rPr>
                <w:rFonts w:ascii="Aptos" w:hAnsi="Aptos"/>
                <w:b w:val="0"/>
                <w:color w:val="414141"/>
                <w:sz w:val="16"/>
              </w:rPr>
              <w:t>Wundt gate  0.999634</w:t>
            </w:r>
          </w:p>
          <w:p>
            <w:pPr>
              <w:spacing w:before="0" w:after="22" w:line="240" w:lineRule="auto"/>
              <w:jc w:val="center"/>
            </w:pPr>
            <w:r>
              <w:rPr>
                <w:rFonts w:ascii="Aptos" w:hAnsi="Aptos"/>
                <w:b w:val="0"/>
                <w:color w:val="414141"/>
                <w:sz w:val="16"/>
              </w:rPr>
              <w:t>q/random  0.5096    code bits  11,559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5" name="Picture 25" descr="Three triangle comparison: X49259_M1, X57844_M3, X2770_M1"/>
            <wp:cNvGraphicFramePr>
              <a:graphicFrameLocks noChangeAspect="1"/>
            </wp:cNvGraphicFramePr>
            <a:graphic>
              <a:graphicData uri="http://schemas.openxmlformats.org/drawingml/2006/picture">
                <pic:pic>
                  <pic:nvPicPr>
                    <pic:cNvPr id="0" name="web_025.jpg"/>
                    <pic:cNvPicPr/>
                  </pic:nvPicPr>
                  <pic:blipFill>
                    <a:blip r:embed="rId3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X49259_M1</w:t>
            </w:r>
          </w:p>
          <w:p>
            <w:pPr>
              <w:spacing w:before="0" w:after="22" w:line="240" w:lineRule="auto"/>
              <w:jc w:val="center"/>
            </w:pPr>
            <w:r>
              <w:rPr>
                <w:rFonts w:ascii="Aptos" w:hAnsi="Aptos"/>
                <w:b w:val="0"/>
                <w:color w:val="414141"/>
                <w:sz w:val="16"/>
              </w:rPr>
              <w:t>Definition  X(49259); M1 cevian triangle</w:t>
            </w:r>
          </w:p>
          <w:p>
            <w:pPr>
              <w:spacing w:before="0" w:after="22" w:line="240" w:lineRule="auto"/>
              <w:jc w:val="center"/>
            </w:pPr>
            <w:r>
              <w:rPr>
                <w:rFonts w:ascii="Aptos" w:hAnsi="Aptos"/>
                <w:b w:val="0"/>
                <w:color w:val="414141"/>
                <w:sz w:val="16"/>
              </w:rPr>
              <w:t>Neural score  60.255</w:t>
            </w:r>
          </w:p>
          <w:p>
            <w:pPr>
              <w:spacing w:before="0" w:after="22" w:line="240" w:lineRule="auto"/>
              <w:jc w:val="center"/>
            </w:pPr>
            <w:r>
              <w:rPr>
                <w:rFonts w:ascii="Aptos" w:hAnsi="Aptos"/>
                <w:b w:val="0"/>
                <w:color w:val="414141"/>
                <w:sz w:val="16"/>
              </w:rPr>
              <w:t>Code bits  3,565    q/random  0.1954</w:t>
            </w:r>
          </w:p>
          <w:p>
            <w:pPr>
              <w:spacing w:before="0" w:after="22" w:line="240" w:lineRule="auto"/>
              <w:jc w:val="center"/>
            </w:pPr>
            <w:r>
              <w:rPr>
                <w:rFonts w:ascii="Aptos" w:hAnsi="Aptos"/>
                <w:b w:val="0"/>
                <w:color w:val="414141"/>
                <w:sz w:val="16"/>
              </w:rPr>
              <w:t>Fitted taste  0.017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X57844_M3</w:t>
            </w:r>
          </w:p>
          <w:p>
            <w:pPr>
              <w:spacing w:before="0" w:after="22" w:line="240" w:lineRule="auto"/>
              <w:jc w:val="center"/>
            </w:pPr>
            <w:r>
              <w:rPr>
                <w:rFonts w:ascii="Aptos" w:hAnsi="Aptos"/>
                <w:b w:val="0"/>
                <w:color w:val="414141"/>
                <w:sz w:val="16"/>
              </w:rPr>
              <w:t>Definition  X(57844); M3 pedal triangle</w:t>
            </w:r>
          </w:p>
          <w:p>
            <w:pPr>
              <w:spacing w:before="0" w:after="22" w:line="240" w:lineRule="auto"/>
              <w:jc w:val="center"/>
            </w:pPr>
            <w:r>
              <w:rPr>
                <w:rFonts w:ascii="Aptos" w:hAnsi="Aptos"/>
                <w:b w:val="0"/>
                <w:color w:val="414141"/>
                <w:sz w:val="16"/>
              </w:rPr>
              <w:t>Code-bit rank  25    position  25</w:t>
            </w:r>
          </w:p>
          <w:p>
            <w:pPr>
              <w:spacing w:before="0" w:after="22" w:line="240" w:lineRule="auto"/>
              <w:jc w:val="center"/>
            </w:pPr>
            <w:r>
              <w:rPr>
                <w:rFonts w:ascii="Aptos" w:hAnsi="Aptos"/>
                <w:b w:val="0"/>
                <w:color w:val="414141"/>
                <w:sz w:val="16"/>
              </w:rPr>
              <w:t>Quadtree code bits  765</w:t>
            </w:r>
          </w:p>
          <w:p>
            <w:pPr>
              <w:spacing w:before="0" w:after="22" w:line="240" w:lineRule="auto"/>
              <w:jc w:val="center"/>
            </w:pPr>
            <w:r>
              <w:rPr>
                <w:rFonts w:ascii="Aptos" w:hAnsi="Aptos"/>
                <w:b w:val="0"/>
                <w:color w:val="414141"/>
                <w:sz w:val="16"/>
              </w:rPr>
              <w:t>q/random  0.04961    PNG/random  0.1648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X2770_M1</w:t>
            </w:r>
          </w:p>
          <w:p>
            <w:pPr>
              <w:spacing w:before="0" w:after="22" w:line="240" w:lineRule="auto"/>
              <w:jc w:val="center"/>
            </w:pPr>
            <w:r>
              <w:rPr>
                <w:rFonts w:ascii="Aptos" w:hAnsi="Aptos"/>
                <w:b w:val="0"/>
                <w:color w:val="414141"/>
                <w:sz w:val="16"/>
              </w:rPr>
              <w:t>Definition  X(2770); M1 cevian triangle</w:t>
            </w:r>
          </w:p>
          <w:p>
            <w:pPr>
              <w:spacing w:before="0" w:after="22" w:line="240" w:lineRule="auto"/>
              <w:jc w:val="center"/>
            </w:pPr>
            <w:r>
              <w:rPr>
                <w:rFonts w:ascii="Aptos" w:hAnsi="Aptos"/>
                <w:b w:val="0"/>
                <w:color w:val="414141"/>
                <w:sz w:val="16"/>
              </w:rPr>
              <w:t>Wundt position  25</w:t>
            </w:r>
          </w:p>
          <w:p>
            <w:pPr>
              <w:spacing w:before="0" w:after="22" w:line="240" w:lineRule="auto"/>
              <w:jc w:val="center"/>
            </w:pPr>
            <w:r>
              <w:rPr>
                <w:rFonts w:ascii="Aptos" w:hAnsi="Aptos"/>
                <w:b w:val="0"/>
                <w:color w:val="414141"/>
                <w:sz w:val="16"/>
              </w:rPr>
              <w:t>Wundt gate  0.999543</w:t>
            </w:r>
          </w:p>
          <w:p>
            <w:pPr>
              <w:spacing w:before="0" w:after="22" w:line="240" w:lineRule="auto"/>
              <w:jc w:val="center"/>
            </w:pPr>
            <w:r>
              <w:rPr>
                <w:rFonts w:ascii="Aptos" w:hAnsi="Aptos"/>
                <w:b w:val="0"/>
                <w:color w:val="414141"/>
                <w:sz w:val="16"/>
              </w:rPr>
              <w:t>q/random  0.4893    code bits  11,055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6" name="Picture 26" descr="Three triangle comparison: X61072_M3, X72137_M3, X26428_M3"/>
            <wp:cNvGraphicFramePr>
              <a:graphicFrameLocks noChangeAspect="1"/>
            </wp:cNvGraphicFramePr>
            <a:graphic>
              <a:graphicData uri="http://schemas.openxmlformats.org/drawingml/2006/picture">
                <pic:pic>
                  <pic:nvPicPr>
                    <pic:cNvPr id="0" name="web_026.jpg"/>
                    <pic:cNvPicPr/>
                  </pic:nvPicPr>
                  <pic:blipFill>
                    <a:blip r:embed="rId3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X61072_M3</w:t>
            </w:r>
          </w:p>
          <w:p>
            <w:pPr>
              <w:spacing w:before="0" w:after="22" w:line="240" w:lineRule="auto"/>
              <w:jc w:val="center"/>
            </w:pPr>
            <w:r>
              <w:rPr>
                <w:rFonts w:ascii="Aptos" w:hAnsi="Aptos"/>
                <w:b w:val="0"/>
                <w:color w:val="414141"/>
                <w:sz w:val="16"/>
              </w:rPr>
              <w:t>Definition  X(61072); M3 pedal triangle</w:t>
            </w:r>
          </w:p>
          <w:p>
            <w:pPr>
              <w:spacing w:before="0" w:after="22" w:line="240" w:lineRule="auto"/>
              <w:jc w:val="center"/>
            </w:pPr>
            <w:r>
              <w:rPr>
                <w:rFonts w:ascii="Aptos" w:hAnsi="Aptos"/>
                <w:b w:val="0"/>
                <w:color w:val="414141"/>
                <w:sz w:val="16"/>
              </w:rPr>
              <w:t>Neural score  59.797</w:t>
            </w:r>
          </w:p>
          <w:p>
            <w:pPr>
              <w:spacing w:before="0" w:after="22" w:line="240" w:lineRule="auto"/>
              <w:jc w:val="center"/>
            </w:pPr>
            <w:r>
              <w:rPr>
                <w:rFonts w:ascii="Aptos" w:hAnsi="Aptos"/>
                <w:b w:val="0"/>
                <w:color w:val="414141"/>
                <w:sz w:val="16"/>
              </w:rPr>
              <w:t>Code bits  6,918    q/random  0.3420</w:t>
            </w:r>
          </w:p>
          <w:p>
            <w:pPr>
              <w:spacing w:before="0" w:after="22" w:line="240" w:lineRule="auto"/>
              <w:jc w:val="center"/>
            </w:pPr>
            <w:r>
              <w:rPr>
                <w:rFonts w:ascii="Aptos" w:hAnsi="Aptos"/>
                <w:b w:val="0"/>
                <w:color w:val="414141"/>
                <w:sz w:val="16"/>
              </w:rPr>
              <w:t>Fitted taste  0.967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X72137_M3</w:t>
            </w:r>
          </w:p>
          <w:p>
            <w:pPr>
              <w:spacing w:before="0" w:after="22" w:line="240" w:lineRule="auto"/>
              <w:jc w:val="center"/>
            </w:pPr>
            <w:r>
              <w:rPr>
                <w:rFonts w:ascii="Aptos" w:hAnsi="Aptos"/>
                <w:b w:val="0"/>
                <w:color w:val="414141"/>
                <w:sz w:val="16"/>
              </w:rPr>
              <w:t>Definition  X(72137); M3 pedal triangle</w:t>
            </w:r>
          </w:p>
          <w:p>
            <w:pPr>
              <w:spacing w:before="0" w:after="22" w:line="240" w:lineRule="auto"/>
              <w:jc w:val="center"/>
            </w:pPr>
            <w:r>
              <w:rPr>
                <w:rFonts w:ascii="Aptos" w:hAnsi="Aptos"/>
                <w:b w:val="0"/>
                <w:color w:val="414141"/>
                <w:sz w:val="16"/>
              </w:rPr>
              <w:t>Code-bit rank  26    position  26</w:t>
            </w:r>
          </w:p>
          <w:p>
            <w:pPr>
              <w:spacing w:before="0" w:after="22" w:line="240" w:lineRule="auto"/>
              <w:jc w:val="center"/>
            </w:pPr>
            <w:r>
              <w:rPr>
                <w:rFonts w:ascii="Aptos" w:hAnsi="Aptos"/>
                <w:b w:val="0"/>
                <w:color w:val="414141"/>
                <w:sz w:val="16"/>
              </w:rPr>
              <w:t>Quadtree code bits  772</w:t>
            </w:r>
          </w:p>
          <w:p>
            <w:pPr>
              <w:spacing w:before="0" w:after="22" w:line="240" w:lineRule="auto"/>
              <w:jc w:val="center"/>
            </w:pPr>
            <w:r>
              <w:rPr>
                <w:rFonts w:ascii="Aptos" w:hAnsi="Aptos"/>
                <w:b w:val="0"/>
                <w:color w:val="414141"/>
                <w:sz w:val="16"/>
              </w:rPr>
              <w:t>q/random  0.04980    PNG/random  0.1654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X26428_M3</w:t>
            </w:r>
          </w:p>
          <w:p>
            <w:pPr>
              <w:spacing w:before="0" w:after="22" w:line="240" w:lineRule="auto"/>
              <w:jc w:val="center"/>
            </w:pPr>
            <w:r>
              <w:rPr>
                <w:rFonts w:ascii="Aptos" w:hAnsi="Aptos"/>
                <w:b w:val="0"/>
                <w:color w:val="414141"/>
                <w:sz w:val="16"/>
              </w:rPr>
              <w:t>Definition  X(26428); M3 pedal triangle</w:t>
            </w:r>
          </w:p>
          <w:p>
            <w:pPr>
              <w:spacing w:before="0" w:after="22" w:line="240" w:lineRule="auto"/>
              <w:jc w:val="center"/>
            </w:pPr>
            <w:r>
              <w:rPr>
                <w:rFonts w:ascii="Aptos" w:hAnsi="Aptos"/>
                <w:b w:val="0"/>
                <w:color w:val="414141"/>
                <w:sz w:val="16"/>
              </w:rPr>
              <w:t>Wundt position  26</w:t>
            </w:r>
          </w:p>
          <w:p>
            <w:pPr>
              <w:spacing w:before="0" w:after="22" w:line="240" w:lineRule="auto"/>
              <w:jc w:val="center"/>
            </w:pPr>
            <w:r>
              <w:rPr>
                <w:rFonts w:ascii="Aptos" w:hAnsi="Aptos"/>
                <w:b w:val="0"/>
                <w:color w:val="414141"/>
                <w:sz w:val="16"/>
              </w:rPr>
              <w:t>Wundt gate  0.999486</w:t>
            </w:r>
          </w:p>
          <w:p>
            <w:pPr>
              <w:spacing w:before="0" w:after="22" w:line="240" w:lineRule="auto"/>
              <w:jc w:val="center"/>
            </w:pPr>
            <w:r>
              <w:rPr>
                <w:rFonts w:ascii="Aptos" w:hAnsi="Aptos"/>
                <w:b w:val="0"/>
                <w:color w:val="414141"/>
                <w:sz w:val="16"/>
              </w:rPr>
              <w:t>q/random  0.4887    code bits  11,020</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7" name="Picture 27" descr="Three triangle comparison: X45213_M3, X29567_M1, X11736_M1"/>
            <wp:cNvGraphicFramePr>
              <a:graphicFrameLocks noChangeAspect="1"/>
            </wp:cNvGraphicFramePr>
            <a:graphic>
              <a:graphicData uri="http://schemas.openxmlformats.org/drawingml/2006/picture">
                <pic:pic>
                  <pic:nvPicPr>
                    <pic:cNvPr id="0" name="web_027.jpg"/>
                    <pic:cNvPicPr/>
                  </pic:nvPicPr>
                  <pic:blipFill>
                    <a:blip r:embed="rId3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X45213_M3</w:t>
            </w:r>
          </w:p>
          <w:p>
            <w:pPr>
              <w:spacing w:before="0" w:after="22" w:line="240" w:lineRule="auto"/>
              <w:jc w:val="center"/>
            </w:pPr>
            <w:r>
              <w:rPr>
                <w:rFonts w:ascii="Aptos" w:hAnsi="Aptos"/>
                <w:b w:val="0"/>
                <w:color w:val="414141"/>
                <w:sz w:val="16"/>
              </w:rPr>
              <w:t>Definition  X(45213); M3 pedal triangle</w:t>
            </w:r>
          </w:p>
          <w:p>
            <w:pPr>
              <w:spacing w:before="0" w:after="22" w:line="240" w:lineRule="auto"/>
              <w:jc w:val="center"/>
            </w:pPr>
            <w:r>
              <w:rPr>
                <w:rFonts w:ascii="Aptos" w:hAnsi="Aptos"/>
                <w:b w:val="0"/>
                <w:color w:val="414141"/>
                <w:sz w:val="16"/>
              </w:rPr>
              <w:t>Neural score  59.697</w:t>
            </w:r>
          </w:p>
          <w:p>
            <w:pPr>
              <w:spacing w:before="0" w:after="22" w:line="240" w:lineRule="auto"/>
              <w:jc w:val="center"/>
            </w:pPr>
            <w:r>
              <w:rPr>
                <w:rFonts w:ascii="Aptos" w:hAnsi="Aptos"/>
                <w:b w:val="0"/>
                <w:color w:val="414141"/>
                <w:sz w:val="16"/>
              </w:rPr>
              <w:t>Code bits  3,208    q/random  0.1794</w:t>
            </w:r>
          </w:p>
          <w:p>
            <w:pPr>
              <w:spacing w:before="0" w:after="22" w:line="240" w:lineRule="auto"/>
              <w:jc w:val="center"/>
            </w:pPr>
            <w:r>
              <w:rPr>
                <w:rFonts w:ascii="Aptos" w:hAnsi="Aptos"/>
                <w:b w:val="0"/>
                <w:color w:val="414141"/>
                <w:sz w:val="16"/>
              </w:rPr>
              <w:t>Fitted taste  1.106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X29567_M1</w:t>
            </w:r>
          </w:p>
          <w:p>
            <w:pPr>
              <w:spacing w:before="0" w:after="22" w:line="240" w:lineRule="auto"/>
              <w:jc w:val="center"/>
            </w:pPr>
            <w:r>
              <w:rPr>
                <w:rFonts w:ascii="Aptos" w:hAnsi="Aptos"/>
                <w:b w:val="0"/>
                <w:color w:val="414141"/>
                <w:sz w:val="16"/>
              </w:rPr>
              <w:t>Definition  X(29567); M1 cevian triangle</w:t>
            </w:r>
          </w:p>
          <w:p>
            <w:pPr>
              <w:spacing w:before="0" w:after="22" w:line="240" w:lineRule="auto"/>
              <w:jc w:val="center"/>
            </w:pPr>
            <w:r>
              <w:rPr>
                <w:rFonts w:ascii="Aptos" w:hAnsi="Aptos"/>
                <w:b w:val="0"/>
                <w:color w:val="414141"/>
                <w:sz w:val="16"/>
              </w:rPr>
              <w:t>Code-bit rank  27    position  27</w:t>
            </w:r>
          </w:p>
          <w:p>
            <w:pPr>
              <w:spacing w:before="0" w:after="22" w:line="240" w:lineRule="auto"/>
              <w:jc w:val="center"/>
            </w:pPr>
            <w:r>
              <w:rPr>
                <w:rFonts w:ascii="Aptos" w:hAnsi="Aptos"/>
                <w:b w:val="0"/>
                <w:color w:val="414141"/>
                <w:sz w:val="16"/>
              </w:rPr>
              <w:t>Quadtree code bits  779</w:t>
            </w:r>
          </w:p>
          <w:p>
            <w:pPr>
              <w:spacing w:before="0" w:after="22" w:line="240" w:lineRule="auto"/>
              <w:jc w:val="center"/>
            </w:pPr>
            <w:r>
              <w:rPr>
                <w:rFonts w:ascii="Aptos" w:hAnsi="Aptos"/>
                <w:b w:val="0"/>
                <w:color w:val="414141"/>
                <w:sz w:val="16"/>
              </w:rPr>
              <w:t>q/random  0.05113    PNG/random  0.1801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X11736_M1</w:t>
            </w:r>
          </w:p>
          <w:p>
            <w:pPr>
              <w:spacing w:before="0" w:after="22" w:line="240" w:lineRule="auto"/>
              <w:jc w:val="center"/>
            </w:pPr>
            <w:r>
              <w:rPr>
                <w:rFonts w:ascii="Aptos" w:hAnsi="Aptos"/>
                <w:b w:val="0"/>
                <w:color w:val="414141"/>
                <w:sz w:val="16"/>
              </w:rPr>
              <w:t>Definition  X(11736); M1 cevian triangle</w:t>
            </w:r>
          </w:p>
          <w:p>
            <w:pPr>
              <w:spacing w:before="0" w:after="22" w:line="240" w:lineRule="auto"/>
              <w:jc w:val="center"/>
            </w:pPr>
            <w:r>
              <w:rPr>
                <w:rFonts w:ascii="Aptos" w:hAnsi="Aptos"/>
                <w:b w:val="0"/>
                <w:color w:val="414141"/>
                <w:sz w:val="16"/>
              </w:rPr>
              <w:t>Wundt position  27</w:t>
            </w:r>
          </w:p>
          <w:p>
            <w:pPr>
              <w:spacing w:before="0" w:after="22" w:line="240" w:lineRule="auto"/>
              <w:jc w:val="center"/>
            </w:pPr>
            <w:r>
              <w:rPr>
                <w:rFonts w:ascii="Aptos" w:hAnsi="Aptos"/>
                <w:b w:val="0"/>
                <w:color w:val="414141"/>
                <w:sz w:val="16"/>
              </w:rPr>
              <w:t>Wundt gate  0.999473</w:t>
            </w:r>
          </w:p>
          <w:p>
            <w:pPr>
              <w:spacing w:before="0" w:after="22" w:line="240" w:lineRule="auto"/>
              <w:jc w:val="center"/>
            </w:pPr>
            <w:r>
              <w:rPr>
                <w:rFonts w:ascii="Aptos" w:hAnsi="Aptos"/>
                <w:b w:val="0"/>
                <w:color w:val="414141"/>
                <w:sz w:val="16"/>
              </w:rPr>
              <w:t>q/random  0.5115    code bits  11,699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8" name="Picture 28" descr="Three triangle comparison: X32191_M3, X33280_M1, X59695_M3"/>
            <wp:cNvGraphicFramePr>
              <a:graphicFrameLocks noChangeAspect="1"/>
            </wp:cNvGraphicFramePr>
            <a:graphic>
              <a:graphicData uri="http://schemas.openxmlformats.org/drawingml/2006/picture">
                <pic:pic>
                  <pic:nvPicPr>
                    <pic:cNvPr id="0" name="web_028.jpg"/>
                    <pic:cNvPicPr/>
                  </pic:nvPicPr>
                  <pic:blipFill>
                    <a:blip r:embed="rId3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X32191_M3</w:t>
            </w:r>
          </w:p>
          <w:p>
            <w:pPr>
              <w:spacing w:before="0" w:after="22" w:line="240" w:lineRule="auto"/>
              <w:jc w:val="center"/>
            </w:pPr>
            <w:r>
              <w:rPr>
                <w:rFonts w:ascii="Aptos" w:hAnsi="Aptos"/>
                <w:b w:val="0"/>
                <w:color w:val="414141"/>
                <w:sz w:val="16"/>
              </w:rPr>
              <w:t>Definition  X(32191); M3 pedal triangle</w:t>
            </w:r>
          </w:p>
          <w:p>
            <w:pPr>
              <w:spacing w:before="0" w:after="22" w:line="240" w:lineRule="auto"/>
              <w:jc w:val="center"/>
            </w:pPr>
            <w:r>
              <w:rPr>
                <w:rFonts w:ascii="Aptos" w:hAnsi="Aptos"/>
                <w:b w:val="0"/>
                <w:color w:val="414141"/>
                <w:sz w:val="16"/>
              </w:rPr>
              <w:t>Neural score  59.659</w:t>
            </w:r>
          </w:p>
          <w:p>
            <w:pPr>
              <w:spacing w:before="0" w:after="22" w:line="240" w:lineRule="auto"/>
              <w:jc w:val="center"/>
            </w:pPr>
            <w:r>
              <w:rPr>
                <w:rFonts w:ascii="Aptos" w:hAnsi="Aptos"/>
                <w:b w:val="0"/>
                <w:color w:val="414141"/>
                <w:sz w:val="16"/>
              </w:rPr>
              <w:t>Code bits  7,912    q/random  0.3438</w:t>
            </w:r>
          </w:p>
          <w:p>
            <w:pPr>
              <w:spacing w:before="0" w:after="22" w:line="240" w:lineRule="auto"/>
              <w:jc w:val="center"/>
            </w:pPr>
            <w:r>
              <w:rPr>
                <w:rFonts w:ascii="Aptos" w:hAnsi="Aptos"/>
                <w:b w:val="0"/>
                <w:color w:val="414141"/>
                <w:sz w:val="16"/>
              </w:rPr>
              <w:t>Fitted taste  0.226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X33280_M1</w:t>
            </w:r>
          </w:p>
          <w:p>
            <w:pPr>
              <w:spacing w:before="0" w:after="22" w:line="240" w:lineRule="auto"/>
              <w:jc w:val="center"/>
            </w:pPr>
            <w:r>
              <w:rPr>
                <w:rFonts w:ascii="Aptos" w:hAnsi="Aptos"/>
                <w:b w:val="0"/>
                <w:color w:val="414141"/>
                <w:sz w:val="16"/>
              </w:rPr>
              <w:t>Definition  X(33280); M1 cevian triangle</w:t>
            </w:r>
          </w:p>
          <w:p>
            <w:pPr>
              <w:spacing w:before="0" w:after="22" w:line="240" w:lineRule="auto"/>
              <w:jc w:val="center"/>
            </w:pPr>
            <w:r>
              <w:rPr>
                <w:rFonts w:ascii="Aptos" w:hAnsi="Aptos"/>
                <w:b w:val="0"/>
                <w:color w:val="414141"/>
                <w:sz w:val="16"/>
              </w:rPr>
              <w:t>Code-bit rank  27    position  28</w:t>
            </w:r>
          </w:p>
          <w:p>
            <w:pPr>
              <w:spacing w:before="0" w:after="22" w:line="240" w:lineRule="auto"/>
              <w:jc w:val="center"/>
            </w:pPr>
            <w:r>
              <w:rPr>
                <w:rFonts w:ascii="Aptos" w:hAnsi="Aptos"/>
                <w:b w:val="0"/>
                <w:color w:val="414141"/>
                <w:sz w:val="16"/>
              </w:rPr>
              <w:t>Quadtree code bits  779</w:t>
            </w:r>
          </w:p>
          <w:p>
            <w:pPr>
              <w:spacing w:before="0" w:after="22" w:line="240" w:lineRule="auto"/>
              <w:jc w:val="center"/>
            </w:pPr>
            <w:r>
              <w:rPr>
                <w:rFonts w:ascii="Aptos" w:hAnsi="Aptos"/>
                <w:b w:val="0"/>
                <w:color w:val="414141"/>
                <w:sz w:val="16"/>
              </w:rPr>
              <w:t>q/random  0.04920    PNG/random  0.1825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X59695_M3</w:t>
            </w:r>
          </w:p>
          <w:p>
            <w:pPr>
              <w:spacing w:before="0" w:after="22" w:line="240" w:lineRule="auto"/>
              <w:jc w:val="center"/>
            </w:pPr>
            <w:r>
              <w:rPr>
                <w:rFonts w:ascii="Aptos" w:hAnsi="Aptos"/>
                <w:b w:val="0"/>
                <w:color w:val="414141"/>
                <w:sz w:val="16"/>
              </w:rPr>
              <w:t>Definition  X(59695); M3 pedal triangle</w:t>
            </w:r>
          </w:p>
          <w:p>
            <w:pPr>
              <w:spacing w:before="0" w:after="22" w:line="240" w:lineRule="auto"/>
              <w:jc w:val="center"/>
            </w:pPr>
            <w:r>
              <w:rPr>
                <w:rFonts w:ascii="Aptos" w:hAnsi="Aptos"/>
                <w:b w:val="0"/>
                <w:color w:val="414141"/>
                <w:sz w:val="16"/>
              </w:rPr>
              <w:t>Wundt position  28</w:t>
            </w:r>
          </w:p>
          <w:p>
            <w:pPr>
              <w:spacing w:before="0" w:after="22" w:line="240" w:lineRule="auto"/>
              <w:jc w:val="center"/>
            </w:pPr>
            <w:r>
              <w:rPr>
                <w:rFonts w:ascii="Aptos" w:hAnsi="Aptos"/>
                <w:b w:val="0"/>
                <w:color w:val="414141"/>
                <w:sz w:val="16"/>
              </w:rPr>
              <w:t>Wundt gate  0.999440</w:t>
            </w:r>
          </w:p>
          <w:p>
            <w:pPr>
              <w:spacing w:before="0" w:after="22" w:line="240" w:lineRule="auto"/>
              <w:jc w:val="center"/>
            </w:pPr>
            <w:r>
              <w:rPr>
                <w:rFonts w:ascii="Aptos" w:hAnsi="Aptos"/>
                <w:b w:val="0"/>
                <w:color w:val="414141"/>
                <w:sz w:val="16"/>
              </w:rPr>
              <w:t>q/random  0.5118    code bits  10,446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29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29" name="Picture 29" descr="Three triangle comparison: X15449_M3, X25296_M3, X72496_M3"/>
            <wp:cNvGraphicFramePr>
              <a:graphicFrameLocks noChangeAspect="1"/>
            </wp:cNvGraphicFramePr>
            <a:graphic>
              <a:graphicData uri="http://schemas.openxmlformats.org/drawingml/2006/picture">
                <pic:pic>
                  <pic:nvPicPr>
                    <pic:cNvPr id="0" name="web_029.jpg"/>
                    <pic:cNvPicPr/>
                  </pic:nvPicPr>
                  <pic:blipFill>
                    <a:blip r:embed="rId3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29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29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29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X15449_M3</w:t>
            </w:r>
          </w:p>
          <w:p>
            <w:pPr>
              <w:spacing w:before="0" w:after="22" w:line="240" w:lineRule="auto"/>
              <w:jc w:val="center"/>
            </w:pPr>
            <w:r>
              <w:rPr>
                <w:rFonts w:ascii="Aptos" w:hAnsi="Aptos"/>
                <w:b w:val="0"/>
                <w:color w:val="414141"/>
                <w:sz w:val="16"/>
              </w:rPr>
              <w:t>Definition  X(15449); M3 pedal triangle</w:t>
            </w:r>
          </w:p>
          <w:p>
            <w:pPr>
              <w:spacing w:before="0" w:after="22" w:line="240" w:lineRule="auto"/>
              <w:jc w:val="center"/>
            </w:pPr>
            <w:r>
              <w:rPr>
                <w:rFonts w:ascii="Aptos" w:hAnsi="Aptos"/>
                <w:b w:val="0"/>
                <w:color w:val="414141"/>
                <w:sz w:val="16"/>
              </w:rPr>
              <w:t>Neural score  59.593</w:t>
            </w:r>
          </w:p>
          <w:p>
            <w:pPr>
              <w:spacing w:before="0" w:after="22" w:line="240" w:lineRule="auto"/>
              <w:jc w:val="center"/>
            </w:pPr>
            <w:r>
              <w:rPr>
                <w:rFonts w:ascii="Aptos" w:hAnsi="Aptos"/>
                <w:b w:val="0"/>
                <w:color w:val="414141"/>
                <w:sz w:val="16"/>
              </w:rPr>
              <w:t>Code bits  4,839    q/random  0.2449</w:t>
            </w:r>
          </w:p>
          <w:p>
            <w:pPr>
              <w:spacing w:before="0" w:after="22" w:line="240" w:lineRule="auto"/>
              <w:jc w:val="center"/>
            </w:pPr>
            <w:r>
              <w:rPr>
                <w:rFonts w:ascii="Aptos" w:hAnsi="Aptos"/>
                <w:b w:val="0"/>
                <w:color w:val="414141"/>
                <w:sz w:val="16"/>
              </w:rPr>
              <w:t>Fitted taste  0.756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X25296_M3</w:t>
            </w:r>
          </w:p>
          <w:p>
            <w:pPr>
              <w:spacing w:before="0" w:after="22" w:line="240" w:lineRule="auto"/>
              <w:jc w:val="center"/>
            </w:pPr>
            <w:r>
              <w:rPr>
                <w:rFonts w:ascii="Aptos" w:hAnsi="Aptos"/>
                <w:b w:val="0"/>
                <w:color w:val="414141"/>
                <w:sz w:val="16"/>
              </w:rPr>
              <w:t>Definition  X(25296); M3 pedal triangle</w:t>
            </w:r>
          </w:p>
          <w:p>
            <w:pPr>
              <w:spacing w:before="0" w:after="22" w:line="240" w:lineRule="auto"/>
              <w:jc w:val="center"/>
            </w:pPr>
            <w:r>
              <w:rPr>
                <w:rFonts w:ascii="Aptos" w:hAnsi="Aptos"/>
                <w:b w:val="0"/>
                <w:color w:val="414141"/>
                <w:sz w:val="16"/>
              </w:rPr>
              <w:t>Code-bit rank  29    position  29</w:t>
            </w:r>
          </w:p>
          <w:p>
            <w:pPr>
              <w:spacing w:before="0" w:after="22" w:line="240" w:lineRule="auto"/>
              <w:jc w:val="center"/>
            </w:pPr>
            <w:r>
              <w:rPr>
                <w:rFonts w:ascii="Aptos" w:hAnsi="Aptos"/>
                <w:b w:val="0"/>
                <w:color w:val="414141"/>
                <w:sz w:val="16"/>
              </w:rPr>
              <w:t>Quadtree code bits  786</w:t>
            </w:r>
          </w:p>
          <w:p>
            <w:pPr>
              <w:spacing w:before="0" w:after="22" w:line="240" w:lineRule="auto"/>
              <w:jc w:val="center"/>
            </w:pPr>
            <w:r>
              <w:rPr>
                <w:rFonts w:ascii="Aptos" w:hAnsi="Aptos"/>
                <w:b w:val="0"/>
                <w:color w:val="414141"/>
                <w:sz w:val="16"/>
              </w:rPr>
              <w:t>q/random  0.05034    PNG/random  0.1699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X72496_M3</w:t>
            </w:r>
          </w:p>
          <w:p>
            <w:pPr>
              <w:spacing w:before="0" w:after="22" w:line="240" w:lineRule="auto"/>
              <w:jc w:val="center"/>
            </w:pPr>
            <w:r>
              <w:rPr>
                <w:rFonts w:ascii="Aptos" w:hAnsi="Aptos"/>
                <w:b w:val="0"/>
                <w:color w:val="414141"/>
                <w:sz w:val="16"/>
              </w:rPr>
              <w:t>Definition  X(72496); M3 pedal triangle</w:t>
            </w:r>
          </w:p>
          <w:p>
            <w:pPr>
              <w:spacing w:before="0" w:after="22" w:line="240" w:lineRule="auto"/>
              <w:jc w:val="center"/>
            </w:pPr>
            <w:r>
              <w:rPr>
                <w:rFonts w:ascii="Aptos" w:hAnsi="Aptos"/>
                <w:b w:val="0"/>
                <w:color w:val="414141"/>
                <w:sz w:val="16"/>
              </w:rPr>
              <w:t>Wundt position  29</w:t>
            </w:r>
          </w:p>
          <w:p>
            <w:pPr>
              <w:spacing w:before="0" w:after="22" w:line="240" w:lineRule="auto"/>
              <w:jc w:val="center"/>
            </w:pPr>
            <w:r>
              <w:rPr>
                <w:rFonts w:ascii="Aptos" w:hAnsi="Aptos"/>
                <w:b w:val="0"/>
                <w:color w:val="414141"/>
                <w:sz w:val="16"/>
              </w:rPr>
              <w:t>Wundt gate  0.999430</w:t>
            </w:r>
          </w:p>
          <w:p>
            <w:pPr>
              <w:spacing w:before="0" w:after="22" w:line="240" w:lineRule="auto"/>
              <w:jc w:val="center"/>
            </w:pPr>
            <w:r>
              <w:rPr>
                <w:rFonts w:ascii="Aptos" w:hAnsi="Aptos"/>
                <w:b w:val="0"/>
                <w:color w:val="414141"/>
                <w:sz w:val="16"/>
              </w:rPr>
              <w:t>q/random  0.5119    code bits  11,713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0" name="Picture 30" descr="Three triangle comparison: X25843_M1, X56022_M1, X22996_M3"/>
            <wp:cNvGraphicFramePr>
              <a:graphicFrameLocks noChangeAspect="1"/>
            </wp:cNvGraphicFramePr>
            <a:graphic>
              <a:graphicData uri="http://schemas.openxmlformats.org/drawingml/2006/picture">
                <pic:pic>
                  <pic:nvPicPr>
                    <pic:cNvPr id="0" name="web_030.jpg"/>
                    <pic:cNvPicPr/>
                  </pic:nvPicPr>
                  <pic:blipFill>
                    <a:blip r:embed="rId3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X25843_M1</w:t>
            </w:r>
          </w:p>
          <w:p>
            <w:pPr>
              <w:spacing w:before="0" w:after="22" w:line="240" w:lineRule="auto"/>
              <w:jc w:val="center"/>
            </w:pPr>
            <w:r>
              <w:rPr>
                <w:rFonts w:ascii="Aptos" w:hAnsi="Aptos"/>
                <w:b w:val="0"/>
                <w:color w:val="414141"/>
                <w:sz w:val="16"/>
              </w:rPr>
              <w:t>Definition  X(25843); M1 cevian triangle</w:t>
            </w:r>
          </w:p>
          <w:p>
            <w:pPr>
              <w:spacing w:before="0" w:after="22" w:line="240" w:lineRule="auto"/>
              <w:jc w:val="center"/>
            </w:pPr>
            <w:r>
              <w:rPr>
                <w:rFonts w:ascii="Aptos" w:hAnsi="Aptos"/>
                <w:b w:val="0"/>
                <w:color w:val="414141"/>
                <w:sz w:val="16"/>
              </w:rPr>
              <w:t>Neural score  59.501</w:t>
            </w:r>
          </w:p>
          <w:p>
            <w:pPr>
              <w:spacing w:before="0" w:after="22" w:line="240" w:lineRule="auto"/>
              <w:jc w:val="center"/>
            </w:pPr>
            <w:r>
              <w:rPr>
                <w:rFonts w:ascii="Aptos" w:hAnsi="Aptos"/>
                <w:b w:val="0"/>
                <w:color w:val="414141"/>
                <w:sz w:val="16"/>
              </w:rPr>
              <w:t>Code bits  2,214    q/random  0.1265</w:t>
            </w:r>
          </w:p>
          <w:p>
            <w:pPr>
              <w:spacing w:before="0" w:after="22" w:line="240" w:lineRule="auto"/>
              <w:jc w:val="center"/>
            </w:pPr>
            <w:r>
              <w:rPr>
                <w:rFonts w:ascii="Aptos" w:hAnsi="Aptos"/>
                <w:b w:val="0"/>
                <w:color w:val="414141"/>
                <w:sz w:val="16"/>
              </w:rPr>
              <w:t>Fitted taste  0.427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X56022_M1</w:t>
            </w:r>
          </w:p>
          <w:p>
            <w:pPr>
              <w:spacing w:before="0" w:after="22" w:line="240" w:lineRule="auto"/>
              <w:jc w:val="center"/>
            </w:pPr>
            <w:r>
              <w:rPr>
                <w:rFonts w:ascii="Aptos" w:hAnsi="Aptos"/>
                <w:b w:val="0"/>
                <w:color w:val="414141"/>
                <w:sz w:val="16"/>
              </w:rPr>
              <w:t>Definition  X(56022); M1 cevian triangle</w:t>
            </w:r>
          </w:p>
          <w:p>
            <w:pPr>
              <w:spacing w:before="0" w:after="22" w:line="240" w:lineRule="auto"/>
              <w:jc w:val="center"/>
            </w:pPr>
            <w:r>
              <w:rPr>
                <w:rFonts w:ascii="Aptos" w:hAnsi="Aptos"/>
                <w:b w:val="0"/>
                <w:color w:val="414141"/>
                <w:sz w:val="16"/>
              </w:rPr>
              <w:t>Code-bit rank  29    position  30</w:t>
            </w:r>
          </w:p>
          <w:p>
            <w:pPr>
              <w:spacing w:before="0" w:after="22" w:line="240" w:lineRule="auto"/>
              <w:jc w:val="center"/>
            </w:pPr>
            <w:r>
              <w:rPr>
                <w:rFonts w:ascii="Aptos" w:hAnsi="Aptos"/>
                <w:b w:val="0"/>
                <w:color w:val="414141"/>
                <w:sz w:val="16"/>
              </w:rPr>
              <w:t>Quadtree code bits  786</w:t>
            </w:r>
          </w:p>
          <w:p>
            <w:pPr>
              <w:spacing w:before="0" w:after="22" w:line="240" w:lineRule="auto"/>
              <w:jc w:val="center"/>
            </w:pPr>
            <w:r>
              <w:rPr>
                <w:rFonts w:ascii="Aptos" w:hAnsi="Aptos"/>
                <w:b w:val="0"/>
                <w:color w:val="414141"/>
                <w:sz w:val="16"/>
              </w:rPr>
              <w:t>q/random  0.05271    PNG/random  0.1696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X22996_M3</w:t>
            </w:r>
          </w:p>
          <w:p>
            <w:pPr>
              <w:spacing w:before="0" w:after="22" w:line="240" w:lineRule="auto"/>
              <w:jc w:val="center"/>
            </w:pPr>
            <w:r>
              <w:rPr>
                <w:rFonts w:ascii="Aptos" w:hAnsi="Aptos"/>
                <w:b w:val="0"/>
                <w:color w:val="414141"/>
                <w:sz w:val="16"/>
              </w:rPr>
              <w:t>Definition  X(22996); M3 pedal triangle</w:t>
            </w:r>
          </w:p>
          <w:p>
            <w:pPr>
              <w:spacing w:before="0" w:after="22" w:line="240" w:lineRule="auto"/>
              <w:jc w:val="center"/>
            </w:pPr>
            <w:r>
              <w:rPr>
                <w:rFonts w:ascii="Aptos" w:hAnsi="Aptos"/>
                <w:b w:val="0"/>
                <w:color w:val="414141"/>
                <w:sz w:val="16"/>
              </w:rPr>
              <w:t>Wundt position  30</w:t>
            </w:r>
          </w:p>
          <w:p>
            <w:pPr>
              <w:spacing w:before="0" w:after="22" w:line="240" w:lineRule="auto"/>
              <w:jc w:val="center"/>
            </w:pPr>
            <w:r>
              <w:rPr>
                <w:rFonts w:ascii="Aptos" w:hAnsi="Aptos"/>
                <w:b w:val="0"/>
                <w:color w:val="414141"/>
                <w:sz w:val="16"/>
              </w:rPr>
              <w:t>Wundt gate  0.999415</w:t>
            </w:r>
          </w:p>
          <w:p>
            <w:pPr>
              <w:spacing w:before="0" w:after="22" w:line="240" w:lineRule="auto"/>
              <w:jc w:val="center"/>
            </w:pPr>
            <w:r>
              <w:rPr>
                <w:rFonts w:ascii="Aptos" w:hAnsi="Aptos"/>
                <w:b w:val="0"/>
                <w:color w:val="414141"/>
                <w:sz w:val="16"/>
              </w:rPr>
              <w:t>q/random  0.4879    code bits  8,759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1" name="Picture 31" descr="Three triangle comparison: X38959_M3, X20843_M1, X56550_M1"/>
            <wp:cNvGraphicFramePr>
              <a:graphicFrameLocks noChangeAspect="1"/>
            </wp:cNvGraphicFramePr>
            <a:graphic>
              <a:graphicData uri="http://schemas.openxmlformats.org/drawingml/2006/picture">
                <pic:pic>
                  <pic:nvPicPr>
                    <pic:cNvPr id="0" name="web_031.jpg"/>
                    <pic:cNvPicPr/>
                  </pic:nvPicPr>
                  <pic:blipFill>
                    <a:blip r:embed="rId3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X38959_M3</w:t>
            </w:r>
          </w:p>
          <w:p>
            <w:pPr>
              <w:spacing w:before="0" w:after="22" w:line="240" w:lineRule="auto"/>
              <w:jc w:val="center"/>
            </w:pPr>
            <w:r>
              <w:rPr>
                <w:rFonts w:ascii="Aptos" w:hAnsi="Aptos"/>
                <w:b w:val="0"/>
                <w:color w:val="414141"/>
                <w:sz w:val="16"/>
              </w:rPr>
              <w:t>Definition  X(38959); M3 pedal triangle</w:t>
            </w:r>
          </w:p>
          <w:p>
            <w:pPr>
              <w:spacing w:before="0" w:after="22" w:line="240" w:lineRule="auto"/>
              <w:jc w:val="center"/>
            </w:pPr>
            <w:r>
              <w:rPr>
                <w:rFonts w:ascii="Aptos" w:hAnsi="Aptos"/>
                <w:b w:val="0"/>
                <w:color w:val="414141"/>
                <w:sz w:val="16"/>
              </w:rPr>
              <w:t>Neural score  59.493</w:t>
            </w:r>
          </w:p>
          <w:p>
            <w:pPr>
              <w:spacing w:before="0" w:after="22" w:line="240" w:lineRule="auto"/>
              <w:jc w:val="center"/>
            </w:pPr>
            <w:r>
              <w:rPr>
                <w:rFonts w:ascii="Aptos" w:hAnsi="Aptos"/>
                <w:b w:val="0"/>
                <w:color w:val="414141"/>
                <w:sz w:val="16"/>
              </w:rPr>
              <w:t>Code bits  6,176    q/random  0.2717</w:t>
            </w:r>
          </w:p>
          <w:p>
            <w:pPr>
              <w:spacing w:before="0" w:after="22" w:line="240" w:lineRule="auto"/>
              <w:jc w:val="center"/>
            </w:pPr>
            <w:r>
              <w:rPr>
                <w:rFonts w:ascii="Aptos" w:hAnsi="Aptos"/>
                <w:b w:val="0"/>
                <w:color w:val="414141"/>
                <w:sz w:val="16"/>
              </w:rPr>
              <w:t>Fitted taste  0.989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X20843_M1</w:t>
            </w:r>
          </w:p>
          <w:p>
            <w:pPr>
              <w:spacing w:before="0" w:after="22" w:line="240" w:lineRule="auto"/>
              <w:jc w:val="center"/>
            </w:pPr>
            <w:r>
              <w:rPr>
                <w:rFonts w:ascii="Aptos" w:hAnsi="Aptos"/>
                <w:b w:val="0"/>
                <w:color w:val="414141"/>
                <w:sz w:val="16"/>
              </w:rPr>
              <w:t>Definition  X(20843); M1 cevian triangle</w:t>
            </w:r>
          </w:p>
          <w:p>
            <w:pPr>
              <w:spacing w:before="0" w:after="22" w:line="240" w:lineRule="auto"/>
              <w:jc w:val="center"/>
            </w:pPr>
            <w:r>
              <w:rPr>
                <w:rFonts w:ascii="Aptos" w:hAnsi="Aptos"/>
                <w:b w:val="0"/>
                <w:color w:val="414141"/>
                <w:sz w:val="16"/>
              </w:rPr>
              <w:t>Code-bit rank  31    position  31</w:t>
            </w:r>
          </w:p>
          <w:p>
            <w:pPr>
              <w:spacing w:before="0" w:after="22" w:line="240" w:lineRule="auto"/>
              <w:jc w:val="center"/>
            </w:pPr>
            <w:r>
              <w:rPr>
                <w:rFonts w:ascii="Aptos" w:hAnsi="Aptos"/>
                <w:b w:val="0"/>
                <w:color w:val="414141"/>
                <w:sz w:val="16"/>
              </w:rPr>
              <w:t>Quadtree code bits  807</w:t>
            </w:r>
          </w:p>
          <w:p>
            <w:pPr>
              <w:spacing w:before="0" w:after="22" w:line="240" w:lineRule="auto"/>
              <w:jc w:val="center"/>
            </w:pPr>
            <w:r>
              <w:rPr>
                <w:rFonts w:ascii="Aptos" w:hAnsi="Aptos"/>
                <w:b w:val="0"/>
                <w:color w:val="414141"/>
                <w:sz w:val="16"/>
              </w:rPr>
              <w:t>q/random  0.05356    PNG/random  0.1869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X56550_M1</w:t>
            </w:r>
          </w:p>
          <w:p>
            <w:pPr>
              <w:spacing w:before="0" w:after="22" w:line="240" w:lineRule="auto"/>
              <w:jc w:val="center"/>
            </w:pPr>
            <w:r>
              <w:rPr>
                <w:rFonts w:ascii="Aptos" w:hAnsi="Aptos"/>
                <w:b w:val="0"/>
                <w:color w:val="414141"/>
                <w:sz w:val="16"/>
              </w:rPr>
              <w:t>Definition  X(56550); M1 cevian triangle</w:t>
            </w:r>
          </w:p>
          <w:p>
            <w:pPr>
              <w:spacing w:before="0" w:after="22" w:line="240" w:lineRule="auto"/>
              <w:jc w:val="center"/>
            </w:pPr>
            <w:r>
              <w:rPr>
                <w:rFonts w:ascii="Aptos" w:hAnsi="Aptos"/>
                <w:b w:val="0"/>
                <w:color w:val="414141"/>
                <w:sz w:val="16"/>
              </w:rPr>
              <w:t>Wundt position  31</w:t>
            </w:r>
          </w:p>
          <w:p>
            <w:pPr>
              <w:spacing w:before="0" w:after="22" w:line="240" w:lineRule="auto"/>
              <w:jc w:val="center"/>
            </w:pPr>
            <w:r>
              <w:rPr>
                <w:rFonts w:ascii="Aptos" w:hAnsi="Aptos"/>
                <w:b w:val="0"/>
                <w:color w:val="414141"/>
                <w:sz w:val="16"/>
              </w:rPr>
              <w:t>Wundt gate  0.999391</w:t>
            </w:r>
          </w:p>
          <w:p>
            <w:pPr>
              <w:spacing w:before="0" w:after="22" w:line="240" w:lineRule="auto"/>
              <w:jc w:val="center"/>
            </w:pPr>
            <w:r>
              <w:rPr>
                <w:rFonts w:ascii="Aptos" w:hAnsi="Aptos"/>
                <w:b w:val="0"/>
                <w:color w:val="414141"/>
                <w:sz w:val="16"/>
              </w:rPr>
              <w:t>q/random  0.4877    code bits  11,209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2" name="Picture 32" descr="Three triangle comparison: X33966_M3, X54597_M3, X28431_M3"/>
            <wp:cNvGraphicFramePr>
              <a:graphicFrameLocks noChangeAspect="1"/>
            </wp:cNvGraphicFramePr>
            <a:graphic>
              <a:graphicData uri="http://schemas.openxmlformats.org/drawingml/2006/picture">
                <pic:pic>
                  <pic:nvPicPr>
                    <pic:cNvPr id="0" name="web_032.jpg"/>
                    <pic:cNvPicPr/>
                  </pic:nvPicPr>
                  <pic:blipFill>
                    <a:blip r:embed="rId4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X33966_M3</w:t>
            </w:r>
          </w:p>
          <w:p>
            <w:pPr>
              <w:spacing w:before="0" w:after="22" w:line="240" w:lineRule="auto"/>
              <w:jc w:val="center"/>
            </w:pPr>
            <w:r>
              <w:rPr>
                <w:rFonts w:ascii="Aptos" w:hAnsi="Aptos"/>
                <w:b w:val="0"/>
                <w:color w:val="414141"/>
                <w:sz w:val="16"/>
              </w:rPr>
              <w:t>Definition  X(33966); M3 pedal triangle</w:t>
            </w:r>
          </w:p>
          <w:p>
            <w:pPr>
              <w:spacing w:before="0" w:after="22" w:line="240" w:lineRule="auto"/>
              <w:jc w:val="center"/>
            </w:pPr>
            <w:r>
              <w:rPr>
                <w:rFonts w:ascii="Aptos" w:hAnsi="Aptos"/>
                <w:b w:val="0"/>
                <w:color w:val="414141"/>
                <w:sz w:val="16"/>
              </w:rPr>
              <w:t>Neural score  59.479</w:t>
            </w:r>
          </w:p>
          <w:p>
            <w:pPr>
              <w:spacing w:before="0" w:after="22" w:line="240" w:lineRule="auto"/>
              <w:jc w:val="center"/>
            </w:pPr>
            <w:r>
              <w:rPr>
                <w:rFonts w:ascii="Aptos" w:hAnsi="Aptos"/>
                <w:b w:val="0"/>
                <w:color w:val="414141"/>
                <w:sz w:val="16"/>
              </w:rPr>
              <w:t>Code bits  5,014    q/random  0.2287</w:t>
            </w:r>
          </w:p>
          <w:p>
            <w:pPr>
              <w:spacing w:before="0" w:after="22" w:line="240" w:lineRule="auto"/>
              <w:jc w:val="center"/>
            </w:pPr>
            <w:r>
              <w:rPr>
                <w:rFonts w:ascii="Aptos" w:hAnsi="Aptos"/>
                <w:b w:val="0"/>
                <w:color w:val="414141"/>
                <w:sz w:val="16"/>
              </w:rPr>
              <w:t>Fitted taste  1.254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X54597_M3</w:t>
            </w:r>
          </w:p>
          <w:p>
            <w:pPr>
              <w:spacing w:before="0" w:after="22" w:line="240" w:lineRule="auto"/>
              <w:jc w:val="center"/>
            </w:pPr>
            <w:r>
              <w:rPr>
                <w:rFonts w:ascii="Aptos" w:hAnsi="Aptos"/>
                <w:b w:val="0"/>
                <w:color w:val="414141"/>
                <w:sz w:val="16"/>
              </w:rPr>
              <w:t>Definition  X(54597); M3 pedal triangle</w:t>
            </w:r>
          </w:p>
          <w:p>
            <w:pPr>
              <w:spacing w:before="0" w:after="22" w:line="240" w:lineRule="auto"/>
              <w:jc w:val="center"/>
            </w:pPr>
            <w:r>
              <w:rPr>
                <w:rFonts w:ascii="Aptos" w:hAnsi="Aptos"/>
                <w:b w:val="0"/>
                <w:color w:val="414141"/>
                <w:sz w:val="16"/>
              </w:rPr>
              <w:t>Code-bit rank  32    position  32</w:t>
            </w:r>
          </w:p>
          <w:p>
            <w:pPr>
              <w:spacing w:before="0" w:after="22" w:line="240" w:lineRule="auto"/>
              <w:jc w:val="center"/>
            </w:pPr>
            <w:r>
              <w:rPr>
                <w:rFonts w:ascii="Aptos" w:hAnsi="Aptos"/>
                <w:b w:val="0"/>
                <w:color w:val="414141"/>
                <w:sz w:val="16"/>
              </w:rPr>
              <w:t>Quadtree code bits  814</w:t>
            </w:r>
          </w:p>
          <w:p>
            <w:pPr>
              <w:spacing w:before="0" w:after="22" w:line="240" w:lineRule="auto"/>
              <w:jc w:val="center"/>
            </w:pPr>
            <w:r>
              <w:rPr>
                <w:rFonts w:ascii="Aptos" w:hAnsi="Aptos"/>
                <w:b w:val="0"/>
                <w:color w:val="414141"/>
                <w:sz w:val="16"/>
              </w:rPr>
              <w:t>q/random  0.07273    PNG/random  0.1572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X28431_M3</w:t>
            </w:r>
          </w:p>
          <w:p>
            <w:pPr>
              <w:spacing w:before="0" w:after="22" w:line="240" w:lineRule="auto"/>
              <w:jc w:val="center"/>
            </w:pPr>
            <w:r>
              <w:rPr>
                <w:rFonts w:ascii="Aptos" w:hAnsi="Aptos"/>
                <w:b w:val="0"/>
                <w:color w:val="414141"/>
                <w:sz w:val="16"/>
              </w:rPr>
              <w:t>Definition  X(28431); M3 pedal triangle</w:t>
            </w:r>
          </w:p>
          <w:p>
            <w:pPr>
              <w:spacing w:before="0" w:after="22" w:line="240" w:lineRule="auto"/>
              <w:jc w:val="center"/>
            </w:pPr>
            <w:r>
              <w:rPr>
                <w:rFonts w:ascii="Aptos" w:hAnsi="Aptos"/>
                <w:b w:val="0"/>
                <w:color w:val="414141"/>
                <w:sz w:val="16"/>
              </w:rPr>
              <w:t>Wundt position  32</w:t>
            </w:r>
          </w:p>
          <w:p>
            <w:pPr>
              <w:spacing w:before="0" w:after="22" w:line="240" w:lineRule="auto"/>
              <w:jc w:val="center"/>
            </w:pPr>
            <w:r>
              <w:rPr>
                <w:rFonts w:ascii="Aptos" w:hAnsi="Aptos"/>
                <w:b w:val="0"/>
                <w:color w:val="414141"/>
                <w:sz w:val="16"/>
              </w:rPr>
              <w:t>Wundt gate  0.999332</w:t>
            </w:r>
          </w:p>
          <w:p>
            <w:pPr>
              <w:spacing w:before="0" w:after="22" w:line="240" w:lineRule="auto"/>
              <w:jc w:val="center"/>
            </w:pPr>
            <w:r>
              <w:rPr>
                <w:rFonts w:ascii="Aptos" w:hAnsi="Aptos"/>
                <w:b w:val="0"/>
                <w:color w:val="414141"/>
                <w:sz w:val="16"/>
              </w:rPr>
              <w:t>q/random  0.5129    code bits  11,258</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3" name="Picture 33" descr="Three triangle comparison: X7207_M3, X31863_M1, X1300_M1"/>
            <wp:cNvGraphicFramePr>
              <a:graphicFrameLocks noChangeAspect="1"/>
            </wp:cNvGraphicFramePr>
            <a:graphic>
              <a:graphicData uri="http://schemas.openxmlformats.org/drawingml/2006/picture">
                <pic:pic>
                  <pic:nvPicPr>
                    <pic:cNvPr id="0" name="web_033.jpg"/>
                    <pic:cNvPicPr/>
                  </pic:nvPicPr>
                  <pic:blipFill>
                    <a:blip r:embed="rId4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X7207_M3</w:t>
            </w:r>
          </w:p>
          <w:p>
            <w:pPr>
              <w:spacing w:before="0" w:after="22" w:line="240" w:lineRule="auto"/>
              <w:jc w:val="center"/>
            </w:pPr>
            <w:r>
              <w:rPr>
                <w:rFonts w:ascii="Aptos" w:hAnsi="Aptos"/>
                <w:b w:val="0"/>
                <w:color w:val="414141"/>
                <w:sz w:val="16"/>
              </w:rPr>
              <w:t>Definition  X(7207); M3 pedal triangle</w:t>
            </w:r>
          </w:p>
          <w:p>
            <w:pPr>
              <w:spacing w:before="0" w:after="22" w:line="240" w:lineRule="auto"/>
              <w:jc w:val="center"/>
            </w:pPr>
            <w:r>
              <w:rPr>
                <w:rFonts w:ascii="Aptos" w:hAnsi="Aptos"/>
                <w:b w:val="0"/>
                <w:color w:val="414141"/>
                <w:sz w:val="16"/>
              </w:rPr>
              <w:t>Neural score  59.447</w:t>
            </w:r>
          </w:p>
          <w:p>
            <w:pPr>
              <w:spacing w:before="0" w:after="22" w:line="240" w:lineRule="auto"/>
              <w:jc w:val="center"/>
            </w:pPr>
            <w:r>
              <w:rPr>
                <w:rFonts w:ascii="Aptos" w:hAnsi="Aptos"/>
                <w:b w:val="0"/>
                <w:color w:val="414141"/>
                <w:sz w:val="16"/>
              </w:rPr>
              <w:t>Code bits  6,988    q/random  0.3123</w:t>
            </w:r>
          </w:p>
          <w:p>
            <w:pPr>
              <w:spacing w:before="0" w:after="22" w:line="240" w:lineRule="auto"/>
              <w:jc w:val="center"/>
            </w:pPr>
            <w:r>
              <w:rPr>
                <w:rFonts w:ascii="Aptos" w:hAnsi="Aptos"/>
                <w:b w:val="0"/>
                <w:color w:val="414141"/>
                <w:sz w:val="16"/>
              </w:rPr>
              <w:t>Fitted taste  0.990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X31863_M1</w:t>
            </w:r>
          </w:p>
          <w:p>
            <w:pPr>
              <w:spacing w:before="0" w:after="22" w:line="240" w:lineRule="auto"/>
              <w:jc w:val="center"/>
            </w:pPr>
            <w:r>
              <w:rPr>
                <w:rFonts w:ascii="Aptos" w:hAnsi="Aptos"/>
                <w:b w:val="0"/>
                <w:color w:val="414141"/>
                <w:sz w:val="16"/>
              </w:rPr>
              <w:t>Definition  X(31863); M1 cevian triangle</w:t>
            </w:r>
          </w:p>
          <w:p>
            <w:pPr>
              <w:spacing w:before="0" w:after="22" w:line="240" w:lineRule="auto"/>
              <w:jc w:val="center"/>
            </w:pPr>
            <w:r>
              <w:rPr>
                <w:rFonts w:ascii="Aptos" w:hAnsi="Aptos"/>
                <w:b w:val="0"/>
                <w:color w:val="414141"/>
                <w:sz w:val="16"/>
              </w:rPr>
              <w:t>Code-bit rank  33    position  33</w:t>
            </w:r>
          </w:p>
          <w:p>
            <w:pPr>
              <w:spacing w:before="0" w:after="22" w:line="240" w:lineRule="auto"/>
              <w:jc w:val="center"/>
            </w:pPr>
            <w:r>
              <w:rPr>
                <w:rFonts w:ascii="Aptos" w:hAnsi="Aptos"/>
                <w:b w:val="0"/>
                <w:color w:val="414141"/>
                <w:sz w:val="16"/>
              </w:rPr>
              <w:t>Quadtree code bits  828</w:t>
            </w:r>
          </w:p>
          <w:p>
            <w:pPr>
              <w:spacing w:before="0" w:after="22" w:line="240" w:lineRule="auto"/>
              <w:jc w:val="center"/>
            </w:pPr>
            <w:r>
              <w:rPr>
                <w:rFonts w:ascii="Aptos" w:hAnsi="Aptos"/>
                <w:b w:val="0"/>
                <w:color w:val="414141"/>
                <w:sz w:val="16"/>
              </w:rPr>
              <w:t>q/random  0.08607    PNG/random  0.0952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X1300_M1</w:t>
            </w:r>
          </w:p>
          <w:p>
            <w:pPr>
              <w:spacing w:before="0" w:after="22" w:line="240" w:lineRule="auto"/>
              <w:jc w:val="center"/>
            </w:pPr>
            <w:r>
              <w:rPr>
                <w:rFonts w:ascii="Aptos" w:hAnsi="Aptos"/>
                <w:b w:val="0"/>
                <w:color w:val="414141"/>
                <w:sz w:val="16"/>
              </w:rPr>
              <w:t>Definition  X(1300); M1 cevian triangle</w:t>
            </w:r>
          </w:p>
          <w:p>
            <w:pPr>
              <w:spacing w:before="0" w:after="22" w:line="240" w:lineRule="auto"/>
              <w:jc w:val="center"/>
            </w:pPr>
            <w:r>
              <w:rPr>
                <w:rFonts w:ascii="Aptos" w:hAnsi="Aptos"/>
                <w:b w:val="0"/>
                <w:color w:val="414141"/>
                <w:sz w:val="16"/>
              </w:rPr>
              <w:t>Wundt position  33</w:t>
            </w:r>
          </w:p>
          <w:p>
            <w:pPr>
              <w:spacing w:before="0" w:after="22" w:line="240" w:lineRule="auto"/>
              <w:jc w:val="center"/>
            </w:pPr>
            <w:r>
              <w:rPr>
                <w:rFonts w:ascii="Aptos" w:hAnsi="Aptos"/>
                <w:b w:val="0"/>
                <w:color w:val="414141"/>
                <w:sz w:val="16"/>
              </w:rPr>
              <w:t>Wundt gate  0.999196</w:t>
            </w:r>
          </w:p>
          <w:p>
            <w:pPr>
              <w:spacing w:before="0" w:after="22" w:line="240" w:lineRule="auto"/>
              <w:jc w:val="center"/>
            </w:pPr>
            <w:r>
              <w:rPr>
                <w:rFonts w:ascii="Aptos" w:hAnsi="Aptos"/>
                <w:b w:val="0"/>
                <w:color w:val="414141"/>
                <w:sz w:val="16"/>
              </w:rPr>
              <w:t>q/random  0.5142    code bits  11,804</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4" name="Picture 34" descr="Three triangle comparison: X20270_M1, X32297_M3, X4650_M3"/>
            <wp:cNvGraphicFramePr>
              <a:graphicFrameLocks noChangeAspect="1"/>
            </wp:cNvGraphicFramePr>
            <a:graphic>
              <a:graphicData uri="http://schemas.openxmlformats.org/drawingml/2006/picture">
                <pic:pic>
                  <pic:nvPicPr>
                    <pic:cNvPr id="0" name="web_034.jpg"/>
                    <pic:cNvPicPr/>
                  </pic:nvPicPr>
                  <pic:blipFill>
                    <a:blip r:embed="rId4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X20270_M1</w:t>
            </w:r>
          </w:p>
          <w:p>
            <w:pPr>
              <w:spacing w:before="0" w:after="22" w:line="240" w:lineRule="auto"/>
              <w:jc w:val="center"/>
            </w:pPr>
            <w:r>
              <w:rPr>
                <w:rFonts w:ascii="Aptos" w:hAnsi="Aptos"/>
                <w:b w:val="0"/>
                <w:color w:val="414141"/>
                <w:sz w:val="16"/>
              </w:rPr>
              <w:t>Definition  X(20270); M1 cevian triangle</w:t>
            </w:r>
          </w:p>
          <w:p>
            <w:pPr>
              <w:spacing w:before="0" w:after="22" w:line="240" w:lineRule="auto"/>
              <w:jc w:val="center"/>
            </w:pPr>
            <w:r>
              <w:rPr>
                <w:rFonts w:ascii="Aptos" w:hAnsi="Aptos"/>
                <w:b w:val="0"/>
                <w:color w:val="414141"/>
                <w:sz w:val="16"/>
              </w:rPr>
              <w:t>Neural score  59.440</w:t>
            </w:r>
          </w:p>
          <w:p>
            <w:pPr>
              <w:spacing w:before="0" w:after="22" w:line="240" w:lineRule="auto"/>
              <w:jc w:val="center"/>
            </w:pPr>
            <w:r>
              <w:rPr>
                <w:rFonts w:ascii="Aptos" w:hAnsi="Aptos"/>
                <w:b w:val="0"/>
                <w:color w:val="414141"/>
                <w:sz w:val="16"/>
              </w:rPr>
              <w:t>Code bits  2,053    q/random  0.1143</w:t>
            </w:r>
          </w:p>
          <w:p>
            <w:pPr>
              <w:spacing w:before="0" w:after="22" w:line="240" w:lineRule="auto"/>
              <w:jc w:val="center"/>
            </w:pPr>
            <w:r>
              <w:rPr>
                <w:rFonts w:ascii="Aptos" w:hAnsi="Aptos"/>
                <w:b w:val="0"/>
                <w:color w:val="414141"/>
                <w:sz w:val="16"/>
              </w:rPr>
              <w:t>Fitted taste  0.532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X32297_M3</w:t>
            </w:r>
          </w:p>
          <w:p>
            <w:pPr>
              <w:spacing w:before="0" w:after="22" w:line="240" w:lineRule="auto"/>
              <w:jc w:val="center"/>
            </w:pPr>
            <w:r>
              <w:rPr>
                <w:rFonts w:ascii="Aptos" w:hAnsi="Aptos"/>
                <w:b w:val="0"/>
                <w:color w:val="414141"/>
                <w:sz w:val="16"/>
              </w:rPr>
              <w:t>Definition  X(32297); M3 pedal triangle</w:t>
            </w:r>
          </w:p>
          <w:p>
            <w:pPr>
              <w:spacing w:before="0" w:after="22" w:line="240" w:lineRule="auto"/>
              <w:jc w:val="center"/>
            </w:pPr>
            <w:r>
              <w:rPr>
                <w:rFonts w:ascii="Aptos" w:hAnsi="Aptos"/>
                <w:b w:val="0"/>
                <w:color w:val="414141"/>
                <w:sz w:val="16"/>
              </w:rPr>
              <w:t>Code-bit rank  33    position  34</w:t>
            </w:r>
          </w:p>
          <w:p>
            <w:pPr>
              <w:spacing w:before="0" w:after="22" w:line="240" w:lineRule="auto"/>
              <w:jc w:val="center"/>
            </w:pPr>
            <w:r>
              <w:rPr>
                <w:rFonts w:ascii="Aptos" w:hAnsi="Aptos"/>
                <w:b w:val="0"/>
                <w:color w:val="414141"/>
                <w:sz w:val="16"/>
              </w:rPr>
              <w:t>Quadtree code bits  828</w:t>
            </w:r>
          </w:p>
          <w:p>
            <w:pPr>
              <w:spacing w:before="0" w:after="22" w:line="240" w:lineRule="auto"/>
              <w:jc w:val="center"/>
            </w:pPr>
            <w:r>
              <w:rPr>
                <w:rFonts w:ascii="Aptos" w:hAnsi="Aptos"/>
                <w:b w:val="0"/>
                <w:color w:val="414141"/>
                <w:sz w:val="16"/>
              </w:rPr>
              <w:t>q/random  0.07139    PNG/random  0.1372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X4650_M3</w:t>
            </w:r>
          </w:p>
          <w:p>
            <w:pPr>
              <w:spacing w:before="0" w:after="22" w:line="240" w:lineRule="auto"/>
              <w:jc w:val="center"/>
            </w:pPr>
            <w:r>
              <w:rPr>
                <w:rFonts w:ascii="Aptos" w:hAnsi="Aptos"/>
                <w:b w:val="0"/>
                <w:color w:val="414141"/>
                <w:sz w:val="16"/>
              </w:rPr>
              <w:t>Definition  X(4650); M3 pedal triangle</w:t>
            </w:r>
          </w:p>
          <w:p>
            <w:pPr>
              <w:spacing w:before="0" w:after="22" w:line="240" w:lineRule="auto"/>
              <w:jc w:val="center"/>
            </w:pPr>
            <w:r>
              <w:rPr>
                <w:rFonts w:ascii="Aptos" w:hAnsi="Aptos"/>
                <w:b w:val="0"/>
                <w:color w:val="414141"/>
                <w:sz w:val="16"/>
              </w:rPr>
              <w:t>Wundt position  34</w:t>
            </w:r>
          </w:p>
          <w:p>
            <w:pPr>
              <w:spacing w:before="0" w:after="22" w:line="240" w:lineRule="auto"/>
              <w:jc w:val="center"/>
            </w:pPr>
            <w:r>
              <w:rPr>
                <w:rFonts w:ascii="Aptos" w:hAnsi="Aptos"/>
                <w:b w:val="0"/>
                <w:color w:val="414141"/>
                <w:sz w:val="16"/>
              </w:rPr>
              <w:t>Wundt gate  0.999126</w:t>
            </w:r>
          </w:p>
          <w:p>
            <w:pPr>
              <w:spacing w:before="0" w:after="22" w:line="240" w:lineRule="auto"/>
              <w:jc w:val="center"/>
            </w:pPr>
            <w:r>
              <w:rPr>
                <w:rFonts w:ascii="Aptos" w:hAnsi="Aptos"/>
                <w:b w:val="0"/>
                <w:color w:val="414141"/>
                <w:sz w:val="16"/>
              </w:rPr>
              <w:t>q/random  0.5148    code bits  11,097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5" name="Picture 35" descr="Three triangle comparison: X69153_M1, X3382_M3, X54901_M3"/>
            <wp:cNvGraphicFramePr>
              <a:graphicFrameLocks noChangeAspect="1"/>
            </wp:cNvGraphicFramePr>
            <a:graphic>
              <a:graphicData uri="http://schemas.openxmlformats.org/drawingml/2006/picture">
                <pic:pic>
                  <pic:nvPicPr>
                    <pic:cNvPr id="0" name="web_035.jpg"/>
                    <pic:cNvPicPr/>
                  </pic:nvPicPr>
                  <pic:blipFill>
                    <a:blip r:embed="rId4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X69153_M1</w:t>
            </w:r>
          </w:p>
          <w:p>
            <w:pPr>
              <w:spacing w:before="0" w:after="22" w:line="240" w:lineRule="auto"/>
              <w:jc w:val="center"/>
            </w:pPr>
            <w:r>
              <w:rPr>
                <w:rFonts w:ascii="Aptos" w:hAnsi="Aptos"/>
                <w:b w:val="0"/>
                <w:color w:val="414141"/>
                <w:sz w:val="16"/>
              </w:rPr>
              <w:t>Definition  X(69153); M1 cevian triangle</w:t>
            </w:r>
          </w:p>
          <w:p>
            <w:pPr>
              <w:spacing w:before="0" w:after="22" w:line="240" w:lineRule="auto"/>
              <w:jc w:val="center"/>
            </w:pPr>
            <w:r>
              <w:rPr>
                <w:rFonts w:ascii="Aptos" w:hAnsi="Aptos"/>
                <w:b w:val="0"/>
                <w:color w:val="414141"/>
                <w:sz w:val="16"/>
              </w:rPr>
              <w:t>Neural score  59.195</w:t>
            </w:r>
          </w:p>
          <w:p>
            <w:pPr>
              <w:spacing w:before="0" w:after="22" w:line="240" w:lineRule="auto"/>
              <w:jc w:val="center"/>
            </w:pPr>
            <w:r>
              <w:rPr>
                <w:rFonts w:ascii="Aptos" w:hAnsi="Aptos"/>
                <w:b w:val="0"/>
                <w:color w:val="414141"/>
                <w:sz w:val="16"/>
              </w:rPr>
              <w:t>Code bits  1,430    q/random  0.1044</w:t>
            </w:r>
          </w:p>
          <w:p>
            <w:pPr>
              <w:spacing w:before="0" w:after="22" w:line="240" w:lineRule="auto"/>
              <w:jc w:val="center"/>
            </w:pPr>
            <w:r>
              <w:rPr>
                <w:rFonts w:ascii="Aptos" w:hAnsi="Aptos"/>
                <w:b w:val="0"/>
                <w:color w:val="414141"/>
                <w:sz w:val="16"/>
              </w:rPr>
              <w:t>Fitted taste  0.183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X3382_M3</w:t>
            </w:r>
          </w:p>
          <w:p>
            <w:pPr>
              <w:spacing w:before="0" w:after="22" w:line="240" w:lineRule="auto"/>
              <w:jc w:val="center"/>
            </w:pPr>
            <w:r>
              <w:rPr>
                <w:rFonts w:ascii="Aptos" w:hAnsi="Aptos"/>
                <w:b w:val="0"/>
                <w:color w:val="414141"/>
                <w:sz w:val="16"/>
              </w:rPr>
              <w:t>Definition  X(3382); M3 pedal triangle</w:t>
            </w:r>
          </w:p>
          <w:p>
            <w:pPr>
              <w:spacing w:before="0" w:after="22" w:line="240" w:lineRule="auto"/>
              <w:jc w:val="center"/>
            </w:pPr>
            <w:r>
              <w:rPr>
                <w:rFonts w:ascii="Aptos" w:hAnsi="Aptos"/>
                <w:b w:val="0"/>
                <w:color w:val="414141"/>
                <w:sz w:val="16"/>
              </w:rPr>
              <w:t>Code-bit rank  33    position  35</w:t>
            </w:r>
          </w:p>
          <w:p>
            <w:pPr>
              <w:spacing w:before="0" w:after="22" w:line="240" w:lineRule="auto"/>
              <w:jc w:val="center"/>
            </w:pPr>
            <w:r>
              <w:rPr>
                <w:rFonts w:ascii="Aptos" w:hAnsi="Aptos"/>
                <w:b w:val="0"/>
                <w:color w:val="414141"/>
                <w:sz w:val="16"/>
              </w:rPr>
              <w:t>Quadtree code bits  828</w:t>
            </w:r>
          </w:p>
          <w:p>
            <w:pPr>
              <w:spacing w:before="0" w:after="22" w:line="240" w:lineRule="auto"/>
              <w:jc w:val="center"/>
            </w:pPr>
            <w:r>
              <w:rPr>
                <w:rFonts w:ascii="Aptos" w:hAnsi="Aptos"/>
                <w:b w:val="0"/>
                <w:color w:val="414141"/>
                <w:sz w:val="16"/>
              </w:rPr>
              <w:t>q/random  0.08939    PNG/random  0.1586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X54901_M3</w:t>
            </w:r>
          </w:p>
          <w:p>
            <w:pPr>
              <w:spacing w:before="0" w:after="22" w:line="240" w:lineRule="auto"/>
              <w:jc w:val="center"/>
            </w:pPr>
            <w:r>
              <w:rPr>
                <w:rFonts w:ascii="Aptos" w:hAnsi="Aptos"/>
                <w:b w:val="0"/>
                <w:color w:val="414141"/>
                <w:sz w:val="16"/>
              </w:rPr>
              <w:t>Definition  X(54901); M3 pedal triangle</w:t>
            </w:r>
          </w:p>
          <w:p>
            <w:pPr>
              <w:spacing w:before="0" w:after="22" w:line="240" w:lineRule="auto"/>
              <w:jc w:val="center"/>
            </w:pPr>
            <w:r>
              <w:rPr>
                <w:rFonts w:ascii="Aptos" w:hAnsi="Aptos"/>
                <w:b w:val="0"/>
                <w:color w:val="414141"/>
                <w:sz w:val="16"/>
              </w:rPr>
              <w:t>Wundt position  35</w:t>
            </w:r>
          </w:p>
          <w:p>
            <w:pPr>
              <w:spacing w:before="0" w:after="22" w:line="240" w:lineRule="auto"/>
              <w:jc w:val="center"/>
            </w:pPr>
            <w:r>
              <w:rPr>
                <w:rFonts w:ascii="Aptos" w:hAnsi="Aptos"/>
                <w:b w:val="0"/>
                <w:color w:val="414141"/>
                <w:sz w:val="16"/>
              </w:rPr>
              <w:t>Wundt gate  0.998934</w:t>
            </w:r>
          </w:p>
          <w:p>
            <w:pPr>
              <w:spacing w:before="0" w:after="22" w:line="240" w:lineRule="auto"/>
              <w:jc w:val="center"/>
            </w:pPr>
            <w:r>
              <w:rPr>
                <w:rFonts w:ascii="Aptos" w:hAnsi="Aptos"/>
                <w:b w:val="0"/>
                <w:color w:val="414141"/>
                <w:sz w:val="16"/>
              </w:rPr>
              <w:t>q/random  0.4837    code bits  11,202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6" name="Picture 36" descr="Three triangle comparison: X67397_M3, X35302_M1, X2665_M1"/>
            <wp:cNvGraphicFramePr>
              <a:graphicFrameLocks noChangeAspect="1"/>
            </wp:cNvGraphicFramePr>
            <a:graphic>
              <a:graphicData uri="http://schemas.openxmlformats.org/drawingml/2006/picture">
                <pic:pic>
                  <pic:nvPicPr>
                    <pic:cNvPr id="0" name="web_036.jpg"/>
                    <pic:cNvPicPr/>
                  </pic:nvPicPr>
                  <pic:blipFill>
                    <a:blip r:embed="rId4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X67397_M3</w:t>
            </w:r>
          </w:p>
          <w:p>
            <w:pPr>
              <w:spacing w:before="0" w:after="22" w:line="240" w:lineRule="auto"/>
              <w:jc w:val="center"/>
            </w:pPr>
            <w:r>
              <w:rPr>
                <w:rFonts w:ascii="Aptos" w:hAnsi="Aptos"/>
                <w:b w:val="0"/>
                <w:color w:val="414141"/>
                <w:sz w:val="16"/>
              </w:rPr>
              <w:t>Definition  X(67397); M3 pedal triangle</w:t>
            </w:r>
          </w:p>
          <w:p>
            <w:pPr>
              <w:spacing w:before="0" w:after="22" w:line="240" w:lineRule="auto"/>
              <w:jc w:val="center"/>
            </w:pPr>
            <w:r>
              <w:rPr>
                <w:rFonts w:ascii="Aptos" w:hAnsi="Aptos"/>
                <w:b w:val="0"/>
                <w:color w:val="414141"/>
                <w:sz w:val="16"/>
              </w:rPr>
              <w:t>Neural score  59.167</w:t>
            </w:r>
          </w:p>
          <w:p>
            <w:pPr>
              <w:spacing w:before="0" w:after="22" w:line="240" w:lineRule="auto"/>
              <w:jc w:val="center"/>
            </w:pPr>
            <w:r>
              <w:rPr>
                <w:rFonts w:ascii="Aptos" w:hAnsi="Aptos"/>
                <w:b w:val="0"/>
                <w:color w:val="414141"/>
                <w:sz w:val="16"/>
              </w:rPr>
              <w:t>Code bits  1,521    q/random  0.1283</w:t>
            </w:r>
          </w:p>
          <w:p>
            <w:pPr>
              <w:spacing w:before="0" w:after="22" w:line="240" w:lineRule="auto"/>
              <w:jc w:val="center"/>
            </w:pPr>
            <w:r>
              <w:rPr>
                <w:rFonts w:ascii="Aptos" w:hAnsi="Aptos"/>
                <w:b w:val="0"/>
                <w:color w:val="414141"/>
                <w:sz w:val="16"/>
              </w:rPr>
              <w:t>Fitted taste  -0.343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X35302_M1</w:t>
            </w:r>
          </w:p>
          <w:p>
            <w:pPr>
              <w:spacing w:before="0" w:after="22" w:line="240" w:lineRule="auto"/>
              <w:jc w:val="center"/>
            </w:pPr>
            <w:r>
              <w:rPr>
                <w:rFonts w:ascii="Aptos" w:hAnsi="Aptos"/>
                <w:b w:val="0"/>
                <w:color w:val="414141"/>
                <w:sz w:val="16"/>
              </w:rPr>
              <w:t>Definition  X(35302); M1 cevian triangle</w:t>
            </w:r>
          </w:p>
          <w:p>
            <w:pPr>
              <w:spacing w:before="0" w:after="22" w:line="240" w:lineRule="auto"/>
              <w:jc w:val="center"/>
            </w:pPr>
            <w:r>
              <w:rPr>
                <w:rFonts w:ascii="Aptos" w:hAnsi="Aptos"/>
                <w:b w:val="0"/>
                <w:color w:val="414141"/>
                <w:sz w:val="16"/>
              </w:rPr>
              <w:t>Code-bit rank  33    position  36</w:t>
            </w:r>
          </w:p>
          <w:p>
            <w:pPr>
              <w:spacing w:before="0" w:after="22" w:line="240" w:lineRule="auto"/>
              <w:jc w:val="center"/>
            </w:pPr>
            <w:r>
              <w:rPr>
                <w:rFonts w:ascii="Aptos" w:hAnsi="Aptos"/>
                <w:b w:val="0"/>
                <w:color w:val="414141"/>
                <w:sz w:val="16"/>
              </w:rPr>
              <w:t>Quadtree code bits  828</w:t>
            </w:r>
          </w:p>
          <w:p>
            <w:pPr>
              <w:spacing w:before="0" w:after="22" w:line="240" w:lineRule="auto"/>
              <w:jc w:val="center"/>
            </w:pPr>
            <w:r>
              <w:rPr>
                <w:rFonts w:ascii="Aptos" w:hAnsi="Aptos"/>
                <w:b w:val="0"/>
                <w:color w:val="414141"/>
                <w:sz w:val="16"/>
              </w:rPr>
              <w:t>q/random  0.05160    PNG/random  0.1697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X2665_M1</w:t>
            </w:r>
          </w:p>
          <w:p>
            <w:pPr>
              <w:spacing w:before="0" w:after="22" w:line="240" w:lineRule="auto"/>
              <w:jc w:val="center"/>
            </w:pPr>
            <w:r>
              <w:rPr>
                <w:rFonts w:ascii="Aptos" w:hAnsi="Aptos"/>
                <w:b w:val="0"/>
                <w:color w:val="414141"/>
                <w:sz w:val="16"/>
              </w:rPr>
              <w:t>Definition  X(2665); M1 cevian triangle</w:t>
            </w:r>
          </w:p>
          <w:p>
            <w:pPr>
              <w:spacing w:before="0" w:after="22" w:line="240" w:lineRule="auto"/>
              <w:jc w:val="center"/>
            </w:pPr>
            <w:r>
              <w:rPr>
                <w:rFonts w:ascii="Aptos" w:hAnsi="Aptos"/>
                <w:b w:val="0"/>
                <w:color w:val="414141"/>
                <w:sz w:val="16"/>
              </w:rPr>
              <w:t>Wundt position  36</w:t>
            </w:r>
          </w:p>
          <w:p>
            <w:pPr>
              <w:spacing w:before="0" w:after="22" w:line="240" w:lineRule="auto"/>
              <w:jc w:val="center"/>
            </w:pPr>
            <w:r>
              <w:rPr>
                <w:rFonts w:ascii="Aptos" w:hAnsi="Aptos"/>
                <w:b w:val="0"/>
                <w:color w:val="414141"/>
                <w:sz w:val="16"/>
              </w:rPr>
              <w:t>Wundt gate  0.998892</w:t>
            </w:r>
          </w:p>
          <w:p>
            <w:pPr>
              <w:spacing w:before="0" w:after="22" w:line="240" w:lineRule="auto"/>
              <w:jc w:val="center"/>
            </w:pPr>
            <w:r>
              <w:rPr>
                <w:rFonts w:ascii="Aptos" w:hAnsi="Aptos"/>
                <w:b w:val="0"/>
                <w:color w:val="414141"/>
                <w:sz w:val="16"/>
              </w:rPr>
              <w:t>q/random  0.5166    code bits  11,629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7" name="Picture 37" descr="Three triangle comparison: X47006_M3, X49836_M3, X63774_M3"/>
            <wp:cNvGraphicFramePr>
              <a:graphicFrameLocks noChangeAspect="1"/>
            </wp:cNvGraphicFramePr>
            <a:graphic>
              <a:graphicData uri="http://schemas.openxmlformats.org/drawingml/2006/picture">
                <pic:pic>
                  <pic:nvPicPr>
                    <pic:cNvPr id="0" name="web_037.jpg"/>
                    <pic:cNvPicPr/>
                  </pic:nvPicPr>
                  <pic:blipFill>
                    <a:blip r:embed="rId4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X47006_M3</w:t>
            </w:r>
          </w:p>
          <w:p>
            <w:pPr>
              <w:spacing w:before="0" w:after="22" w:line="240" w:lineRule="auto"/>
              <w:jc w:val="center"/>
            </w:pPr>
            <w:r>
              <w:rPr>
                <w:rFonts w:ascii="Aptos" w:hAnsi="Aptos"/>
                <w:b w:val="0"/>
                <w:color w:val="414141"/>
                <w:sz w:val="16"/>
              </w:rPr>
              <w:t>Definition  X(47006); M3 pedal triangle</w:t>
            </w:r>
          </w:p>
          <w:p>
            <w:pPr>
              <w:spacing w:before="0" w:after="22" w:line="240" w:lineRule="auto"/>
              <w:jc w:val="center"/>
            </w:pPr>
            <w:r>
              <w:rPr>
                <w:rFonts w:ascii="Aptos" w:hAnsi="Aptos"/>
                <w:b w:val="0"/>
                <w:color w:val="414141"/>
                <w:sz w:val="16"/>
              </w:rPr>
              <w:t>Neural score  59.114</w:t>
            </w:r>
          </w:p>
          <w:p>
            <w:pPr>
              <w:spacing w:before="0" w:after="22" w:line="240" w:lineRule="auto"/>
              <w:jc w:val="center"/>
            </w:pPr>
            <w:r>
              <w:rPr>
                <w:rFonts w:ascii="Aptos" w:hAnsi="Aptos"/>
                <w:b w:val="0"/>
                <w:color w:val="414141"/>
                <w:sz w:val="16"/>
              </w:rPr>
              <w:t>Code bits  5,805    q/random  0.2564</w:t>
            </w:r>
          </w:p>
          <w:p>
            <w:pPr>
              <w:spacing w:before="0" w:after="22" w:line="240" w:lineRule="auto"/>
              <w:jc w:val="center"/>
            </w:pPr>
            <w:r>
              <w:rPr>
                <w:rFonts w:ascii="Aptos" w:hAnsi="Aptos"/>
                <w:b w:val="0"/>
                <w:color w:val="414141"/>
                <w:sz w:val="16"/>
              </w:rPr>
              <w:t>Fitted taste  0.933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X49836_M3</w:t>
            </w:r>
          </w:p>
          <w:p>
            <w:pPr>
              <w:spacing w:before="0" w:after="22" w:line="240" w:lineRule="auto"/>
              <w:jc w:val="center"/>
            </w:pPr>
            <w:r>
              <w:rPr>
                <w:rFonts w:ascii="Aptos" w:hAnsi="Aptos"/>
                <w:b w:val="0"/>
                <w:color w:val="414141"/>
                <w:sz w:val="16"/>
              </w:rPr>
              <w:t>Definition  X(49836); M3 pedal triangle</w:t>
            </w:r>
          </w:p>
          <w:p>
            <w:pPr>
              <w:spacing w:before="0" w:after="22" w:line="240" w:lineRule="auto"/>
              <w:jc w:val="center"/>
            </w:pPr>
            <w:r>
              <w:rPr>
                <w:rFonts w:ascii="Aptos" w:hAnsi="Aptos"/>
                <w:b w:val="0"/>
                <w:color w:val="414141"/>
                <w:sz w:val="16"/>
              </w:rPr>
              <w:t>Code-bit rank  37    position  37</w:t>
            </w:r>
          </w:p>
          <w:p>
            <w:pPr>
              <w:spacing w:before="0" w:after="22" w:line="240" w:lineRule="auto"/>
              <w:jc w:val="center"/>
            </w:pPr>
            <w:r>
              <w:rPr>
                <w:rFonts w:ascii="Aptos" w:hAnsi="Aptos"/>
                <w:b w:val="0"/>
                <w:color w:val="414141"/>
                <w:sz w:val="16"/>
              </w:rPr>
              <w:t>Quadtree code bits  835</w:t>
            </w:r>
          </w:p>
          <w:p>
            <w:pPr>
              <w:spacing w:before="0" w:after="22" w:line="240" w:lineRule="auto"/>
              <w:jc w:val="center"/>
            </w:pPr>
            <w:r>
              <w:rPr>
                <w:rFonts w:ascii="Aptos" w:hAnsi="Aptos"/>
                <w:b w:val="0"/>
                <w:color w:val="414141"/>
                <w:sz w:val="16"/>
              </w:rPr>
              <w:t>q/random  0.07981    PNG/random  0.1495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X63774_M3</w:t>
            </w:r>
          </w:p>
          <w:p>
            <w:pPr>
              <w:spacing w:before="0" w:after="22" w:line="240" w:lineRule="auto"/>
              <w:jc w:val="center"/>
            </w:pPr>
            <w:r>
              <w:rPr>
                <w:rFonts w:ascii="Aptos" w:hAnsi="Aptos"/>
                <w:b w:val="0"/>
                <w:color w:val="414141"/>
                <w:sz w:val="16"/>
              </w:rPr>
              <w:t>Definition  X(63774); M3 pedal triangle</w:t>
            </w:r>
          </w:p>
          <w:p>
            <w:pPr>
              <w:spacing w:before="0" w:after="22" w:line="240" w:lineRule="auto"/>
              <w:jc w:val="center"/>
            </w:pPr>
            <w:r>
              <w:rPr>
                <w:rFonts w:ascii="Aptos" w:hAnsi="Aptos"/>
                <w:b w:val="0"/>
                <w:color w:val="414141"/>
                <w:sz w:val="16"/>
              </w:rPr>
              <w:t>Wundt position  37</w:t>
            </w:r>
          </w:p>
          <w:p>
            <w:pPr>
              <w:spacing w:before="0" w:after="22" w:line="240" w:lineRule="auto"/>
              <w:jc w:val="center"/>
            </w:pPr>
            <w:r>
              <w:rPr>
                <w:rFonts w:ascii="Aptos" w:hAnsi="Aptos"/>
                <w:b w:val="0"/>
                <w:color w:val="414141"/>
                <w:sz w:val="16"/>
              </w:rPr>
              <w:t>Wundt gate  0.998873</w:t>
            </w:r>
          </w:p>
          <w:p>
            <w:pPr>
              <w:spacing w:before="0" w:after="22" w:line="240" w:lineRule="auto"/>
              <w:jc w:val="center"/>
            </w:pPr>
            <w:r>
              <w:rPr>
                <w:rFonts w:ascii="Aptos" w:hAnsi="Aptos"/>
                <w:b w:val="0"/>
                <w:color w:val="414141"/>
                <w:sz w:val="16"/>
              </w:rPr>
              <w:t>q/random  0.5168    code bits  11,965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8" name="Picture 38" descr="Three triangle comparison: X43266_M3, X64993_M3, X67872_M3"/>
            <wp:cNvGraphicFramePr>
              <a:graphicFrameLocks noChangeAspect="1"/>
            </wp:cNvGraphicFramePr>
            <a:graphic>
              <a:graphicData uri="http://schemas.openxmlformats.org/drawingml/2006/picture">
                <pic:pic>
                  <pic:nvPicPr>
                    <pic:cNvPr id="0" name="web_038.jpg"/>
                    <pic:cNvPicPr/>
                  </pic:nvPicPr>
                  <pic:blipFill>
                    <a:blip r:embed="rId4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X43266_M3</w:t>
            </w:r>
          </w:p>
          <w:p>
            <w:pPr>
              <w:spacing w:before="0" w:after="22" w:line="240" w:lineRule="auto"/>
              <w:jc w:val="center"/>
            </w:pPr>
            <w:r>
              <w:rPr>
                <w:rFonts w:ascii="Aptos" w:hAnsi="Aptos"/>
                <w:b w:val="0"/>
                <w:color w:val="414141"/>
                <w:sz w:val="16"/>
              </w:rPr>
              <w:t>Definition  X(43266); M3 pedal triangle</w:t>
            </w:r>
          </w:p>
          <w:p>
            <w:pPr>
              <w:spacing w:before="0" w:after="22" w:line="240" w:lineRule="auto"/>
              <w:jc w:val="center"/>
            </w:pPr>
            <w:r>
              <w:rPr>
                <w:rFonts w:ascii="Aptos" w:hAnsi="Aptos"/>
                <w:b w:val="0"/>
                <w:color w:val="414141"/>
                <w:sz w:val="16"/>
              </w:rPr>
              <w:t>Neural score  59.030</w:t>
            </w:r>
          </w:p>
          <w:p>
            <w:pPr>
              <w:spacing w:before="0" w:after="22" w:line="240" w:lineRule="auto"/>
              <w:jc w:val="center"/>
            </w:pPr>
            <w:r>
              <w:rPr>
                <w:rFonts w:ascii="Aptos" w:hAnsi="Aptos"/>
                <w:b w:val="0"/>
                <w:color w:val="414141"/>
                <w:sz w:val="16"/>
              </w:rPr>
              <w:t>Code bits  6,785    q/random  0.3061</w:t>
            </w:r>
          </w:p>
          <w:p>
            <w:pPr>
              <w:spacing w:before="0" w:after="22" w:line="240" w:lineRule="auto"/>
              <w:jc w:val="center"/>
            </w:pPr>
            <w:r>
              <w:rPr>
                <w:rFonts w:ascii="Aptos" w:hAnsi="Aptos"/>
                <w:b w:val="0"/>
                <w:color w:val="414141"/>
                <w:sz w:val="16"/>
              </w:rPr>
              <w:t>Fitted taste  0.983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X64993_M3</w:t>
            </w:r>
          </w:p>
          <w:p>
            <w:pPr>
              <w:spacing w:before="0" w:after="22" w:line="240" w:lineRule="auto"/>
              <w:jc w:val="center"/>
            </w:pPr>
            <w:r>
              <w:rPr>
                <w:rFonts w:ascii="Aptos" w:hAnsi="Aptos"/>
                <w:b w:val="0"/>
                <w:color w:val="414141"/>
                <w:sz w:val="16"/>
              </w:rPr>
              <w:t>Definition  X(64993); M3 pedal triangle</w:t>
            </w:r>
          </w:p>
          <w:p>
            <w:pPr>
              <w:spacing w:before="0" w:after="22" w:line="240" w:lineRule="auto"/>
              <w:jc w:val="center"/>
            </w:pPr>
            <w:r>
              <w:rPr>
                <w:rFonts w:ascii="Aptos" w:hAnsi="Aptos"/>
                <w:b w:val="0"/>
                <w:color w:val="414141"/>
                <w:sz w:val="16"/>
              </w:rPr>
              <w:t>Code-bit rank  37    position  38</w:t>
            </w:r>
          </w:p>
          <w:p>
            <w:pPr>
              <w:spacing w:before="0" w:after="22" w:line="240" w:lineRule="auto"/>
              <w:jc w:val="center"/>
            </w:pPr>
            <w:r>
              <w:rPr>
                <w:rFonts w:ascii="Aptos" w:hAnsi="Aptos"/>
                <w:b w:val="0"/>
                <w:color w:val="414141"/>
                <w:sz w:val="16"/>
              </w:rPr>
              <w:t>Quadtree code bits  835</w:t>
            </w:r>
          </w:p>
          <w:p>
            <w:pPr>
              <w:spacing w:before="0" w:after="22" w:line="240" w:lineRule="auto"/>
              <w:jc w:val="center"/>
            </w:pPr>
            <w:r>
              <w:rPr>
                <w:rFonts w:ascii="Aptos" w:hAnsi="Aptos"/>
                <w:b w:val="0"/>
                <w:color w:val="414141"/>
                <w:sz w:val="16"/>
              </w:rPr>
              <w:t>q/random  0.05859    PNG/random  0.1665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X67872_M3</w:t>
            </w:r>
          </w:p>
          <w:p>
            <w:pPr>
              <w:spacing w:before="0" w:after="22" w:line="240" w:lineRule="auto"/>
              <w:jc w:val="center"/>
            </w:pPr>
            <w:r>
              <w:rPr>
                <w:rFonts w:ascii="Aptos" w:hAnsi="Aptos"/>
                <w:b w:val="0"/>
                <w:color w:val="414141"/>
                <w:sz w:val="16"/>
              </w:rPr>
              <w:t>Definition  X(67872); M3 pedal triangle</w:t>
            </w:r>
          </w:p>
          <w:p>
            <w:pPr>
              <w:spacing w:before="0" w:after="22" w:line="240" w:lineRule="auto"/>
              <w:jc w:val="center"/>
            </w:pPr>
            <w:r>
              <w:rPr>
                <w:rFonts w:ascii="Aptos" w:hAnsi="Aptos"/>
                <w:b w:val="0"/>
                <w:color w:val="414141"/>
                <w:sz w:val="16"/>
              </w:rPr>
              <w:t>Wundt position  38</w:t>
            </w:r>
          </w:p>
          <w:p>
            <w:pPr>
              <w:spacing w:before="0" w:after="22" w:line="240" w:lineRule="auto"/>
              <w:jc w:val="center"/>
            </w:pPr>
            <w:r>
              <w:rPr>
                <w:rFonts w:ascii="Aptos" w:hAnsi="Aptos"/>
                <w:b w:val="0"/>
                <w:color w:val="414141"/>
                <w:sz w:val="16"/>
              </w:rPr>
              <w:t>Wundt gate  0.998799</w:t>
            </w:r>
          </w:p>
          <w:p>
            <w:pPr>
              <w:spacing w:before="0" w:after="22" w:line="240" w:lineRule="auto"/>
              <w:jc w:val="center"/>
            </w:pPr>
            <w:r>
              <w:rPr>
                <w:rFonts w:ascii="Aptos" w:hAnsi="Aptos"/>
                <w:b w:val="0"/>
                <w:color w:val="414141"/>
                <w:sz w:val="16"/>
              </w:rPr>
              <w:t>q/random  0.4827    code bits  11,118</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39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39" name="Picture 39" descr="Three triangle comparison: X62199_M1, X21742_M3, X5522_M3"/>
            <wp:cNvGraphicFramePr>
              <a:graphicFrameLocks noChangeAspect="1"/>
            </wp:cNvGraphicFramePr>
            <a:graphic>
              <a:graphicData uri="http://schemas.openxmlformats.org/drawingml/2006/picture">
                <pic:pic>
                  <pic:nvPicPr>
                    <pic:cNvPr id="0" name="web_039.jpg"/>
                    <pic:cNvPicPr/>
                  </pic:nvPicPr>
                  <pic:blipFill>
                    <a:blip r:embed="rId4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39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39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39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X62199_M1</w:t>
            </w:r>
          </w:p>
          <w:p>
            <w:pPr>
              <w:spacing w:before="0" w:after="22" w:line="240" w:lineRule="auto"/>
              <w:jc w:val="center"/>
            </w:pPr>
            <w:r>
              <w:rPr>
                <w:rFonts w:ascii="Aptos" w:hAnsi="Aptos"/>
                <w:b w:val="0"/>
                <w:color w:val="414141"/>
                <w:sz w:val="16"/>
              </w:rPr>
              <w:t>Definition  X(62199); M1 cevian triangle</w:t>
            </w:r>
          </w:p>
          <w:p>
            <w:pPr>
              <w:spacing w:before="0" w:after="22" w:line="240" w:lineRule="auto"/>
              <w:jc w:val="center"/>
            </w:pPr>
            <w:r>
              <w:rPr>
                <w:rFonts w:ascii="Aptos" w:hAnsi="Aptos"/>
                <w:b w:val="0"/>
                <w:color w:val="414141"/>
                <w:sz w:val="16"/>
              </w:rPr>
              <w:t>Neural score  58.978</w:t>
            </w:r>
          </w:p>
          <w:p>
            <w:pPr>
              <w:spacing w:before="0" w:after="22" w:line="240" w:lineRule="auto"/>
              <w:jc w:val="center"/>
            </w:pPr>
            <w:r>
              <w:rPr>
                <w:rFonts w:ascii="Aptos" w:hAnsi="Aptos"/>
                <w:b w:val="0"/>
                <w:color w:val="414141"/>
                <w:sz w:val="16"/>
              </w:rPr>
              <w:t>Code bits  3,663    q/random  0.2085</w:t>
            </w:r>
          </w:p>
          <w:p>
            <w:pPr>
              <w:spacing w:before="0" w:after="22" w:line="240" w:lineRule="auto"/>
              <w:jc w:val="center"/>
            </w:pPr>
            <w:r>
              <w:rPr>
                <w:rFonts w:ascii="Aptos" w:hAnsi="Aptos"/>
                <w:b w:val="0"/>
                <w:color w:val="414141"/>
                <w:sz w:val="16"/>
              </w:rPr>
              <w:t>Fitted taste  0.853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X21742_M3</w:t>
            </w:r>
          </w:p>
          <w:p>
            <w:pPr>
              <w:spacing w:before="0" w:after="22" w:line="240" w:lineRule="auto"/>
              <w:jc w:val="center"/>
            </w:pPr>
            <w:r>
              <w:rPr>
                <w:rFonts w:ascii="Aptos" w:hAnsi="Aptos"/>
                <w:b w:val="0"/>
                <w:color w:val="414141"/>
                <w:sz w:val="16"/>
              </w:rPr>
              <w:t>Definition  X(21742); M3 pedal triangle</w:t>
            </w:r>
          </w:p>
          <w:p>
            <w:pPr>
              <w:spacing w:before="0" w:after="22" w:line="240" w:lineRule="auto"/>
              <w:jc w:val="center"/>
            </w:pPr>
            <w:r>
              <w:rPr>
                <w:rFonts w:ascii="Aptos" w:hAnsi="Aptos"/>
                <w:b w:val="0"/>
                <w:color w:val="414141"/>
                <w:sz w:val="16"/>
              </w:rPr>
              <w:t>Code-bit rank  39    position  39</w:t>
            </w:r>
          </w:p>
          <w:p>
            <w:pPr>
              <w:spacing w:before="0" w:after="22" w:line="240" w:lineRule="auto"/>
              <w:jc w:val="center"/>
            </w:pPr>
            <w:r>
              <w:rPr>
                <w:rFonts w:ascii="Aptos" w:hAnsi="Aptos"/>
                <w:b w:val="0"/>
                <w:color w:val="414141"/>
                <w:sz w:val="16"/>
              </w:rPr>
              <w:t>Quadtree code bits  849</w:t>
            </w:r>
          </w:p>
          <w:p>
            <w:pPr>
              <w:spacing w:before="0" w:after="22" w:line="240" w:lineRule="auto"/>
              <w:jc w:val="center"/>
            </w:pPr>
            <w:r>
              <w:rPr>
                <w:rFonts w:ascii="Aptos" w:hAnsi="Aptos"/>
                <w:b w:val="0"/>
                <w:color w:val="414141"/>
                <w:sz w:val="16"/>
              </w:rPr>
              <w:t>q/random  0.05305    PNG/random  0.1797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X5522_M3</w:t>
            </w:r>
          </w:p>
          <w:p>
            <w:pPr>
              <w:spacing w:before="0" w:after="22" w:line="240" w:lineRule="auto"/>
              <w:jc w:val="center"/>
            </w:pPr>
            <w:r>
              <w:rPr>
                <w:rFonts w:ascii="Aptos" w:hAnsi="Aptos"/>
                <w:b w:val="0"/>
                <w:color w:val="414141"/>
                <w:sz w:val="16"/>
              </w:rPr>
              <w:t>Definition  X(5522); M3 pedal triangle</w:t>
            </w:r>
          </w:p>
          <w:p>
            <w:pPr>
              <w:spacing w:before="0" w:after="22" w:line="240" w:lineRule="auto"/>
              <w:jc w:val="center"/>
            </w:pPr>
            <w:r>
              <w:rPr>
                <w:rFonts w:ascii="Aptos" w:hAnsi="Aptos"/>
                <w:b w:val="0"/>
                <w:color w:val="414141"/>
                <w:sz w:val="16"/>
              </w:rPr>
              <w:t>Wundt position  39</w:t>
            </w:r>
          </w:p>
          <w:p>
            <w:pPr>
              <w:spacing w:before="0" w:after="22" w:line="240" w:lineRule="auto"/>
              <w:jc w:val="center"/>
            </w:pPr>
            <w:r>
              <w:rPr>
                <w:rFonts w:ascii="Aptos" w:hAnsi="Aptos"/>
                <w:b w:val="0"/>
                <w:color w:val="414141"/>
                <w:sz w:val="16"/>
              </w:rPr>
              <w:t>Wundt gate  0.998732</w:t>
            </w:r>
          </w:p>
          <w:p>
            <w:pPr>
              <w:spacing w:before="0" w:after="22" w:line="240" w:lineRule="auto"/>
              <w:jc w:val="center"/>
            </w:pPr>
            <w:r>
              <w:rPr>
                <w:rFonts w:ascii="Aptos" w:hAnsi="Aptos"/>
                <w:b w:val="0"/>
                <w:color w:val="414141"/>
                <w:sz w:val="16"/>
              </w:rPr>
              <w:t>q/random  0.5178    code bits  9,368</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0" name="Picture 40" descr="Three triangle comparison: X53541_M3, X12743_M3, X917_M1"/>
            <wp:cNvGraphicFramePr>
              <a:graphicFrameLocks noChangeAspect="1"/>
            </wp:cNvGraphicFramePr>
            <a:graphic>
              <a:graphicData uri="http://schemas.openxmlformats.org/drawingml/2006/picture">
                <pic:pic>
                  <pic:nvPicPr>
                    <pic:cNvPr id="0" name="web_040.jpg"/>
                    <pic:cNvPicPr/>
                  </pic:nvPicPr>
                  <pic:blipFill>
                    <a:blip r:embed="rId4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X53541_M3</w:t>
            </w:r>
          </w:p>
          <w:p>
            <w:pPr>
              <w:spacing w:before="0" w:after="22" w:line="240" w:lineRule="auto"/>
              <w:jc w:val="center"/>
            </w:pPr>
            <w:r>
              <w:rPr>
                <w:rFonts w:ascii="Aptos" w:hAnsi="Aptos"/>
                <w:b w:val="0"/>
                <w:color w:val="414141"/>
                <w:sz w:val="16"/>
              </w:rPr>
              <w:t>Definition  X(53541); M3 pedal triangle</w:t>
            </w:r>
          </w:p>
          <w:p>
            <w:pPr>
              <w:spacing w:before="0" w:after="22" w:line="240" w:lineRule="auto"/>
              <w:jc w:val="center"/>
            </w:pPr>
            <w:r>
              <w:rPr>
                <w:rFonts w:ascii="Aptos" w:hAnsi="Aptos"/>
                <w:b w:val="0"/>
                <w:color w:val="414141"/>
                <w:sz w:val="16"/>
              </w:rPr>
              <w:t>Neural score  58.961</w:t>
            </w:r>
          </w:p>
          <w:p>
            <w:pPr>
              <w:spacing w:before="0" w:after="22" w:line="240" w:lineRule="auto"/>
              <w:jc w:val="center"/>
            </w:pPr>
            <w:r>
              <w:rPr>
                <w:rFonts w:ascii="Aptos" w:hAnsi="Aptos"/>
                <w:b w:val="0"/>
                <w:color w:val="414141"/>
                <w:sz w:val="16"/>
              </w:rPr>
              <w:t>Code bits  7,429    q/random  0.3302</w:t>
            </w:r>
          </w:p>
          <w:p>
            <w:pPr>
              <w:spacing w:before="0" w:after="22" w:line="240" w:lineRule="auto"/>
              <w:jc w:val="center"/>
            </w:pPr>
            <w:r>
              <w:rPr>
                <w:rFonts w:ascii="Aptos" w:hAnsi="Aptos"/>
                <w:b w:val="0"/>
                <w:color w:val="414141"/>
                <w:sz w:val="16"/>
              </w:rPr>
              <w:t>Fitted taste  0.895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X12743_M3</w:t>
            </w:r>
          </w:p>
          <w:p>
            <w:pPr>
              <w:spacing w:before="0" w:after="22" w:line="240" w:lineRule="auto"/>
              <w:jc w:val="center"/>
            </w:pPr>
            <w:r>
              <w:rPr>
                <w:rFonts w:ascii="Aptos" w:hAnsi="Aptos"/>
                <w:b w:val="0"/>
                <w:color w:val="414141"/>
                <w:sz w:val="16"/>
              </w:rPr>
              <w:t>Definition  X(12743); M3 pedal triangle</w:t>
            </w:r>
          </w:p>
          <w:p>
            <w:pPr>
              <w:spacing w:before="0" w:after="22" w:line="240" w:lineRule="auto"/>
              <w:jc w:val="center"/>
            </w:pPr>
            <w:r>
              <w:rPr>
                <w:rFonts w:ascii="Aptos" w:hAnsi="Aptos"/>
                <w:b w:val="0"/>
                <w:color w:val="414141"/>
                <w:sz w:val="16"/>
              </w:rPr>
              <w:t>Code-bit rank  40    position  40</w:t>
            </w:r>
          </w:p>
          <w:p>
            <w:pPr>
              <w:spacing w:before="0" w:after="22" w:line="240" w:lineRule="auto"/>
              <w:jc w:val="center"/>
            </w:pPr>
            <w:r>
              <w:rPr>
                <w:rFonts w:ascii="Aptos" w:hAnsi="Aptos"/>
                <w:b w:val="0"/>
                <w:color w:val="414141"/>
                <w:sz w:val="16"/>
              </w:rPr>
              <w:t>Quadtree code bits  856</w:t>
            </w:r>
          </w:p>
          <w:p>
            <w:pPr>
              <w:spacing w:before="0" w:after="22" w:line="240" w:lineRule="auto"/>
              <w:jc w:val="center"/>
            </w:pPr>
            <w:r>
              <w:rPr>
                <w:rFonts w:ascii="Aptos" w:hAnsi="Aptos"/>
                <w:b w:val="0"/>
                <w:color w:val="414141"/>
                <w:sz w:val="16"/>
              </w:rPr>
              <w:t>q/random  0.07615    PNG/random  0.1440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X917_M1</w:t>
            </w:r>
          </w:p>
          <w:p>
            <w:pPr>
              <w:spacing w:before="0" w:after="22" w:line="240" w:lineRule="auto"/>
              <w:jc w:val="center"/>
            </w:pPr>
            <w:r>
              <w:rPr>
                <w:rFonts w:ascii="Aptos" w:hAnsi="Aptos"/>
                <w:b w:val="0"/>
                <w:color w:val="414141"/>
                <w:sz w:val="16"/>
              </w:rPr>
              <w:t>Definition  X(917); M1 cevian triangle</w:t>
            </w:r>
          </w:p>
          <w:p>
            <w:pPr>
              <w:spacing w:before="0" w:after="22" w:line="240" w:lineRule="auto"/>
              <w:jc w:val="center"/>
            </w:pPr>
            <w:r>
              <w:rPr>
                <w:rFonts w:ascii="Aptos" w:hAnsi="Aptos"/>
                <w:b w:val="0"/>
                <w:color w:val="414141"/>
                <w:sz w:val="16"/>
              </w:rPr>
              <w:t>Wundt position  40</w:t>
            </w:r>
          </w:p>
          <w:p>
            <w:pPr>
              <w:spacing w:before="0" w:after="22" w:line="240" w:lineRule="auto"/>
              <w:jc w:val="center"/>
            </w:pPr>
            <w:r>
              <w:rPr>
                <w:rFonts w:ascii="Aptos" w:hAnsi="Aptos"/>
                <w:b w:val="0"/>
                <w:color w:val="414141"/>
                <w:sz w:val="16"/>
              </w:rPr>
              <w:t>Wundt gate  0.998668</w:t>
            </w:r>
          </w:p>
          <w:p>
            <w:pPr>
              <w:spacing w:before="0" w:after="22" w:line="240" w:lineRule="auto"/>
              <w:jc w:val="center"/>
            </w:pPr>
            <w:r>
              <w:rPr>
                <w:rFonts w:ascii="Aptos" w:hAnsi="Aptos"/>
                <w:b w:val="0"/>
                <w:color w:val="414141"/>
                <w:sz w:val="16"/>
              </w:rPr>
              <w:t>q/random  0.5182    code bits  11,832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1" name="Picture 41" descr="Three triangle comparison: X65116_M3, X37765_M3, X8435_M3"/>
            <wp:cNvGraphicFramePr>
              <a:graphicFrameLocks noChangeAspect="1"/>
            </wp:cNvGraphicFramePr>
            <a:graphic>
              <a:graphicData uri="http://schemas.openxmlformats.org/drawingml/2006/picture">
                <pic:pic>
                  <pic:nvPicPr>
                    <pic:cNvPr id="0" name="web_041.jpg"/>
                    <pic:cNvPicPr/>
                  </pic:nvPicPr>
                  <pic:blipFill>
                    <a:blip r:embed="rId4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X65116_M3</w:t>
            </w:r>
          </w:p>
          <w:p>
            <w:pPr>
              <w:spacing w:before="0" w:after="22" w:line="240" w:lineRule="auto"/>
              <w:jc w:val="center"/>
            </w:pPr>
            <w:r>
              <w:rPr>
                <w:rFonts w:ascii="Aptos" w:hAnsi="Aptos"/>
                <w:b w:val="0"/>
                <w:color w:val="414141"/>
                <w:sz w:val="16"/>
              </w:rPr>
              <w:t>Definition  X(65116); M3 pedal triangle</w:t>
            </w:r>
          </w:p>
          <w:p>
            <w:pPr>
              <w:spacing w:before="0" w:after="22" w:line="240" w:lineRule="auto"/>
              <w:jc w:val="center"/>
            </w:pPr>
            <w:r>
              <w:rPr>
                <w:rFonts w:ascii="Aptos" w:hAnsi="Aptos"/>
                <w:b w:val="0"/>
                <w:color w:val="414141"/>
                <w:sz w:val="16"/>
              </w:rPr>
              <w:t>Neural score  58.941</w:t>
            </w:r>
          </w:p>
          <w:p>
            <w:pPr>
              <w:spacing w:before="0" w:after="22" w:line="240" w:lineRule="auto"/>
              <w:jc w:val="center"/>
            </w:pPr>
            <w:r>
              <w:rPr>
                <w:rFonts w:ascii="Aptos" w:hAnsi="Aptos"/>
                <w:b w:val="0"/>
                <w:color w:val="414141"/>
                <w:sz w:val="16"/>
              </w:rPr>
              <w:t>Code bits  6,008    q/random  0.2708</w:t>
            </w:r>
          </w:p>
          <w:p>
            <w:pPr>
              <w:spacing w:before="0" w:after="22" w:line="240" w:lineRule="auto"/>
              <w:jc w:val="center"/>
            </w:pPr>
            <w:r>
              <w:rPr>
                <w:rFonts w:ascii="Aptos" w:hAnsi="Aptos"/>
                <w:b w:val="0"/>
                <w:color w:val="414141"/>
                <w:sz w:val="16"/>
              </w:rPr>
              <w:t>Fitted taste  1.147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X37765_M3</w:t>
            </w:r>
          </w:p>
          <w:p>
            <w:pPr>
              <w:spacing w:before="0" w:after="22" w:line="240" w:lineRule="auto"/>
              <w:jc w:val="center"/>
            </w:pPr>
            <w:r>
              <w:rPr>
                <w:rFonts w:ascii="Aptos" w:hAnsi="Aptos"/>
                <w:b w:val="0"/>
                <w:color w:val="414141"/>
                <w:sz w:val="16"/>
              </w:rPr>
              <w:t>Definition  X(37765); M3 pedal triangle</w:t>
            </w:r>
          </w:p>
          <w:p>
            <w:pPr>
              <w:spacing w:before="0" w:after="22" w:line="240" w:lineRule="auto"/>
              <w:jc w:val="center"/>
            </w:pPr>
            <w:r>
              <w:rPr>
                <w:rFonts w:ascii="Aptos" w:hAnsi="Aptos"/>
                <w:b w:val="0"/>
                <w:color w:val="414141"/>
                <w:sz w:val="16"/>
              </w:rPr>
              <w:t>Code-bit rank  41    position  41</w:t>
            </w:r>
          </w:p>
          <w:p>
            <w:pPr>
              <w:spacing w:before="0" w:after="22" w:line="240" w:lineRule="auto"/>
              <w:jc w:val="center"/>
            </w:pPr>
            <w:r>
              <w:rPr>
                <w:rFonts w:ascii="Aptos" w:hAnsi="Aptos"/>
                <w:b w:val="0"/>
                <w:color w:val="414141"/>
                <w:sz w:val="16"/>
              </w:rPr>
              <w:t>Quadtree code bits  870</w:t>
            </w:r>
          </w:p>
          <w:p>
            <w:pPr>
              <w:spacing w:before="0" w:after="22" w:line="240" w:lineRule="auto"/>
              <w:jc w:val="center"/>
            </w:pPr>
            <w:r>
              <w:rPr>
                <w:rFonts w:ascii="Aptos" w:hAnsi="Aptos"/>
                <w:b w:val="0"/>
                <w:color w:val="414141"/>
                <w:sz w:val="16"/>
              </w:rPr>
              <w:t>q/random  0.05193    PNG/random  0.1633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X8435_M3</w:t>
            </w:r>
          </w:p>
          <w:p>
            <w:pPr>
              <w:spacing w:before="0" w:after="22" w:line="240" w:lineRule="auto"/>
              <w:jc w:val="center"/>
            </w:pPr>
            <w:r>
              <w:rPr>
                <w:rFonts w:ascii="Aptos" w:hAnsi="Aptos"/>
                <w:b w:val="0"/>
                <w:color w:val="414141"/>
                <w:sz w:val="16"/>
              </w:rPr>
              <w:t>Definition  X(8435); M3 pedal triangle</w:t>
            </w:r>
          </w:p>
          <w:p>
            <w:pPr>
              <w:spacing w:before="0" w:after="22" w:line="240" w:lineRule="auto"/>
              <w:jc w:val="center"/>
            </w:pPr>
            <w:r>
              <w:rPr>
                <w:rFonts w:ascii="Aptos" w:hAnsi="Aptos"/>
                <w:b w:val="0"/>
                <w:color w:val="414141"/>
                <w:sz w:val="16"/>
              </w:rPr>
              <w:t>Wundt position  41</w:t>
            </w:r>
          </w:p>
          <w:p>
            <w:pPr>
              <w:spacing w:before="0" w:after="22" w:line="240" w:lineRule="auto"/>
              <w:jc w:val="center"/>
            </w:pPr>
            <w:r>
              <w:rPr>
                <w:rFonts w:ascii="Aptos" w:hAnsi="Aptos"/>
                <w:b w:val="0"/>
                <w:color w:val="414141"/>
                <w:sz w:val="16"/>
              </w:rPr>
              <w:t>Wundt gate  0.998613</w:t>
            </w:r>
          </w:p>
          <w:p>
            <w:pPr>
              <w:spacing w:before="0" w:after="22" w:line="240" w:lineRule="auto"/>
              <w:jc w:val="center"/>
            </w:pPr>
            <w:r>
              <w:rPr>
                <w:rFonts w:ascii="Aptos" w:hAnsi="Aptos"/>
                <w:b w:val="0"/>
                <w:color w:val="414141"/>
                <w:sz w:val="16"/>
              </w:rPr>
              <w:t>q/random  0.5186    code bits  11,503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2" name="Picture 42" descr="Three triangle comparison: X72767_M3, X15560_M3, X39760_M3"/>
            <wp:cNvGraphicFramePr>
              <a:graphicFrameLocks noChangeAspect="1"/>
            </wp:cNvGraphicFramePr>
            <a:graphic>
              <a:graphicData uri="http://schemas.openxmlformats.org/drawingml/2006/picture">
                <pic:pic>
                  <pic:nvPicPr>
                    <pic:cNvPr id="0" name="web_042.jpg"/>
                    <pic:cNvPicPr/>
                  </pic:nvPicPr>
                  <pic:blipFill>
                    <a:blip r:embed="rId5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X72767_M3</w:t>
            </w:r>
          </w:p>
          <w:p>
            <w:pPr>
              <w:spacing w:before="0" w:after="22" w:line="240" w:lineRule="auto"/>
              <w:jc w:val="center"/>
            </w:pPr>
            <w:r>
              <w:rPr>
                <w:rFonts w:ascii="Aptos" w:hAnsi="Aptos"/>
                <w:b w:val="0"/>
                <w:color w:val="414141"/>
                <w:sz w:val="16"/>
              </w:rPr>
              <w:t>Definition  X(72767); M3 pedal triangle</w:t>
            </w:r>
          </w:p>
          <w:p>
            <w:pPr>
              <w:spacing w:before="0" w:after="22" w:line="240" w:lineRule="auto"/>
              <w:jc w:val="center"/>
            </w:pPr>
            <w:r>
              <w:rPr>
                <w:rFonts w:ascii="Aptos" w:hAnsi="Aptos"/>
                <w:b w:val="0"/>
                <w:color w:val="414141"/>
                <w:sz w:val="16"/>
              </w:rPr>
              <w:t>Neural score  58.857</w:t>
            </w:r>
          </w:p>
          <w:p>
            <w:pPr>
              <w:spacing w:before="0" w:after="22" w:line="240" w:lineRule="auto"/>
              <w:jc w:val="center"/>
            </w:pPr>
            <w:r>
              <w:rPr>
                <w:rFonts w:ascii="Aptos" w:hAnsi="Aptos"/>
                <w:b w:val="0"/>
                <w:color w:val="414141"/>
                <w:sz w:val="16"/>
              </w:rPr>
              <w:t>Code bits  6,113    q/random  0.2778</w:t>
            </w:r>
          </w:p>
          <w:p>
            <w:pPr>
              <w:spacing w:before="0" w:after="22" w:line="240" w:lineRule="auto"/>
              <w:jc w:val="center"/>
            </w:pPr>
            <w:r>
              <w:rPr>
                <w:rFonts w:ascii="Aptos" w:hAnsi="Aptos"/>
                <w:b w:val="0"/>
                <w:color w:val="414141"/>
                <w:sz w:val="16"/>
              </w:rPr>
              <w:t>Fitted taste  1.083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X15560_M3</w:t>
            </w:r>
          </w:p>
          <w:p>
            <w:pPr>
              <w:spacing w:before="0" w:after="22" w:line="240" w:lineRule="auto"/>
              <w:jc w:val="center"/>
            </w:pPr>
            <w:r>
              <w:rPr>
                <w:rFonts w:ascii="Aptos" w:hAnsi="Aptos"/>
                <w:b w:val="0"/>
                <w:color w:val="414141"/>
                <w:sz w:val="16"/>
              </w:rPr>
              <w:t>Definition  X(15560); M3 pedal triangle</w:t>
            </w:r>
          </w:p>
          <w:p>
            <w:pPr>
              <w:spacing w:before="0" w:after="22" w:line="240" w:lineRule="auto"/>
              <w:jc w:val="center"/>
            </w:pPr>
            <w:r>
              <w:rPr>
                <w:rFonts w:ascii="Aptos" w:hAnsi="Aptos"/>
                <w:b w:val="0"/>
                <w:color w:val="414141"/>
                <w:sz w:val="16"/>
              </w:rPr>
              <w:t>Code-bit rank  42    position  42</w:t>
            </w:r>
          </w:p>
          <w:p>
            <w:pPr>
              <w:spacing w:before="0" w:after="22" w:line="240" w:lineRule="auto"/>
              <w:jc w:val="center"/>
            </w:pPr>
            <w:r>
              <w:rPr>
                <w:rFonts w:ascii="Aptos" w:hAnsi="Aptos"/>
                <w:b w:val="0"/>
                <w:color w:val="414141"/>
                <w:sz w:val="16"/>
              </w:rPr>
              <w:t>Quadtree code bits  877</w:t>
            </w:r>
          </w:p>
          <w:p>
            <w:pPr>
              <w:spacing w:before="0" w:after="22" w:line="240" w:lineRule="auto"/>
              <w:jc w:val="center"/>
            </w:pPr>
            <w:r>
              <w:rPr>
                <w:rFonts w:ascii="Aptos" w:hAnsi="Aptos"/>
                <w:b w:val="0"/>
                <w:color w:val="414141"/>
                <w:sz w:val="16"/>
              </w:rPr>
              <w:t>q/random  0.06929    PNG/random  0.1491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X39760_M3</w:t>
            </w:r>
          </w:p>
          <w:p>
            <w:pPr>
              <w:spacing w:before="0" w:after="22" w:line="240" w:lineRule="auto"/>
              <w:jc w:val="center"/>
            </w:pPr>
            <w:r>
              <w:rPr>
                <w:rFonts w:ascii="Aptos" w:hAnsi="Aptos"/>
                <w:b w:val="0"/>
                <w:color w:val="414141"/>
                <w:sz w:val="16"/>
              </w:rPr>
              <w:t>Definition  X(39760); M3 pedal triangle</w:t>
            </w:r>
          </w:p>
          <w:p>
            <w:pPr>
              <w:spacing w:before="0" w:after="22" w:line="240" w:lineRule="auto"/>
              <w:jc w:val="center"/>
            </w:pPr>
            <w:r>
              <w:rPr>
                <w:rFonts w:ascii="Aptos" w:hAnsi="Aptos"/>
                <w:b w:val="0"/>
                <w:color w:val="414141"/>
                <w:sz w:val="16"/>
              </w:rPr>
              <w:t>Wundt position  42</w:t>
            </w:r>
          </w:p>
          <w:p>
            <w:pPr>
              <w:spacing w:before="0" w:after="22" w:line="240" w:lineRule="auto"/>
              <w:jc w:val="center"/>
            </w:pPr>
            <w:r>
              <w:rPr>
                <w:rFonts w:ascii="Aptos" w:hAnsi="Aptos"/>
                <w:b w:val="0"/>
                <w:color w:val="414141"/>
                <w:sz w:val="16"/>
              </w:rPr>
              <w:t>Wundt gate  0.998612</w:t>
            </w:r>
          </w:p>
          <w:p>
            <w:pPr>
              <w:spacing w:before="0" w:after="22" w:line="240" w:lineRule="auto"/>
              <w:jc w:val="center"/>
            </w:pPr>
            <w:r>
              <w:rPr>
                <w:rFonts w:ascii="Aptos" w:hAnsi="Aptos"/>
                <w:b w:val="0"/>
                <w:color w:val="414141"/>
                <w:sz w:val="16"/>
              </w:rPr>
              <w:t>q/random  0.4814    code bits  11,125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3" name="Picture 43" descr="Three triangle comparison: X69098_M3, X22819_M3, X18636_M3"/>
            <wp:cNvGraphicFramePr>
              <a:graphicFrameLocks noChangeAspect="1"/>
            </wp:cNvGraphicFramePr>
            <a:graphic>
              <a:graphicData uri="http://schemas.openxmlformats.org/drawingml/2006/picture">
                <pic:pic>
                  <pic:nvPicPr>
                    <pic:cNvPr id="0" name="web_043.jpg"/>
                    <pic:cNvPicPr/>
                  </pic:nvPicPr>
                  <pic:blipFill>
                    <a:blip r:embed="rId5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X69098_M3</w:t>
            </w:r>
          </w:p>
          <w:p>
            <w:pPr>
              <w:spacing w:before="0" w:after="22" w:line="240" w:lineRule="auto"/>
              <w:jc w:val="center"/>
            </w:pPr>
            <w:r>
              <w:rPr>
                <w:rFonts w:ascii="Aptos" w:hAnsi="Aptos"/>
                <w:b w:val="0"/>
                <w:color w:val="414141"/>
                <w:sz w:val="16"/>
              </w:rPr>
              <w:t>Definition  X(69098); M3 pedal triangle</w:t>
            </w:r>
          </w:p>
          <w:p>
            <w:pPr>
              <w:spacing w:before="0" w:after="22" w:line="240" w:lineRule="auto"/>
              <w:jc w:val="center"/>
            </w:pPr>
            <w:r>
              <w:rPr>
                <w:rFonts w:ascii="Aptos" w:hAnsi="Aptos"/>
                <w:b w:val="0"/>
                <w:color w:val="414141"/>
                <w:sz w:val="16"/>
              </w:rPr>
              <w:t>Neural score  58.786</w:t>
            </w:r>
          </w:p>
          <w:p>
            <w:pPr>
              <w:spacing w:before="0" w:after="22" w:line="240" w:lineRule="auto"/>
              <w:jc w:val="center"/>
            </w:pPr>
            <w:r>
              <w:rPr>
                <w:rFonts w:ascii="Aptos" w:hAnsi="Aptos"/>
                <w:b w:val="0"/>
                <w:color w:val="414141"/>
                <w:sz w:val="16"/>
              </w:rPr>
              <w:t>Code bits  4,244    q/random  0.1967</w:t>
            </w:r>
          </w:p>
          <w:p>
            <w:pPr>
              <w:spacing w:before="0" w:after="22" w:line="240" w:lineRule="auto"/>
              <w:jc w:val="center"/>
            </w:pPr>
            <w:r>
              <w:rPr>
                <w:rFonts w:ascii="Aptos" w:hAnsi="Aptos"/>
                <w:b w:val="0"/>
                <w:color w:val="414141"/>
                <w:sz w:val="16"/>
              </w:rPr>
              <w:t>Fitted taste  1.332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X22819_M3</w:t>
            </w:r>
          </w:p>
          <w:p>
            <w:pPr>
              <w:spacing w:before="0" w:after="22" w:line="240" w:lineRule="auto"/>
              <w:jc w:val="center"/>
            </w:pPr>
            <w:r>
              <w:rPr>
                <w:rFonts w:ascii="Aptos" w:hAnsi="Aptos"/>
                <w:b w:val="0"/>
                <w:color w:val="414141"/>
                <w:sz w:val="16"/>
              </w:rPr>
              <w:t>Definition  X(22819); M3 pedal triangle</w:t>
            </w:r>
          </w:p>
          <w:p>
            <w:pPr>
              <w:spacing w:before="0" w:after="22" w:line="240" w:lineRule="auto"/>
              <w:jc w:val="center"/>
            </w:pPr>
            <w:r>
              <w:rPr>
                <w:rFonts w:ascii="Aptos" w:hAnsi="Aptos"/>
                <w:b w:val="0"/>
                <w:color w:val="414141"/>
                <w:sz w:val="16"/>
              </w:rPr>
              <w:t>Code-bit rank  43    position  43</w:t>
            </w:r>
          </w:p>
          <w:p>
            <w:pPr>
              <w:spacing w:before="0" w:after="22" w:line="240" w:lineRule="auto"/>
              <w:jc w:val="center"/>
            </w:pPr>
            <w:r>
              <w:rPr>
                <w:rFonts w:ascii="Aptos" w:hAnsi="Aptos"/>
                <w:b w:val="0"/>
                <w:color w:val="414141"/>
                <w:sz w:val="16"/>
              </w:rPr>
              <w:t>Quadtree code bits  884</w:t>
            </w:r>
          </w:p>
          <w:p>
            <w:pPr>
              <w:spacing w:before="0" w:after="22" w:line="240" w:lineRule="auto"/>
              <w:jc w:val="center"/>
            </w:pPr>
            <w:r>
              <w:rPr>
                <w:rFonts w:ascii="Aptos" w:hAnsi="Aptos"/>
                <w:b w:val="0"/>
                <w:color w:val="414141"/>
                <w:sz w:val="16"/>
              </w:rPr>
              <w:t>q/random  0.05287    PNG/random  0.1890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X18636_M3</w:t>
            </w:r>
          </w:p>
          <w:p>
            <w:pPr>
              <w:spacing w:before="0" w:after="22" w:line="240" w:lineRule="auto"/>
              <w:jc w:val="center"/>
            </w:pPr>
            <w:r>
              <w:rPr>
                <w:rFonts w:ascii="Aptos" w:hAnsi="Aptos"/>
                <w:b w:val="0"/>
                <w:color w:val="414141"/>
                <w:sz w:val="16"/>
              </w:rPr>
              <w:t>Definition  X(18636); M3 pedal triangle</w:t>
            </w:r>
          </w:p>
          <w:p>
            <w:pPr>
              <w:spacing w:before="0" w:after="22" w:line="240" w:lineRule="auto"/>
              <w:jc w:val="center"/>
            </w:pPr>
            <w:r>
              <w:rPr>
                <w:rFonts w:ascii="Aptos" w:hAnsi="Aptos"/>
                <w:b w:val="0"/>
                <w:color w:val="414141"/>
                <w:sz w:val="16"/>
              </w:rPr>
              <w:t>Wundt position  43</w:t>
            </w:r>
          </w:p>
          <w:p>
            <w:pPr>
              <w:spacing w:before="0" w:after="22" w:line="240" w:lineRule="auto"/>
              <w:jc w:val="center"/>
            </w:pPr>
            <w:r>
              <w:rPr>
                <w:rFonts w:ascii="Aptos" w:hAnsi="Aptos"/>
                <w:b w:val="0"/>
                <w:color w:val="414141"/>
                <w:sz w:val="16"/>
              </w:rPr>
              <w:t>Wundt gate  0.998610</w:t>
            </w:r>
          </w:p>
          <w:p>
            <w:pPr>
              <w:spacing w:before="0" w:after="22" w:line="240" w:lineRule="auto"/>
              <w:jc w:val="center"/>
            </w:pPr>
            <w:r>
              <w:rPr>
                <w:rFonts w:ascii="Aptos" w:hAnsi="Aptos"/>
                <w:b w:val="0"/>
                <w:color w:val="414141"/>
                <w:sz w:val="16"/>
              </w:rPr>
              <w:t>q/random  0.4814    code bits  8,045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4" name="Picture 44" descr="Three triangle comparison: X10079_M1, X59655_M3, X1298_M1"/>
            <wp:cNvGraphicFramePr>
              <a:graphicFrameLocks noChangeAspect="1"/>
            </wp:cNvGraphicFramePr>
            <a:graphic>
              <a:graphicData uri="http://schemas.openxmlformats.org/drawingml/2006/picture">
                <pic:pic>
                  <pic:nvPicPr>
                    <pic:cNvPr id="0" name="web_044.jpg"/>
                    <pic:cNvPicPr/>
                  </pic:nvPicPr>
                  <pic:blipFill>
                    <a:blip r:embed="rId5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X10079_M1</w:t>
            </w:r>
          </w:p>
          <w:p>
            <w:pPr>
              <w:spacing w:before="0" w:after="22" w:line="240" w:lineRule="auto"/>
              <w:jc w:val="center"/>
            </w:pPr>
            <w:r>
              <w:rPr>
                <w:rFonts w:ascii="Aptos" w:hAnsi="Aptos"/>
                <w:b w:val="0"/>
                <w:color w:val="414141"/>
                <w:sz w:val="16"/>
              </w:rPr>
              <w:t>Definition  X(10079); M1 cevian triangle</w:t>
            </w:r>
          </w:p>
          <w:p>
            <w:pPr>
              <w:spacing w:before="0" w:after="22" w:line="240" w:lineRule="auto"/>
              <w:jc w:val="center"/>
            </w:pPr>
            <w:r>
              <w:rPr>
                <w:rFonts w:ascii="Aptos" w:hAnsi="Aptos"/>
                <w:b w:val="0"/>
                <w:color w:val="414141"/>
                <w:sz w:val="16"/>
              </w:rPr>
              <w:t>Neural score  58.750</w:t>
            </w:r>
          </w:p>
          <w:p>
            <w:pPr>
              <w:spacing w:before="0" w:after="22" w:line="240" w:lineRule="auto"/>
              <w:jc w:val="center"/>
            </w:pPr>
            <w:r>
              <w:rPr>
                <w:rFonts w:ascii="Aptos" w:hAnsi="Aptos"/>
                <w:b w:val="0"/>
                <w:color w:val="414141"/>
                <w:sz w:val="16"/>
              </w:rPr>
              <w:t>Code bits  1,829    q/random  0.1089</w:t>
            </w:r>
          </w:p>
          <w:p>
            <w:pPr>
              <w:spacing w:before="0" w:after="22" w:line="240" w:lineRule="auto"/>
              <w:jc w:val="center"/>
            </w:pPr>
            <w:r>
              <w:rPr>
                <w:rFonts w:ascii="Aptos" w:hAnsi="Aptos"/>
                <w:b w:val="0"/>
                <w:color w:val="414141"/>
                <w:sz w:val="16"/>
              </w:rPr>
              <w:t>Fitted taste  0.284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X59655_M3</w:t>
            </w:r>
          </w:p>
          <w:p>
            <w:pPr>
              <w:spacing w:before="0" w:after="22" w:line="240" w:lineRule="auto"/>
              <w:jc w:val="center"/>
            </w:pPr>
            <w:r>
              <w:rPr>
                <w:rFonts w:ascii="Aptos" w:hAnsi="Aptos"/>
                <w:b w:val="0"/>
                <w:color w:val="414141"/>
                <w:sz w:val="16"/>
              </w:rPr>
              <w:t>Definition  X(59655); M3 pedal triangle</w:t>
            </w:r>
          </w:p>
          <w:p>
            <w:pPr>
              <w:spacing w:before="0" w:after="22" w:line="240" w:lineRule="auto"/>
              <w:jc w:val="center"/>
            </w:pPr>
            <w:r>
              <w:rPr>
                <w:rFonts w:ascii="Aptos" w:hAnsi="Aptos"/>
                <w:b w:val="0"/>
                <w:color w:val="414141"/>
                <w:sz w:val="16"/>
              </w:rPr>
              <w:t>Code-bit rank  44    position  44</w:t>
            </w:r>
          </w:p>
          <w:p>
            <w:pPr>
              <w:spacing w:before="0" w:after="22" w:line="240" w:lineRule="auto"/>
              <w:jc w:val="center"/>
            </w:pPr>
            <w:r>
              <w:rPr>
                <w:rFonts w:ascii="Aptos" w:hAnsi="Aptos"/>
                <w:b w:val="0"/>
                <w:color w:val="414141"/>
                <w:sz w:val="16"/>
              </w:rPr>
              <w:t>Quadtree code bits  905</w:t>
            </w:r>
          </w:p>
          <w:p>
            <w:pPr>
              <w:spacing w:before="0" w:after="22" w:line="240" w:lineRule="auto"/>
              <w:jc w:val="center"/>
            </w:pPr>
            <w:r>
              <w:rPr>
                <w:rFonts w:ascii="Aptos" w:hAnsi="Aptos"/>
                <w:b w:val="0"/>
                <w:color w:val="414141"/>
                <w:sz w:val="16"/>
              </w:rPr>
              <w:t>q/random  0.09281    PNG/random  0.1844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X1298_M1</w:t>
            </w:r>
          </w:p>
          <w:p>
            <w:pPr>
              <w:spacing w:before="0" w:after="22" w:line="240" w:lineRule="auto"/>
              <w:jc w:val="center"/>
            </w:pPr>
            <w:r>
              <w:rPr>
                <w:rFonts w:ascii="Aptos" w:hAnsi="Aptos"/>
                <w:b w:val="0"/>
                <w:color w:val="414141"/>
                <w:sz w:val="16"/>
              </w:rPr>
              <w:t>Definition  X(1298); M1 cevian triangle</w:t>
            </w:r>
          </w:p>
          <w:p>
            <w:pPr>
              <w:spacing w:before="0" w:after="22" w:line="240" w:lineRule="auto"/>
              <w:jc w:val="center"/>
            </w:pPr>
            <w:r>
              <w:rPr>
                <w:rFonts w:ascii="Aptos" w:hAnsi="Aptos"/>
                <w:b w:val="0"/>
                <w:color w:val="414141"/>
                <w:sz w:val="16"/>
              </w:rPr>
              <w:t>Wundt position  44</w:t>
            </w:r>
          </w:p>
          <w:p>
            <w:pPr>
              <w:spacing w:before="0" w:after="22" w:line="240" w:lineRule="auto"/>
              <w:jc w:val="center"/>
            </w:pPr>
            <w:r>
              <w:rPr>
                <w:rFonts w:ascii="Aptos" w:hAnsi="Aptos"/>
                <w:b w:val="0"/>
                <w:color w:val="414141"/>
                <w:sz w:val="16"/>
              </w:rPr>
              <w:t>Wundt gate  0.998559</w:t>
            </w:r>
          </w:p>
          <w:p>
            <w:pPr>
              <w:spacing w:before="0" w:after="22" w:line="240" w:lineRule="auto"/>
              <w:jc w:val="center"/>
            </w:pPr>
            <w:r>
              <w:rPr>
                <w:rFonts w:ascii="Aptos" w:hAnsi="Aptos"/>
                <w:b w:val="0"/>
                <w:color w:val="414141"/>
                <w:sz w:val="16"/>
              </w:rPr>
              <w:t>q/random  0.5190    code bits  11,678</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5" name="Picture 45" descr="Three triangle comparison: X2763_M1, X20958_M3, X60226_M3"/>
            <wp:cNvGraphicFramePr>
              <a:graphicFrameLocks noChangeAspect="1"/>
            </wp:cNvGraphicFramePr>
            <a:graphic>
              <a:graphicData uri="http://schemas.openxmlformats.org/drawingml/2006/picture">
                <pic:pic>
                  <pic:nvPicPr>
                    <pic:cNvPr id="0" name="web_045.jpg"/>
                    <pic:cNvPicPr/>
                  </pic:nvPicPr>
                  <pic:blipFill>
                    <a:blip r:embed="rId5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X2763_M1</w:t>
            </w:r>
          </w:p>
          <w:p>
            <w:pPr>
              <w:spacing w:before="0" w:after="22" w:line="240" w:lineRule="auto"/>
              <w:jc w:val="center"/>
            </w:pPr>
            <w:r>
              <w:rPr>
                <w:rFonts w:ascii="Aptos" w:hAnsi="Aptos"/>
                <w:b w:val="0"/>
                <w:color w:val="414141"/>
                <w:sz w:val="16"/>
              </w:rPr>
              <w:t>Definition  X(2763); M1 cevian triangle</w:t>
            </w:r>
          </w:p>
          <w:p>
            <w:pPr>
              <w:spacing w:before="0" w:after="22" w:line="240" w:lineRule="auto"/>
              <w:jc w:val="center"/>
            </w:pPr>
            <w:r>
              <w:rPr>
                <w:rFonts w:ascii="Aptos" w:hAnsi="Aptos"/>
                <w:b w:val="0"/>
                <w:color w:val="414141"/>
                <w:sz w:val="16"/>
              </w:rPr>
              <w:t>Neural score  58.641</w:t>
            </w:r>
          </w:p>
          <w:p>
            <w:pPr>
              <w:spacing w:before="0" w:after="22" w:line="240" w:lineRule="auto"/>
              <w:jc w:val="center"/>
            </w:pPr>
            <w:r>
              <w:rPr>
                <w:rFonts w:ascii="Aptos" w:hAnsi="Aptos"/>
                <w:b w:val="0"/>
                <w:color w:val="414141"/>
                <w:sz w:val="16"/>
              </w:rPr>
              <w:t>Code bits  6,127    q/random  0.2743</w:t>
            </w:r>
          </w:p>
          <w:p>
            <w:pPr>
              <w:spacing w:before="0" w:after="22" w:line="240" w:lineRule="auto"/>
              <w:jc w:val="center"/>
            </w:pPr>
            <w:r>
              <w:rPr>
                <w:rFonts w:ascii="Aptos" w:hAnsi="Aptos"/>
                <w:b w:val="0"/>
                <w:color w:val="414141"/>
                <w:sz w:val="16"/>
              </w:rPr>
              <w:t>Fitted taste  0.988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X20958_M3</w:t>
            </w:r>
          </w:p>
          <w:p>
            <w:pPr>
              <w:spacing w:before="0" w:after="22" w:line="240" w:lineRule="auto"/>
              <w:jc w:val="center"/>
            </w:pPr>
            <w:r>
              <w:rPr>
                <w:rFonts w:ascii="Aptos" w:hAnsi="Aptos"/>
                <w:b w:val="0"/>
                <w:color w:val="414141"/>
                <w:sz w:val="16"/>
              </w:rPr>
              <w:t>Definition  X(20958); M3 pedal triangle</w:t>
            </w:r>
          </w:p>
          <w:p>
            <w:pPr>
              <w:spacing w:before="0" w:after="22" w:line="240" w:lineRule="auto"/>
              <w:jc w:val="center"/>
            </w:pPr>
            <w:r>
              <w:rPr>
                <w:rFonts w:ascii="Aptos" w:hAnsi="Aptos"/>
                <w:b w:val="0"/>
                <w:color w:val="414141"/>
                <w:sz w:val="16"/>
              </w:rPr>
              <w:t>Code-bit rank  45    position  45</w:t>
            </w:r>
          </w:p>
          <w:p>
            <w:pPr>
              <w:spacing w:before="0" w:after="22" w:line="240" w:lineRule="auto"/>
              <w:jc w:val="center"/>
            </w:pPr>
            <w:r>
              <w:rPr>
                <w:rFonts w:ascii="Aptos" w:hAnsi="Aptos"/>
                <w:b w:val="0"/>
                <w:color w:val="414141"/>
                <w:sz w:val="16"/>
              </w:rPr>
              <w:t>Quadtree code bits  912</w:t>
            </w:r>
          </w:p>
          <w:p>
            <w:pPr>
              <w:spacing w:before="0" w:after="22" w:line="240" w:lineRule="auto"/>
              <w:jc w:val="center"/>
            </w:pPr>
            <w:r>
              <w:rPr>
                <w:rFonts w:ascii="Aptos" w:hAnsi="Aptos"/>
                <w:b w:val="0"/>
                <w:color w:val="414141"/>
                <w:sz w:val="16"/>
              </w:rPr>
              <w:t>q/random  0.05469    PNG/random  0.1738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X60226_M3</w:t>
            </w:r>
          </w:p>
          <w:p>
            <w:pPr>
              <w:spacing w:before="0" w:after="22" w:line="240" w:lineRule="auto"/>
              <w:jc w:val="center"/>
            </w:pPr>
            <w:r>
              <w:rPr>
                <w:rFonts w:ascii="Aptos" w:hAnsi="Aptos"/>
                <w:b w:val="0"/>
                <w:color w:val="414141"/>
                <w:sz w:val="16"/>
              </w:rPr>
              <w:t>Definition  X(60226); M3 pedal triangle</w:t>
            </w:r>
          </w:p>
          <w:p>
            <w:pPr>
              <w:spacing w:before="0" w:after="22" w:line="240" w:lineRule="auto"/>
              <w:jc w:val="center"/>
            </w:pPr>
            <w:r>
              <w:rPr>
                <w:rFonts w:ascii="Aptos" w:hAnsi="Aptos"/>
                <w:b w:val="0"/>
                <w:color w:val="414141"/>
                <w:sz w:val="16"/>
              </w:rPr>
              <w:t>Wundt position  45</w:t>
            </w:r>
          </w:p>
          <w:p>
            <w:pPr>
              <w:spacing w:before="0" w:after="22" w:line="240" w:lineRule="auto"/>
              <w:jc w:val="center"/>
            </w:pPr>
            <w:r>
              <w:rPr>
                <w:rFonts w:ascii="Aptos" w:hAnsi="Aptos"/>
                <w:b w:val="0"/>
                <w:color w:val="414141"/>
                <w:sz w:val="16"/>
              </w:rPr>
              <w:t>Wundt gate  0.998537</w:t>
            </w:r>
          </w:p>
          <w:p>
            <w:pPr>
              <w:spacing w:before="0" w:after="22" w:line="240" w:lineRule="auto"/>
              <w:jc w:val="center"/>
            </w:pPr>
            <w:r>
              <w:rPr>
                <w:rFonts w:ascii="Aptos" w:hAnsi="Aptos"/>
                <w:b w:val="0"/>
                <w:color w:val="414141"/>
                <w:sz w:val="16"/>
              </w:rPr>
              <w:t>q/random  0.4809    code bits  10,915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6" name="Picture 46" descr="Three triangle comparison: X35971_M3, X12227_M1, X70312_M3"/>
            <wp:cNvGraphicFramePr>
              <a:graphicFrameLocks noChangeAspect="1"/>
            </wp:cNvGraphicFramePr>
            <a:graphic>
              <a:graphicData uri="http://schemas.openxmlformats.org/drawingml/2006/picture">
                <pic:pic>
                  <pic:nvPicPr>
                    <pic:cNvPr id="0" name="web_046.jpg"/>
                    <pic:cNvPicPr/>
                  </pic:nvPicPr>
                  <pic:blipFill>
                    <a:blip r:embed="rId5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X35971_M3</w:t>
            </w:r>
          </w:p>
          <w:p>
            <w:pPr>
              <w:spacing w:before="0" w:after="22" w:line="240" w:lineRule="auto"/>
              <w:jc w:val="center"/>
            </w:pPr>
            <w:r>
              <w:rPr>
                <w:rFonts w:ascii="Aptos" w:hAnsi="Aptos"/>
                <w:b w:val="0"/>
                <w:color w:val="414141"/>
                <w:sz w:val="16"/>
              </w:rPr>
              <w:t>Definition  X(35971); M3 pedal triangle</w:t>
            </w:r>
          </w:p>
          <w:p>
            <w:pPr>
              <w:spacing w:before="0" w:after="22" w:line="240" w:lineRule="auto"/>
              <w:jc w:val="center"/>
            </w:pPr>
            <w:r>
              <w:rPr>
                <w:rFonts w:ascii="Aptos" w:hAnsi="Aptos"/>
                <w:b w:val="0"/>
                <w:color w:val="414141"/>
                <w:sz w:val="16"/>
              </w:rPr>
              <w:t>Neural score  58.587</w:t>
            </w:r>
          </w:p>
          <w:p>
            <w:pPr>
              <w:spacing w:before="0" w:after="22" w:line="240" w:lineRule="auto"/>
              <w:jc w:val="center"/>
            </w:pPr>
            <w:r>
              <w:rPr>
                <w:rFonts w:ascii="Aptos" w:hAnsi="Aptos"/>
                <w:b w:val="0"/>
                <w:color w:val="414141"/>
                <w:sz w:val="16"/>
              </w:rPr>
              <w:t>Code bits  6,099    q/random  0.2699</w:t>
            </w:r>
          </w:p>
          <w:p>
            <w:pPr>
              <w:spacing w:before="0" w:after="22" w:line="240" w:lineRule="auto"/>
              <w:jc w:val="center"/>
            </w:pPr>
            <w:r>
              <w:rPr>
                <w:rFonts w:ascii="Aptos" w:hAnsi="Aptos"/>
                <w:b w:val="0"/>
                <w:color w:val="414141"/>
                <w:sz w:val="16"/>
              </w:rPr>
              <w:t>Fitted taste  1.051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X12227_M1</w:t>
            </w:r>
          </w:p>
          <w:p>
            <w:pPr>
              <w:spacing w:before="0" w:after="22" w:line="240" w:lineRule="auto"/>
              <w:jc w:val="center"/>
            </w:pPr>
            <w:r>
              <w:rPr>
                <w:rFonts w:ascii="Aptos" w:hAnsi="Aptos"/>
                <w:b w:val="0"/>
                <w:color w:val="414141"/>
                <w:sz w:val="16"/>
              </w:rPr>
              <w:t>Definition  X(12227); M1 cevian triangle</w:t>
            </w:r>
          </w:p>
          <w:p>
            <w:pPr>
              <w:spacing w:before="0" w:after="22" w:line="240" w:lineRule="auto"/>
              <w:jc w:val="center"/>
            </w:pPr>
            <w:r>
              <w:rPr>
                <w:rFonts w:ascii="Aptos" w:hAnsi="Aptos"/>
                <w:b w:val="0"/>
                <w:color w:val="414141"/>
                <w:sz w:val="16"/>
              </w:rPr>
              <w:t>Code-bit rank  46    position  46</w:t>
            </w:r>
          </w:p>
          <w:p>
            <w:pPr>
              <w:spacing w:before="0" w:after="22" w:line="240" w:lineRule="auto"/>
              <w:jc w:val="center"/>
            </w:pPr>
            <w:r>
              <w:rPr>
                <w:rFonts w:ascii="Aptos" w:hAnsi="Aptos"/>
                <w:b w:val="0"/>
                <w:color w:val="414141"/>
                <w:sz w:val="16"/>
              </w:rPr>
              <w:t>Quadtree code bits  919</w:t>
            </w:r>
          </w:p>
          <w:p>
            <w:pPr>
              <w:spacing w:before="0" w:after="22" w:line="240" w:lineRule="auto"/>
              <w:jc w:val="center"/>
            </w:pPr>
            <w:r>
              <w:rPr>
                <w:rFonts w:ascii="Aptos" w:hAnsi="Aptos"/>
                <w:b w:val="0"/>
                <w:color w:val="414141"/>
                <w:sz w:val="16"/>
              </w:rPr>
              <w:t>q/random  0.06070    PNG/random  0.1607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X70312_M3</w:t>
            </w:r>
          </w:p>
          <w:p>
            <w:pPr>
              <w:spacing w:before="0" w:after="22" w:line="240" w:lineRule="auto"/>
              <w:jc w:val="center"/>
            </w:pPr>
            <w:r>
              <w:rPr>
                <w:rFonts w:ascii="Aptos" w:hAnsi="Aptos"/>
                <w:b w:val="0"/>
                <w:color w:val="414141"/>
                <w:sz w:val="16"/>
              </w:rPr>
              <w:t>Definition  X(70312); M3 pedal triangle</w:t>
            </w:r>
          </w:p>
          <w:p>
            <w:pPr>
              <w:spacing w:before="0" w:after="22" w:line="240" w:lineRule="auto"/>
              <w:jc w:val="center"/>
            </w:pPr>
            <w:r>
              <w:rPr>
                <w:rFonts w:ascii="Aptos" w:hAnsi="Aptos"/>
                <w:b w:val="0"/>
                <w:color w:val="414141"/>
                <w:sz w:val="16"/>
              </w:rPr>
              <w:t>Wundt position  46</w:t>
            </w:r>
          </w:p>
          <w:p>
            <w:pPr>
              <w:spacing w:before="0" w:after="22" w:line="240" w:lineRule="auto"/>
              <w:jc w:val="center"/>
            </w:pPr>
            <w:r>
              <w:rPr>
                <w:rFonts w:ascii="Aptos" w:hAnsi="Aptos"/>
                <w:b w:val="0"/>
                <w:color w:val="414141"/>
                <w:sz w:val="16"/>
              </w:rPr>
              <w:t>Wundt gate  0.998464</w:t>
            </w:r>
          </w:p>
          <w:p>
            <w:pPr>
              <w:spacing w:before="0" w:after="22" w:line="240" w:lineRule="auto"/>
              <w:jc w:val="center"/>
            </w:pPr>
            <w:r>
              <w:rPr>
                <w:rFonts w:ascii="Aptos" w:hAnsi="Aptos"/>
                <w:b w:val="0"/>
                <w:color w:val="414141"/>
                <w:sz w:val="16"/>
              </w:rPr>
              <w:t>q/random  0.5196    code bits  11,601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7" name="Picture 47" descr="Three triangle comparison: X34294_M3, X14669_M3, X27810_M1"/>
            <wp:cNvGraphicFramePr>
              <a:graphicFrameLocks noChangeAspect="1"/>
            </wp:cNvGraphicFramePr>
            <a:graphic>
              <a:graphicData uri="http://schemas.openxmlformats.org/drawingml/2006/picture">
                <pic:pic>
                  <pic:nvPicPr>
                    <pic:cNvPr id="0" name="web_047.jpg"/>
                    <pic:cNvPicPr/>
                  </pic:nvPicPr>
                  <pic:blipFill>
                    <a:blip r:embed="rId5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X34294_M3</w:t>
            </w:r>
          </w:p>
          <w:p>
            <w:pPr>
              <w:spacing w:before="0" w:after="22" w:line="240" w:lineRule="auto"/>
              <w:jc w:val="center"/>
            </w:pPr>
            <w:r>
              <w:rPr>
                <w:rFonts w:ascii="Aptos" w:hAnsi="Aptos"/>
                <w:b w:val="0"/>
                <w:color w:val="414141"/>
                <w:sz w:val="16"/>
              </w:rPr>
              <w:t>Definition  X(34294); M3 pedal triangle</w:t>
            </w:r>
          </w:p>
          <w:p>
            <w:pPr>
              <w:spacing w:before="0" w:after="22" w:line="240" w:lineRule="auto"/>
              <w:jc w:val="center"/>
            </w:pPr>
            <w:r>
              <w:rPr>
                <w:rFonts w:ascii="Aptos" w:hAnsi="Aptos"/>
                <w:b w:val="0"/>
                <w:color w:val="414141"/>
                <w:sz w:val="16"/>
              </w:rPr>
              <w:t>Neural score  58.567</w:t>
            </w:r>
          </w:p>
          <w:p>
            <w:pPr>
              <w:spacing w:before="0" w:after="22" w:line="240" w:lineRule="auto"/>
              <w:jc w:val="center"/>
            </w:pPr>
            <w:r>
              <w:rPr>
                <w:rFonts w:ascii="Aptos" w:hAnsi="Aptos"/>
                <w:b w:val="0"/>
                <w:color w:val="414141"/>
                <w:sz w:val="16"/>
              </w:rPr>
              <w:t>Code bits  4,769    q/random  0.2182</w:t>
            </w:r>
          </w:p>
          <w:p>
            <w:pPr>
              <w:spacing w:before="0" w:after="22" w:line="240" w:lineRule="auto"/>
              <w:jc w:val="center"/>
            </w:pPr>
            <w:r>
              <w:rPr>
                <w:rFonts w:ascii="Aptos" w:hAnsi="Aptos"/>
                <w:b w:val="0"/>
                <w:color w:val="414141"/>
                <w:sz w:val="16"/>
              </w:rPr>
              <w:t>Fitted taste  1.194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X14669_M3</w:t>
            </w:r>
          </w:p>
          <w:p>
            <w:pPr>
              <w:spacing w:before="0" w:after="22" w:line="240" w:lineRule="auto"/>
              <w:jc w:val="center"/>
            </w:pPr>
            <w:r>
              <w:rPr>
                <w:rFonts w:ascii="Aptos" w:hAnsi="Aptos"/>
                <w:b w:val="0"/>
                <w:color w:val="414141"/>
                <w:sz w:val="16"/>
              </w:rPr>
              <w:t>Definition  X(14669); M3 pedal triangle</w:t>
            </w:r>
          </w:p>
          <w:p>
            <w:pPr>
              <w:spacing w:before="0" w:after="22" w:line="240" w:lineRule="auto"/>
              <w:jc w:val="center"/>
            </w:pPr>
            <w:r>
              <w:rPr>
                <w:rFonts w:ascii="Aptos" w:hAnsi="Aptos"/>
                <w:b w:val="0"/>
                <w:color w:val="414141"/>
                <w:sz w:val="16"/>
              </w:rPr>
              <w:t>Code-bit rank  47    position  47</w:t>
            </w:r>
          </w:p>
          <w:p>
            <w:pPr>
              <w:spacing w:before="0" w:after="22" w:line="240" w:lineRule="auto"/>
              <w:jc w:val="center"/>
            </w:pPr>
            <w:r>
              <w:rPr>
                <w:rFonts w:ascii="Aptos" w:hAnsi="Aptos"/>
                <w:b w:val="0"/>
                <w:color w:val="414141"/>
                <w:sz w:val="16"/>
              </w:rPr>
              <w:t>Quadtree code bits  926</w:t>
            </w:r>
          </w:p>
          <w:p>
            <w:pPr>
              <w:spacing w:before="0" w:after="22" w:line="240" w:lineRule="auto"/>
              <w:jc w:val="center"/>
            </w:pPr>
            <w:r>
              <w:rPr>
                <w:rFonts w:ascii="Aptos" w:hAnsi="Aptos"/>
                <w:b w:val="0"/>
                <w:color w:val="414141"/>
                <w:sz w:val="16"/>
              </w:rPr>
              <w:t>q/random  0.07135    PNG/random  0.1455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X27810_M1</w:t>
            </w:r>
          </w:p>
          <w:p>
            <w:pPr>
              <w:spacing w:before="0" w:after="22" w:line="240" w:lineRule="auto"/>
              <w:jc w:val="center"/>
            </w:pPr>
            <w:r>
              <w:rPr>
                <w:rFonts w:ascii="Aptos" w:hAnsi="Aptos"/>
                <w:b w:val="0"/>
                <w:color w:val="414141"/>
                <w:sz w:val="16"/>
              </w:rPr>
              <w:t>Definition  X(27810); M1 cevian triangle</w:t>
            </w:r>
          </w:p>
          <w:p>
            <w:pPr>
              <w:spacing w:before="0" w:after="22" w:line="240" w:lineRule="auto"/>
              <w:jc w:val="center"/>
            </w:pPr>
            <w:r>
              <w:rPr>
                <w:rFonts w:ascii="Aptos" w:hAnsi="Aptos"/>
                <w:b w:val="0"/>
                <w:color w:val="414141"/>
                <w:sz w:val="16"/>
              </w:rPr>
              <w:t>Wundt position  47</w:t>
            </w:r>
          </w:p>
          <w:p>
            <w:pPr>
              <w:spacing w:before="0" w:after="22" w:line="240" w:lineRule="auto"/>
              <w:jc w:val="center"/>
            </w:pPr>
            <w:r>
              <w:rPr>
                <w:rFonts w:ascii="Aptos" w:hAnsi="Aptos"/>
                <w:b w:val="0"/>
                <w:color w:val="414141"/>
                <w:sz w:val="16"/>
              </w:rPr>
              <w:t>Wundt gate  0.998349</w:t>
            </w:r>
          </w:p>
          <w:p>
            <w:pPr>
              <w:spacing w:before="0" w:after="22" w:line="240" w:lineRule="auto"/>
              <w:jc w:val="center"/>
            </w:pPr>
            <w:r>
              <w:rPr>
                <w:rFonts w:ascii="Aptos" w:hAnsi="Aptos"/>
                <w:b w:val="0"/>
                <w:color w:val="414141"/>
                <w:sz w:val="16"/>
              </w:rPr>
              <w:t>q/random  0.5203    code bits  11,923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8" name="Picture 48" descr="Three triangle comparison: X45233_M3, X33239_M3, X26368_M3"/>
            <wp:cNvGraphicFramePr>
              <a:graphicFrameLocks noChangeAspect="1"/>
            </wp:cNvGraphicFramePr>
            <a:graphic>
              <a:graphicData uri="http://schemas.openxmlformats.org/drawingml/2006/picture">
                <pic:pic>
                  <pic:nvPicPr>
                    <pic:cNvPr id="0" name="web_048.jpg"/>
                    <pic:cNvPicPr/>
                  </pic:nvPicPr>
                  <pic:blipFill>
                    <a:blip r:embed="rId5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X45233_M3</w:t>
            </w:r>
          </w:p>
          <w:p>
            <w:pPr>
              <w:spacing w:before="0" w:after="22" w:line="240" w:lineRule="auto"/>
              <w:jc w:val="center"/>
            </w:pPr>
            <w:r>
              <w:rPr>
                <w:rFonts w:ascii="Aptos" w:hAnsi="Aptos"/>
                <w:b w:val="0"/>
                <w:color w:val="414141"/>
                <w:sz w:val="16"/>
              </w:rPr>
              <w:t>Definition  X(45233); M3 pedal triangle</w:t>
            </w:r>
          </w:p>
          <w:p>
            <w:pPr>
              <w:spacing w:before="0" w:after="22" w:line="240" w:lineRule="auto"/>
              <w:jc w:val="center"/>
            </w:pPr>
            <w:r>
              <w:rPr>
                <w:rFonts w:ascii="Aptos" w:hAnsi="Aptos"/>
                <w:b w:val="0"/>
                <w:color w:val="414141"/>
                <w:sz w:val="16"/>
              </w:rPr>
              <w:t>Neural score  58.475</w:t>
            </w:r>
          </w:p>
          <w:p>
            <w:pPr>
              <w:spacing w:before="0" w:after="22" w:line="240" w:lineRule="auto"/>
              <w:jc w:val="center"/>
            </w:pPr>
            <w:r>
              <w:rPr>
                <w:rFonts w:ascii="Aptos" w:hAnsi="Aptos"/>
                <w:b w:val="0"/>
                <w:color w:val="414141"/>
                <w:sz w:val="16"/>
              </w:rPr>
              <w:t>Code bits  7,702    q/random  0.3367</w:t>
            </w:r>
          </w:p>
          <w:p>
            <w:pPr>
              <w:spacing w:before="0" w:after="22" w:line="240" w:lineRule="auto"/>
              <w:jc w:val="center"/>
            </w:pPr>
            <w:r>
              <w:rPr>
                <w:rFonts w:ascii="Aptos" w:hAnsi="Aptos"/>
                <w:b w:val="0"/>
                <w:color w:val="414141"/>
                <w:sz w:val="16"/>
              </w:rPr>
              <w:t>Fitted taste  0.984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X33239_M3</w:t>
            </w:r>
          </w:p>
          <w:p>
            <w:pPr>
              <w:spacing w:before="0" w:after="22" w:line="240" w:lineRule="auto"/>
              <w:jc w:val="center"/>
            </w:pPr>
            <w:r>
              <w:rPr>
                <w:rFonts w:ascii="Aptos" w:hAnsi="Aptos"/>
                <w:b w:val="0"/>
                <w:color w:val="414141"/>
                <w:sz w:val="16"/>
              </w:rPr>
              <w:t>Definition  X(33239); M3 pedal triangle</w:t>
            </w:r>
          </w:p>
          <w:p>
            <w:pPr>
              <w:spacing w:before="0" w:after="22" w:line="240" w:lineRule="auto"/>
              <w:jc w:val="center"/>
            </w:pPr>
            <w:r>
              <w:rPr>
                <w:rFonts w:ascii="Aptos" w:hAnsi="Aptos"/>
                <w:b w:val="0"/>
                <w:color w:val="414141"/>
                <w:sz w:val="16"/>
              </w:rPr>
              <w:t>Code-bit rank  48    position  48</w:t>
            </w:r>
          </w:p>
          <w:p>
            <w:pPr>
              <w:spacing w:before="0" w:after="22" w:line="240" w:lineRule="auto"/>
              <w:jc w:val="center"/>
            </w:pPr>
            <w:r>
              <w:rPr>
                <w:rFonts w:ascii="Aptos" w:hAnsi="Aptos"/>
                <w:b w:val="0"/>
                <w:color w:val="414141"/>
                <w:sz w:val="16"/>
              </w:rPr>
              <w:t>Quadtree code bits  940</w:t>
            </w:r>
          </w:p>
          <w:p>
            <w:pPr>
              <w:spacing w:before="0" w:after="22" w:line="240" w:lineRule="auto"/>
              <w:jc w:val="center"/>
            </w:pPr>
            <w:r>
              <w:rPr>
                <w:rFonts w:ascii="Aptos" w:hAnsi="Aptos"/>
                <w:b w:val="0"/>
                <w:color w:val="414141"/>
                <w:sz w:val="16"/>
              </w:rPr>
              <w:t>q/random  0.06181    PNG/random  0.1954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X26368_M3</w:t>
            </w:r>
          </w:p>
          <w:p>
            <w:pPr>
              <w:spacing w:before="0" w:after="22" w:line="240" w:lineRule="auto"/>
              <w:jc w:val="center"/>
            </w:pPr>
            <w:r>
              <w:rPr>
                <w:rFonts w:ascii="Aptos" w:hAnsi="Aptos"/>
                <w:b w:val="0"/>
                <w:color w:val="414141"/>
                <w:sz w:val="16"/>
              </w:rPr>
              <w:t>Definition  X(26368); M3 pedal triangle</w:t>
            </w:r>
          </w:p>
          <w:p>
            <w:pPr>
              <w:spacing w:before="0" w:after="22" w:line="240" w:lineRule="auto"/>
              <w:jc w:val="center"/>
            </w:pPr>
            <w:r>
              <w:rPr>
                <w:rFonts w:ascii="Aptos" w:hAnsi="Aptos"/>
                <w:b w:val="0"/>
                <w:color w:val="414141"/>
                <w:sz w:val="16"/>
              </w:rPr>
              <w:t>Wundt position  48</w:t>
            </w:r>
          </w:p>
          <w:p>
            <w:pPr>
              <w:spacing w:before="0" w:after="22" w:line="240" w:lineRule="auto"/>
              <w:jc w:val="center"/>
            </w:pPr>
            <w:r>
              <w:rPr>
                <w:rFonts w:ascii="Aptos" w:hAnsi="Aptos"/>
                <w:b w:val="0"/>
                <w:color w:val="414141"/>
                <w:sz w:val="16"/>
              </w:rPr>
              <w:t>Wundt gate  0.998281</w:t>
            </w:r>
          </w:p>
          <w:p>
            <w:pPr>
              <w:spacing w:before="0" w:after="22" w:line="240" w:lineRule="auto"/>
              <w:jc w:val="center"/>
            </w:pPr>
            <w:r>
              <w:rPr>
                <w:rFonts w:ascii="Aptos" w:hAnsi="Aptos"/>
                <w:b w:val="0"/>
                <w:color w:val="414141"/>
                <w:sz w:val="16"/>
              </w:rPr>
              <w:t>q/random  0.5207    code bits  12,133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49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49" name="Picture 49" descr="Three triangle comparison: X53167_M3, X3552_M3, X8523_M3"/>
            <wp:cNvGraphicFramePr>
              <a:graphicFrameLocks noChangeAspect="1"/>
            </wp:cNvGraphicFramePr>
            <a:graphic>
              <a:graphicData uri="http://schemas.openxmlformats.org/drawingml/2006/picture">
                <pic:pic>
                  <pic:nvPicPr>
                    <pic:cNvPr id="0" name="web_049.jpg"/>
                    <pic:cNvPicPr/>
                  </pic:nvPicPr>
                  <pic:blipFill>
                    <a:blip r:embed="rId5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49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49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49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X53167_M3</w:t>
            </w:r>
          </w:p>
          <w:p>
            <w:pPr>
              <w:spacing w:before="0" w:after="22" w:line="240" w:lineRule="auto"/>
              <w:jc w:val="center"/>
            </w:pPr>
            <w:r>
              <w:rPr>
                <w:rFonts w:ascii="Aptos" w:hAnsi="Aptos"/>
                <w:b w:val="0"/>
                <w:color w:val="414141"/>
                <w:sz w:val="16"/>
              </w:rPr>
              <w:t>Definition  X(53167); M3 pedal triangle</w:t>
            </w:r>
          </w:p>
          <w:p>
            <w:pPr>
              <w:spacing w:before="0" w:after="22" w:line="240" w:lineRule="auto"/>
              <w:jc w:val="center"/>
            </w:pPr>
            <w:r>
              <w:rPr>
                <w:rFonts w:ascii="Aptos" w:hAnsi="Aptos"/>
                <w:b w:val="0"/>
                <w:color w:val="414141"/>
                <w:sz w:val="16"/>
              </w:rPr>
              <w:t>Neural score  58.444</w:t>
            </w:r>
          </w:p>
          <w:p>
            <w:pPr>
              <w:spacing w:before="0" w:after="22" w:line="240" w:lineRule="auto"/>
              <w:jc w:val="center"/>
            </w:pPr>
            <w:r>
              <w:rPr>
                <w:rFonts w:ascii="Aptos" w:hAnsi="Aptos"/>
                <w:b w:val="0"/>
                <w:color w:val="414141"/>
                <w:sz w:val="16"/>
              </w:rPr>
              <w:t>Code bits  5,315    q/random  0.2396</w:t>
            </w:r>
          </w:p>
          <w:p>
            <w:pPr>
              <w:spacing w:before="0" w:after="22" w:line="240" w:lineRule="auto"/>
              <w:jc w:val="center"/>
            </w:pPr>
            <w:r>
              <w:rPr>
                <w:rFonts w:ascii="Aptos" w:hAnsi="Aptos"/>
                <w:b w:val="0"/>
                <w:color w:val="414141"/>
                <w:sz w:val="16"/>
              </w:rPr>
              <w:t>Fitted taste  1.094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X3552_M3</w:t>
            </w:r>
          </w:p>
          <w:p>
            <w:pPr>
              <w:spacing w:before="0" w:after="22" w:line="240" w:lineRule="auto"/>
              <w:jc w:val="center"/>
            </w:pPr>
            <w:r>
              <w:rPr>
                <w:rFonts w:ascii="Aptos" w:hAnsi="Aptos"/>
                <w:b w:val="0"/>
                <w:color w:val="414141"/>
                <w:sz w:val="16"/>
              </w:rPr>
              <w:t>Definition  X(3552); M3 pedal triangle</w:t>
            </w:r>
          </w:p>
          <w:p>
            <w:pPr>
              <w:spacing w:before="0" w:after="22" w:line="240" w:lineRule="auto"/>
              <w:jc w:val="center"/>
            </w:pPr>
            <w:r>
              <w:rPr>
                <w:rFonts w:ascii="Aptos" w:hAnsi="Aptos"/>
                <w:b w:val="0"/>
                <w:color w:val="414141"/>
                <w:sz w:val="16"/>
              </w:rPr>
              <w:t>Code-bit rank  49    position  49</w:t>
            </w:r>
          </w:p>
          <w:p>
            <w:pPr>
              <w:spacing w:before="0" w:after="22" w:line="240" w:lineRule="auto"/>
              <w:jc w:val="center"/>
            </w:pPr>
            <w:r>
              <w:rPr>
                <w:rFonts w:ascii="Aptos" w:hAnsi="Aptos"/>
                <w:b w:val="0"/>
                <w:color w:val="414141"/>
                <w:sz w:val="16"/>
              </w:rPr>
              <w:t>Quadtree code bits  961</w:t>
            </w:r>
          </w:p>
          <w:p>
            <w:pPr>
              <w:spacing w:before="0" w:after="22" w:line="240" w:lineRule="auto"/>
              <w:jc w:val="center"/>
            </w:pPr>
            <w:r>
              <w:rPr>
                <w:rFonts w:ascii="Aptos" w:hAnsi="Aptos"/>
                <w:b w:val="0"/>
                <w:color w:val="414141"/>
                <w:sz w:val="16"/>
              </w:rPr>
              <w:t>q/random  0.06867    PNG/random  0.2048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X8523_M3</w:t>
            </w:r>
          </w:p>
          <w:p>
            <w:pPr>
              <w:spacing w:before="0" w:after="22" w:line="240" w:lineRule="auto"/>
              <w:jc w:val="center"/>
            </w:pPr>
            <w:r>
              <w:rPr>
                <w:rFonts w:ascii="Aptos" w:hAnsi="Aptos"/>
                <w:b w:val="0"/>
                <w:color w:val="414141"/>
                <w:sz w:val="16"/>
              </w:rPr>
              <w:t>Definition  X(8523); M3 pedal triangle</w:t>
            </w:r>
          </w:p>
          <w:p>
            <w:pPr>
              <w:spacing w:before="0" w:after="22" w:line="240" w:lineRule="auto"/>
              <w:jc w:val="center"/>
            </w:pPr>
            <w:r>
              <w:rPr>
                <w:rFonts w:ascii="Aptos" w:hAnsi="Aptos"/>
                <w:b w:val="0"/>
                <w:color w:val="414141"/>
                <w:sz w:val="16"/>
              </w:rPr>
              <w:t>Wundt position  49</w:t>
            </w:r>
          </w:p>
          <w:p>
            <w:pPr>
              <w:spacing w:before="0" w:after="22" w:line="240" w:lineRule="auto"/>
              <w:jc w:val="center"/>
            </w:pPr>
            <w:r>
              <w:rPr>
                <w:rFonts w:ascii="Aptos" w:hAnsi="Aptos"/>
                <w:b w:val="0"/>
                <w:color w:val="414141"/>
                <w:sz w:val="16"/>
              </w:rPr>
              <w:t>Wundt gate  0.998273</w:t>
            </w:r>
          </w:p>
          <w:p>
            <w:pPr>
              <w:spacing w:before="0" w:after="22" w:line="240" w:lineRule="auto"/>
              <w:jc w:val="center"/>
            </w:pPr>
            <w:r>
              <w:rPr>
                <w:rFonts w:ascii="Aptos" w:hAnsi="Aptos"/>
                <w:b w:val="0"/>
                <w:color w:val="414141"/>
                <w:sz w:val="16"/>
              </w:rPr>
              <w:t>q/random  0.4792    code bits  10,901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0" name="Picture 50" descr="Three triangle comparison: X41051_M3, X36998_M3, X66820_M3"/>
            <wp:cNvGraphicFramePr>
              <a:graphicFrameLocks noChangeAspect="1"/>
            </wp:cNvGraphicFramePr>
            <a:graphic>
              <a:graphicData uri="http://schemas.openxmlformats.org/drawingml/2006/picture">
                <pic:pic>
                  <pic:nvPicPr>
                    <pic:cNvPr id="0" name="web_050.jpg"/>
                    <pic:cNvPicPr/>
                  </pic:nvPicPr>
                  <pic:blipFill>
                    <a:blip r:embed="rId5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X41051_M3</w:t>
            </w:r>
          </w:p>
          <w:p>
            <w:pPr>
              <w:spacing w:before="0" w:after="22" w:line="240" w:lineRule="auto"/>
              <w:jc w:val="center"/>
            </w:pPr>
            <w:r>
              <w:rPr>
                <w:rFonts w:ascii="Aptos" w:hAnsi="Aptos"/>
                <w:b w:val="0"/>
                <w:color w:val="414141"/>
                <w:sz w:val="16"/>
              </w:rPr>
              <w:t>Definition  X(41051); M3 pedal triangle</w:t>
            </w:r>
          </w:p>
          <w:p>
            <w:pPr>
              <w:spacing w:before="0" w:after="22" w:line="240" w:lineRule="auto"/>
              <w:jc w:val="center"/>
            </w:pPr>
            <w:r>
              <w:rPr>
                <w:rFonts w:ascii="Aptos" w:hAnsi="Aptos"/>
                <w:b w:val="0"/>
                <w:color w:val="414141"/>
                <w:sz w:val="16"/>
              </w:rPr>
              <w:t>Neural score  58.419</w:t>
            </w:r>
          </w:p>
          <w:p>
            <w:pPr>
              <w:spacing w:before="0" w:after="22" w:line="240" w:lineRule="auto"/>
              <w:jc w:val="center"/>
            </w:pPr>
            <w:r>
              <w:rPr>
                <w:rFonts w:ascii="Aptos" w:hAnsi="Aptos"/>
                <w:b w:val="0"/>
                <w:color w:val="414141"/>
                <w:sz w:val="16"/>
              </w:rPr>
              <w:t>Code bits  3,383    q/random  0.2182</w:t>
            </w:r>
          </w:p>
          <w:p>
            <w:pPr>
              <w:spacing w:before="0" w:after="22" w:line="240" w:lineRule="auto"/>
              <w:jc w:val="center"/>
            </w:pPr>
            <w:r>
              <w:rPr>
                <w:rFonts w:ascii="Aptos" w:hAnsi="Aptos"/>
                <w:b w:val="0"/>
                <w:color w:val="414141"/>
                <w:sz w:val="16"/>
              </w:rPr>
              <w:t>Fitted taste  0.505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X36998_M3</w:t>
            </w:r>
          </w:p>
          <w:p>
            <w:pPr>
              <w:spacing w:before="0" w:after="22" w:line="240" w:lineRule="auto"/>
              <w:jc w:val="center"/>
            </w:pPr>
            <w:r>
              <w:rPr>
                <w:rFonts w:ascii="Aptos" w:hAnsi="Aptos"/>
                <w:b w:val="0"/>
                <w:color w:val="414141"/>
                <w:sz w:val="16"/>
              </w:rPr>
              <w:t>Definition  X(36998); M3 pedal triangle</w:t>
            </w:r>
          </w:p>
          <w:p>
            <w:pPr>
              <w:spacing w:before="0" w:after="22" w:line="240" w:lineRule="auto"/>
              <w:jc w:val="center"/>
            </w:pPr>
            <w:r>
              <w:rPr>
                <w:rFonts w:ascii="Aptos" w:hAnsi="Aptos"/>
                <w:b w:val="0"/>
                <w:color w:val="414141"/>
                <w:sz w:val="16"/>
              </w:rPr>
              <w:t>Code-bit rank  49    position  50</w:t>
            </w:r>
          </w:p>
          <w:p>
            <w:pPr>
              <w:spacing w:before="0" w:after="22" w:line="240" w:lineRule="auto"/>
              <w:jc w:val="center"/>
            </w:pPr>
            <w:r>
              <w:rPr>
                <w:rFonts w:ascii="Aptos" w:hAnsi="Aptos"/>
                <w:b w:val="0"/>
                <w:color w:val="414141"/>
                <w:sz w:val="16"/>
              </w:rPr>
              <w:t>Quadtree code bits  961</w:t>
            </w:r>
          </w:p>
          <w:p>
            <w:pPr>
              <w:spacing w:before="0" w:after="22" w:line="240" w:lineRule="auto"/>
              <w:jc w:val="center"/>
            </w:pPr>
            <w:r>
              <w:rPr>
                <w:rFonts w:ascii="Aptos" w:hAnsi="Aptos"/>
                <w:b w:val="0"/>
                <w:color w:val="414141"/>
                <w:sz w:val="16"/>
              </w:rPr>
              <w:t>q/random  0.07842    PNG/random  0.1918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X66820_M3</w:t>
            </w:r>
          </w:p>
          <w:p>
            <w:pPr>
              <w:spacing w:before="0" w:after="22" w:line="240" w:lineRule="auto"/>
              <w:jc w:val="center"/>
            </w:pPr>
            <w:r>
              <w:rPr>
                <w:rFonts w:ascii="Aptos" w:hAnsi="Aptos"/>
                <w:b w:val="0"/>
                <w:color w:val="414141"/>
                <w:sz w:val="16"/>
              </w:rPr>
              <w:t>Definition  X(66820); M3 pedal triangle</w:t>
            </w:r>
          </w:p>
          <w:p>
            <w:pPr>
              <w:spacing w:before="0" w:after="22" w:line="240" w:lineRule="auto"/>
              <w:jc w:val="center"/>
            </w:pPr>
            <w:r>
              <w:rPr>
                <w:rFonts w:ascii="Aptos" w:hAnsi="Aptos"/>
                <w:b w:val="0"/>
                <w:color w:val="414141"/>
                <w:sz w:val="16"/>
              </w:rPr>
              <w:t>Wundt position  50</w:t>
            </w:r>
          </w:p>
          <w:p>
            <w:pPr>
              <w:spacing w:before="0" w:after="22" w:line="240" w:lineRule="auto"/>
              <w:jc w:val="center"/>
            </w:pPr>
            <w:r>
              <w:rPr>
                <w:rFonts w:ascii="Aptos" w:hAnsi="Aptos"/>
                <w:b w:val="0"/>
                <w:color w:val="414141"/>
                <w:sz w:val="16"/>
              </w:rPr>
              <w:t>Wundt gate  0.998221</w:t>
            </w:r>
          </w:p>
          <w:p>
            <w:pPr>
              <w:spacing w:before="0" w:after="22" w:line="240" w:lineRule="auto"/>
              <w:jc w:val="center"/>
            </w:pPr>
            <w:r>
              <w:rPr>
                <w:rFonts w:ascii="Aptos" w:hAnsi="Aptos"/>
                <w:b w:val="0"/>
                <w:color w:val="414141"/>
                <w:sz w:val="16"/>
              </w:rPr>
              <w:t>q/random  0.5211    code bits  11,762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1" name="Picture 51" descr="Three triangle comparison: X2700_M1, X55480_M3, X17198_M3"/>
            <wp:cNvGraphicFramePr>
              <a:graphicFrameLocks noChangeAspect="1"/>
            </wp:cNvGraphicFramePr>
            <a:graphic>
              <a:graphicData uri="http://schemas.openxmlformats.org/drawingml/2006/picture">
                <pic:pic>
                  <pic:nvPicPr>
                    <pic:cNvPr id="0" name="web_051.jpg"/>
                    <pic:cNvPicPr/>
                  </pic:nvPicPr>
                  <pic:blipFill>
                    <a:blip r:embed="rId5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X2700_M1</w:t>
            </w:r>
          </w:p>
          <w:p>
            <w:pPr>
              <w:spacing w:before="0" w:after="22" w:line="240" w:lineRule="auto"/>
              <w:jc w:val="center"/>
            </w:pPr>
            <w:r>
              <w:rPr>
                <w:rFonts w:ascii="Aptos" w:hAnsi="Aptos"/>
                <w:b w:val="0"/>
                <w:color w:val="414141"/>
                <w:sz w:val="16"/>
              </w:rPr>
              <w:t>Definition  X(2700); M1 cevian triangle</w:t>
            </w:r>
          </w:p>
          <w:p>
            <w:pPr>
              <w:spacing w:before="0" w:after="22" w:line="240" w:lineRule="auto"/>
              <w:jc w:val="center"/>
            </w:pPr>
            <w:r>
              <w:rPr>
                <w:rFonts w:ascii="Aptos" w:hAnsi="Aptos"/>
                <w:b w:val="0"/>
                <w:color w:val="414141"/>
                <w:sz w:val="16"/>
              </w:rPr>
              <w:t>Neural score  58.402</w:t>
            </w:r>
          </w:p>
          <w:p>
            <w:pPr>
              <w:spacing w:before="0" w:after="22" w:line="240" w:lineRule="auto"/>
              <w:jc w:val="center"/>
            </w:pPr>
            <w:r>
              <w:rPr>
                <w:rFonts w:ascii="Aptos" w:hAnsi="Aptos"/>
                <w:b w:val="0"/>
                <w:color w:val="414141"/>
                <w:sz w:val="16"/>
              </w:rPr>
              <w:t>Code bits  8,108    q/random  0.3623</w:t>
            </w:r>
          </w:p>
          <w:p>
            <w:pPr>
              <w:spacing w:before="0" w:after="22" w:line="240" w:lineRule="auto"/>
              <w:jc w:val="center"/>
            </w:pPr>
            <w:r>
              <w:rPr>
                <w:rFonts w:ascii="Aptos" w:hAnsi="Aptos"/>
                <w:b w:val="0"/>
                <w:color w:val="414141"/>
                <w:sz w:val="16"/>
              </w:rPr>
              <w:t>Fitted taste  1.060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X55480_M3</w:t>
            </w:r>
          </w:p>
          <w:p>
            <w:pPr>
              <w:spacing w:before="0" w:after="22" w:line="240" w:lineRule="auto"/>
              <w:jc w:val="center"/>
            </w:pPr>
            <w:r>
              <w:rPr>
                <w:rFonts w:ascii="Aptos" w:hAnsi="Aptos"/>
                <w:b w:val="0"/>
                <w:color w:val="414141"/>
                <w:sz w:val="16"/>
              </w:rPr>
              <w:t>Definition  X(55480); M3 pedal triangle</w:t>
            </w:r>
          </w:p>
          <w:p>
            <w:pPr>
              <w:spacing w:before="0" w:after="22" w:line="240" w:lineRule="auto"/>
              <w:jc w:val="center"/>
            </w:pPr>
            <w:r>
              <w:rPr>
                <w:rFonts w:ascii="Aptos" w:hAnsi="Aptos"/>
                <w:b w:val="0"/>
                <w:color w:val="414141"/>
                <w:sz w:val="16"/>
              </w:rPr>
              <w:t>Code-bit rank  49    position  51</w:t>
            </w:r>
          </w:p>
          <w:p>
            <w:pPr>
              <w:spacing w:before="0" w:after="22" w:line="240" w:lineRule="auto"/>
              <w:jc w:val="center"/>
            </w:pPr>
            <w:r>
              <w:rPr>
                <w:rFonts w:ascii="Aptos" w:hAnsi="Aptos"/>
                <w:b w:val="0"/>
                <w:color w:val="414141"/>
                <w:sz w:val="16"/>
              </w:rPr>
              <w:t>Quadtree code bits  961</w:t>
            </w:r>
          </w:p>
          <w:p>
            <w:pPr>
              <w:spacing w:before="0" w:after="22" w:line="240" w:lineRule="auto"/>
              <w:jc w:val="center"/>
            </w:pPr>
            <w:r>
              <w:rPr>
                <w:rFonts w:ascii="Aptos" w:hAnsi="Aptos"/>
                <w:b w:val="0"/>
                <w:color w:val="414141"/>
                <w:sz w:val="16"/>
              </w:rPr>
              <w:t>q/random  0.05805    PNG/random  0.1742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X17198_M3</w:t>
            </w:r>
          </w:p>
          <w:p>
            <w:pPr>
              <w:spacing w:before="0" w:after="22" w:line="240" w:lineRule="auto"/>
              <w:jc w:val="center"/>
            </w:pPr>
            <w:r>
              <w:rPr>
                <w:rFonts w:ascii="Aptos" w:hAnsi="Aptos"/>
                <w:b w:val="0"/>
                <w:color w:val="414141"/>
                <w:sz w:val="16"/>
              </w:rPr>
              <w:t>Definition  X(17198); M3 pedal triangle</w:t>
            </w:r>
          </w:p>
          <w:p>
            <w:pPr>
              <w:spacing w:before="0" w:after="22" w:line="240" w:lineRule="auto"/>
              <w:jc w:val="center"/>
            </w:pPr>
            <w:r>
              <w:rPr>
                <w:rFonts w:ascii="Aptos" w:hAnsi="Aptos"/>
                <w:b w:val="0"/>
                <w:color w:val="414141"/>
                <w:sz w:val="16"/>
              </w:rPr>
              <w:t>Wundt position  51</w:t>
            </w:r>
          </w:p>
          <w:p>
            <w:pPr>
              <w:spacing w:before="0" w:after="22" w:line="240" w:lineRule="auto"/>
              <w:jc w:val="center"/>
            </w:pPr>
            <w:r>
              <w:rPr>
                <w:rFonts w:ascii="Aptos" w:hAnsi="Aptos"/>
                <w:b w:val="0"/>
                <w:color w:val="414141"/>
                <w:sz w:val="16"/>
              </w:rPr>
              <w:t>Wundt gate  0.998107</w:t>
            </w:r>
          </w:p>
          <w:p>
            <w:pPr>
              <w:spacing w:before="0" w:after="22" w:line="240" w:lineRule="auto"/>
              <w:jc w:val="center"/>
            </w:pPr>
            <w:r>
              <w:rPr>
                <w:rFonts w:ascii="Aptos" w:hAnsi="Aptos"/>
                <w:b w:val="0"/>
                <w:color w:val="414141"/>
                <w:sz w:val="16"/>
              </w:rPr>
              <w:t>q/random  0.4782    code bits  10,929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2" name="Picture 52" descr="Three triangle comparison: X31771_M3, X46482_M3, X1724_M3"/>
            <wp:cNvGraphicFramePr>
              <a:graphicFrameLocks noChangeAspect="1"/>
            </wp:cNvGraphicFramePr>
            <a:graphic>
              <a:graphicData uri="http://schemas.openxmlformats.org/drawingml/2006/picture">
                <pic:pic>
                  <pic:nvPicPr>
                    <pic:cNvPr id="0" name="web_052.jpg"/>
                    <pic:cNvPicPr/>
                  </pic:nvPicPr>
                  <pic:blipFill>
                    <a:blip r:embed="rId6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X31771_M3</w:t>
            </w:r>
          </w:p>
          <w:p>
            <w:pPr>
              <w:spacing w:before="0" w:after="22" w:line="240" w:lineRule="auto"/>
              <w:jc w:val="center"/>
            </w:pPr>
            <w:r>
              <w:rPr>
                <w:rFonts w:ascii="Aptos" w:hAnsi="Aptos"/>
                <w:b w:val="0"/>
                <w:color w:val="414141"/>
                <w:sz w:val="16"/>
              </w:rPr>
              <w:t>Definition  X(31771); M3 pedal triangle</w:t>
            </w:r>
          </w:p>
          <w:p>
            <w:pPr>
              <w:spacing w:before="0" w:after="22" w:line="240" w:lineRule="auto"/>
              <w:jc w:val="center"/>
            </w:pPr>
            <w:r>
              <w:rPr>
                <w:rFonts w:ascii="Aptos" w:hAnsi="Aptos"/>
                <w:b w:val="0"/>
                <w:color w:val="414141"/>
                <w:sz w:val="16"/>
              </w:rPr>
              <w:t>Neural score  58.320</w:t>
            </w:r>
          </w:p>
          <w:p>
            <w:pPr>
              <w:spacing w:before="0" w:after="22" w:line="240" w:lineRule="auto"/>
              <w:jc w:val="center"/>
            </w:pPr>
            <w:r>
              <w:rPr>
                <w:rFonts w:ascii="Aptos" w:hAnsi="Aptos"/>
                <w:b w:val="0"/>
                <w:color w:val="414141"/>
                <w:sz w:val="16"/>
              </w:rPr>
              <w:t>Code bits  4,468    q/random  0.1993</w:t>
            </w:r>
          </w:p>
          <w:p>
            <w:pPr>
              <w:spacing w:before="0" w:after="22" w:line="240" w:lineRule="auto"/>
              <w:jc w:val="center"/>
            </w:pPr>
            <w:r>
              <w:rPr>
                <w:rFonts w:ascii="Aptos" w:hAnsi="Aptos"/>
                <w:b w:val="0"/>
                <w:color w:val="414141"/>
                <w:sz w:val="16"/>
              </w:rPr>
              <w:t>Fitted taste  1.003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X46482_M3</w:t>
            </w:r>
          </w:p>
          <w:p>
            <w:pPr>
              <w:spacing w:before="0" w:after="22" w:line="240" w:lineRule="auto"/>
              <w:jc w:val="center"/>
            </w:pPr>
            <w:r>
              <w:rPr>
                <w:rFonts w:ascii="Aptos" w:hAnsi="Aptos"/>
                <w:b w:val="0"/>
                <w:color w:val="414141"/>
                <w:sz w:val="16"/>
              </w:rPr>
              <w:t>Definition  X(46482); M3 pedal triangle</w:t>
            </w:r>
          </w:p>
          <w:p>
            <w:pPr>
              <w:spacing w:before="0" w:after="22" w:line="240" w:lineRule="auto"/>
              <w:jc w:val="center"/>
            </w:pPr>
            <w:r>
              <w:rPr>
                <w:rFonts w:ascii="Aptos" w:hAnsi="Aptos"/>
                <w:b w:val="0"/>
                <w:color w:val="414141"/>
                <w:sz w:val="16"/>
              </w:rPr>
              <w:t>Code-bit rank  52    position  52</w:t>
            </w:r>
          </w:p>
          <w:p>
            <w:pPr>
              <w:spacing w:before="0" w:after="22" w:line="240" w:lineRule="auto"/>
              <w:jc w:val="center"/>
            </w:pPr>
            <w:r>
              <w:rPr>
                <w:rFonts w:ascii="Aptos" w:hAnsi="Aptos"/>
                <w:b w:val="0"/>
                <w:color w:val="414141"/>
                <w:sz w:val="16"/>
              </w:rPr>
              <w:t>Quadtree code bits  968</w:t>
            </w:r>
          </w:p>
          <w:p>
            <w:pPr>
              <w:spacing w:before="0" w:after="22" w:line="240" w:lineRule="auto"/>
              <w:jc w:val="center"/>
            </w:pPr>
            <w:r>
              <w:rPr>
                <w:rFonts w:ascii="Aptos" w:hAnsi="Aptos"/>
                <w:b w:val="0"/>
                <w:color w:val="414141"/>
                <w:sz w:val="16"/>
              </w:rPr>
              <w:t>q/random  0.07570    PNG/random  0.1730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X1724_M3</w:t>
            </w:r>
          </w:p>
          <w:p>
            <w:pPr>
              <w:spacing w:before="0" w:after="22" w:line="240" w:lineRule="auto"/>
              <w:jc w:val="center"/>
            </w:pPr>
            <w:r>
              <w:rPr>
                <w:rFonts w:ascii="Aptos" w:hAnsi="Aptos"/>
                <w:b w:val="0"/>
                <w:color w:val="414141"/>
                <w:sz w:val="16"/>
              </w:rPr>
              <w:t>Definition  X(1724); M3 pedal triangle</w:t>
            </w:r>
          </w:p>
          <w:p>
            <w:pPr>
              <w:spacing w:before="0" w:after="22" w:line="240" w:lineRule="auto"/>
              <w:jc w:val="center"/>
            </w:pPr>
            <w:r>
              <w:rPr>
                <w:rFonts w:ascii="Aptos" w:hAnsi="Aptos"/>
                <w:b w:val="0"/>
                <w:color w:val="414141"/>
                <w:sz w:val="16"/>
              </w:rPr>
              <w:t>Wundt position  52</w:t>
            </w:r>
          </w:p>
          <w:p>
            <w:pPr>
              <w:spacing w:before="0" w:after="22" w:line="240" w:lineRule="auto"/>
              <w:jc w:val="center"/>
            </w:pPr>
            <w:r>
              <w:rPr>
                <w:rFonts w:ascii="Aptos" w:hAnsi="Aptos"/>
                <w:b w:val="0"/>
                <w:color w:val="414141"/>
                <w:sz w:val="16"/>
              </w:rPr>
              <w:t>Wundt gate  0.998084</w:t>
            </w:r>
          </w:p>
          <w:p>
            <w:pPr>
              <w:spacing w:before="0" w:after="22" w:line="240" w:lineRule="auto"/>
              <w:jc w:val="center"/>
            </w:pPr>
            <w:r>
              <w:rPr>
                <w:rFonts w:ascii="Aptos" w:hAnsi="Aptos"/>
                <w:b w:val="0"/>
                <w:color w:val="414141"/>
                <w:sz w:val="16"/>
              </w:rPr>
              <w:t>q/random  0.5219    code bits  11,937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3" name="Picture 53" descr="Three triangle comparison: X30465_M3, X6959_M3, X65054_M1"/>
            <wp:cNvGraphicFramePr>
              <a:graphicFrameLocks noChangeAspect="1"/>
            </wp:cNvGraphicFramePr>
            <a:graphic>
              <a:graphicData uri="http://schemas.openxmlformats.org/drawingml/2006/picture">
                <pic:pic>
                  <pic:nvPicPr>
                    <pic:cNvPr id="0" name="web_053.jpg"/>
                    <pic:cNvPicPr/>
                  </pic:nvPicPr>
                  <pic:blipFill>
                    <a:blip r:embed="rId6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X30465_M3</w:t>
            </w:r>
          </w:p>
          <w:p>
            <w:pPr>
              <w:spacing w:before="0" w:after="22" w:line="240" w:lineRule="auto"/>
              <w:jc w:val="center"/>
            </w:pPr>
            <w:r>
              <w:rPr>
                <w:rFonts w:ascii="Aptos" w:hAnsi="Aptos"/>
                <w:b w:val="0"/>
                <w:color w:val="414141"/>
                <w:sz w:val="16"/>
              </w:rPr>
              <w:t>Definition  X(30465); M3 pedal triangle</w:t>
            </w:r>
          </w:p>
          <w:p>
            <w:pPr>
              <w:spacing w:before="0" w:after="22" w:line="240" w:lineRule="auto"/>
              <w:jc w:val="center"/>
            </w:pPr>
            <w:r>
              <w:rPr>
                <w:rFonts w:ascii="Aptos" w:hAnsi="Aptos"/>
                <w:b w:val="0"/>
                <w:color w:val="414141"/>
                <w:sz w:val="16"/>
              </w:rPr>
              <w:t>Neural score  58.285</w:t>
            </w:r>
          </w:p>
          <w:p>
            <w:pPr>
              <w:spacing w:before="0" w:after="22" w:line="240" w:lineRule="auto"/>
              <w:jc w:val="center"/>
            </w:pPr>
            <w:r>
              <w:rPr>
                <w:rFonts w:ascii="Aptos" w:hAnsi="Aptos"/>
                <w:b w:val="0"/>
                <w:color w:val="414141"/>
                <w:sz w:val="16"/>
              </w:rPr>
              <w:t>Code bits  4,706    q/random  0.2211</w:t>
            </w:r>
          </w:p>
          <w:p>
            <w:pPr>
              <w:spacing w:before="0" w:after="22" w:line="240" w:lineRule="auto"/>
              <w:jc w:val="center"/>
            </w:pPr>
            <w:r>
              <w:rPr>
                <w:rFonts w:ascii="Aptos" w:hAnsi="Aptos"/>
                <w:b w:val="0"/>
                <w:color w:val="414141"/>
                <w:sz w:val="16"/>
              </w:rPr>
              <w:t>Fitted taste  0.836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X6959_M3</w:t>
            </w:r>
          </w:p>
          <w:p>
            <w:pPr>
              <w:spacing w:before="0" w:after="22" w:line="240" w:lineRule="auto"/>
              <w:jc w:val="center"/>
            </w:pPr>
            <w:r>
              <w:rPr>
                <w:rFonts w:ascii="Aptos" w:hAnsi="Aptos"/>
                <w:b w:val="0"/>
                <w:color w:val="414141"/>
                <w:sz w:val="16"/>
              </w:rPr>
              <w:t>Definition  X(6959); M3 pedal triangle</w:t>
            </w:r>
          </w:p>
          <w:p>
            <w:pPr>
              <w:spacing w:before="0" w:after="22" w:line="240" w:lineRule="auto"/>
              <w:jc w:val="center"/>
            </w:pPr>
            <w:r>
              <w:rPr>
                <w:rFonts w:ascii="Aptos" w:hAnsi="Aptos"/>
                <w:b w:val="0"/>
                <w:color w:val="414141"/>
                <w:sz w:val="16"/>
              </w:rPr>
              <w:t>Code-bit rank  52    position  53</w:t>
            </w:r>
          </w:p>
          <w:p>
            <w:pPr>
              <w:spacing w:before="0" w:after="22" w:line="240" w:lineRule="auto"/>
              <w:jc w:val="center"/>
            </w:pPr>
            <w:r>
              <w:rPr>
                <w:rFonts w:ascii="Aptos" w:hAnsi="Aptos"/>
                <w:b w:val="0"/>
                <w:color w:val="414141"/>
                <w:sz w:val="16"/>
              </w:rPr>
              <w:t>Quadtree code bits  968</w:t>
            </w:r>
          </w:p>
          <w:p>
            <w:pPr>
              <w:spacing w:before="0" w:after="22" w:line="240" w:lineRule="auto"/>
              <w:jc w:val="center"/>
            </w:pPr>
            <w:r>
              <w:rPr>
                <w:rFonts w:ascii="Aptos" w:hAnsi="Aptos"/>
                <w:b w:val="0"/>
                <w:color w:val="414141"/>
                <w:sz w:val="16"/>
              </w:rPr>
              <w:t>q/random  0.05772    PNG/random  0.1879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X65054_M1</w:t>
            </w:r>
          </w:p>
          <w:p>
            <w:pPr>
              <w:spacing w:before="0" w:after="22" w:line="240" w:lineRule="auto"/>
              <w:jc w:val="center"/>
            </w:pPr>
            <w:r>
              <w:rPr>
                <w:rFonts w:ascii="Aptos" w:hAnsi="Aptos"/>
                <w:b w:val="0"/>
                <w:color w:val="414141"/>
                <w:sz w:val="16"/>
              </w:rPr>
              <w:t>Definition  X(65054); M1 cevian triangle</w:t>
            </w:r>
          </w:p>
          <w:p>
            <w:pPr>
              <w:spacing w:before="0" w:after="22" w:line="240" w:lineRule="auto"/>
              <w:jc w:val="center"/>
            </w:pPr>
            <w:r>
              <w:rPr>
                <w:rFonts w:ascii="Aptos" w:hAnsi="Aptos"/>
                <w:b w:val="0"/>
                <w:color w:val="414141"/>
                <w:sz w:val="16"/>
              </w:rPr>
              <w:t>Wundt position  53</w:t>
            </w:r>
          </w:p>
          <w:p>
            <w:pPr>
              <w:spacing w:before="0" w:after="22" w:line="240" w:lineRule="auto"/>
              <w:jc w:val="center"/>
            </w:pPr>
            <w:r>
              <w:rPr>
                <w:rFonts w:ascii="Aptos" w:hAnsi="Aptos"/>
                <w:b w:val="0"/>
                <w:color w:val="414141"/>
                <w:sz w:val="16"/>
              </w:rPr>
              <w:t>Wundt gate  0.997808</w:t>
            </w:r>
          </w:p>
          <w:p>
            <w:pPr>
              <w:spacing w:before="0" w:after="22" w:line="240" w:lineRule="auto"/>
              <w:jc w:val="center"/>
            </w:pPr>
            <w:r>
              <w:rPr>
                <w:rFonts w:ascii="Aptos" w:hAnsi="Aptos"/>
                <w:b w:val="0"/>
                <w:color w:val="414141"/>
                <w:sz w:val="16"/>
              </w:rPr>
              <w:t>q/random  0.4766    code bits  9,550</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4" name="Picture 54" descr="Three triangle comparison: X5166_M3, X21756_M3, X56719_M3"/>
            <wp:cNvGraphicFramePr>
              <a:graphicFrameLocks noChangeAspect="1"/>
            </wp:cNvGraphicFramePr>
            <a:graphic>
              <a:graphicData uri="http://schemas.openxmlformats.org/drawingml/2006/picture">
                <pic:pic>
                  <pic:nvPicPr>
                    <pic:cNvPr id="0" name="web_054.jpg"/>
                    <pic:cNvPicPr/>
                  </pic:nvPicPr>
                  <pic:blipFill>
                    <a:blip r:embed="rId6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X5166_M3</w:t>
            </w:r>
          </w:p>
          <w:p>
            <w:pPr>
              <w:spacing w:before="0" w:after="22" w:line="240" w:lineRule="auto"/>
              <w:jc w:val="center"/>
            </w:pPr>
            <w:r>
              <w:rPr>
                <w:rFonts w:ascii="Aptos" w:hAnsi="Aptos"/>
                <w:b w:val="0"/>
                <w:color w:val="414141"/>
                <w:sz w:val="16"/>
              </w:rPr>
              <w:t>Definition  X(5166); M3 pedal triangle</w:t>
            </w:r>
          </w:p>
          <w:p>
            <w:pPr>
              <w:spacing w:before="0" w:after="22" w:line="240" w:lineRule="auto"/>
              <w:jc w:val="center"/>
            </w:pPr>
            <w:r>
              <w:rPr>
                <w:rFonts w:ascii="Aptos" w:hAnsi="Aptos"/>
                <w:b w:val="0"/>
                <w:color w:val="414141"/>
                <w:sz w:val="16"/>
              </w:rPr>
              <w:t>Neural score  58.278</w:t>
            </w:r>
          </w:p>
          <w:p>
            <w:pPr>
              <w:spacing w:before="0" w:after="22" w:line="240" w:lineRule="auto"/>
              <w:jc w:val="center"/>
            </w:pPr>
            <w:r>
              <w:rPr>
                <w:rFonts w:ascii="Aptos" w:hAnsi="Aptos"/>
                <w:b w:val="0"/>
                <w:color w:val="414141"/>
                <w:sz w:val="16"/>
              </w:rPr>
              <w:t>Code bits  2,830    q/random  0.1671</w:t>
            </w:r>
          </w:p>
          <w:p>
            <w:pPr>
              <w:spacing w:before="0" w:after="22" w:line="240" w:lineRule="auto"/>
              <w:jc w:val="center"/>
            </w:pPr>
            <w:r>
              <w:rPr>
                <w:rFonts w:ascii="Aptos" w:hAnsi="Aptos"/>
                <w:b w:val="0"/>
                <w:color w:val="414141"/>
                <w:sz w:val="16"/>
              </w:rPr>
              <w:t>Fitted taste  0.723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X21756_M3</w:t>
            </w:r>
          </w:p>
          <w:p>
            <w:pPr>
              <w:spacing w:before="0" w:after="22" w:line="240" w:lineRule="auto"/>
              <w:jc w:val="center"/>
            </w:pPr>
            <w:r>
              <w:rPr>
                <w:rFonts w:ascii="Aptos" w:hAnsi="Aptos"/>
                <w:b w:val="0"/>
                <w:color w:val="414141"/>
                <w:sz w:val="16"/>
              </w:rPr>
              <w:t>Definition  X(21756); M3 pedal triangle</w:t>
            </w:r>
          </w:p>
          <w:p>
            <w:pPr>
              <w:spacing w:before="0" w:after="22" w:line="240" w:lineRule="auto"/>
              <w:jc w:val="center"/>
            </w:pPr>
            <w:r>
              <w:rPr>
                <w:rFonts w:ascii="Aptos" w:hAnsi="Aptos"/>
                <w:b w:val="0"/>
                <w:color w:val="414141"/>
                <w:sz w:val="16"/>
              </w:rPr>
              <w:t>Code-bit rank  54    position  54</w:t>
            </w:r>
          </w:p>
          <w:p>
            <w:pPr>
              <w:spacing w:before="0" w:after="22" w:line="240" w:lineRule="auto"/>
              <w:jc w:val="center"/>
            </w:pPr>
            <w:r>
              <w:rPr>
                <w:rFonts w:ascii="Aptos" w:hAnsi="Aptos"/>
                <w:b w:val="0"/>
                <w:color w:val="414141"/>
                <w:sz w:val="16"/>
              </w:rPr>
              <w:t>Quadtree code bits  975</w:t>
            </w:r>
          </w:p>
          <w:p>
            <w:pPr>
              <w:spacing w:before="0" w:after="22" w:line="240" w:lineRule="auto"/>
              <w:jc w:val="center"/>
            </w:pPr>
            <w:r>
              <w:rPr>
                <w:rFonts w:ascii="Aptos" w:hAnsi="Aptos"/>
                <w:b w:val="0"/>
                <w:color w:val="414141"/>
                <w:sz w:val="16"/>
              </w:rPr>
              <w:t>q/random  0.06010    PNG/random  0.1835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X56719_M3</w:t>
            </w:r>
          </w:p>
          <w:p>
            <w:pPr>
              <w:spacing w:before="0" w:after="22" w:line="240" w:lineRule="auto"/>
              <w:jc w:val="center"/>
            </w:pPr>
            <w:r>
              <w:rPr>
                <w:rFonts w:ascii="Aptos" w:hAnsi="Aptos"/>
                <w:b w:val="0"/>
                <w:color w:val="414141"/>
                <w:sz w:val="16"/>
              </w:rPr>
              <w:t>Definition  X(56719); M3 pedal triangle</w:t>
            </w:r>
          </w:p>
          <w:p>
            <w:pPr>
              <w:spacing w:before="0" w:after="22" w:line="240" w:lineRule="auto"/>
              <w:jc w:val="center"/>
            </w:pPr>
            <w:r>
              <w:rPr>
                <w:rFonts w:ascii="Aptos" w:hAnsi="Aptos"/>
                <w:b w:val="0"/>
                <w:color w:val="414141"/>
                <w:sz w:val="16"/>
              </w:rPr>
              <w:t>Wundt position  54</w:t>
            </w:r>
          </w:p>
          <w:p>
            <w:pPr>
              <w:spacing w:before="0" w:after="22" w:line="240" w:lineRule="auto"/>
              <w:jc w:val="center"/>
            </w:pPr>
            <w:r>
              <w:rPr>
                <w:rFonts w:ascii="Aptos" w:hAnsi="Aptos"/>
                <w:b w:val="0"/>
                <w:color w:val="414141"/>
                <w:sz w:val="16"/>
              </w:rPr>
              <w:t>Wundt gate  0.997807</w:t>
            </w:r>
          </w:p>
          <w:p>
            <w:pPr>
              <w:spacing w:before="0" w:after="22" w:line="240" w:lineRule="auto"/>
              <w:jc w:val="center"/>
            </w:pPr>
            <w:r>
              <w:rPr>
                <w:rFonts w:ascii="Aptos" w:hAnsi="Aptos"/>
                <w:b w:val="0"/>
                <w:color w:val="414141"/>
                <w:sz w:val="16"/>
              </w:rPr>
              <w:t>q/random  0.5234    code bits  11,972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5" name="Picture 55" descr="Three triangle comparison: X55056_M3, X68664_M1, X30501_M1"/>
            <wp:cNvGraphicFramePr>
              <a:graphicFrameLocks noChangeAspect="1"/>
            </wp:cNvGraphicFramePr>
            <a:graphic>
              <a:graphicData uri="http://schemas.openxmlformats.org/drawingml/2006/picture">
                <pic:pic>
                  <pic:nvPicPr>
                    <pic:cNvPr id="0" name="web_055.jpg"/>
                    <pic:cNvPicPr/>
                  </pic:nvPicPr>
                  <pic:blipFill>
                    <a:blip r:embed="rId6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X55056_M3</w:t>
            </w:r>
          </w:p>
          <w:p>
            <w:pPr>
              <w:spacing w:before="0" w:after="22" w:line="240" w:lineRule="auto"/>
              <w:jc w:val="center"/>
            </w:pPr>
            <w:r>
              <w:rPr>
                <w:rFonts w:ascii="Aptos" w:hAnsi="Aptos"/>
                <w:b w:val="0"/>
                <w:color w:val="414141"/>
                <w:sz w:val="16"/>
              </w:rPr>
              <w:t>Definition  X(55056); M3 pedal triangle</w:t>
            </w:r>
          </w:p>
          <w:p>
            <w:pPr>
              <w:spacing w:before="0" w:after="22" w:line="240" w:lineRule="auto"/>
              <w:jc w:val="center"/>
            </w:pPr>
            <w:r>
              <w:rPr>
                <w:rFonts w:ascii="Aptos" w:hAnsi="Aptos"/>
                <w:b w:val="0"/>
                <w:color w:val="414141"/>
                <w:sz w:val="16"/>
              </w:rPr>
              <w:t>Neural score  58.256</w:t>
            </w:r>
          </w:p>
          <w:p>
            <w:pPr>
              <w:spacing w:before="0" w:after="22" w:line="240" w:lineRule="auto"/>
              <w:jc w:val="center"/>
            </w:pPr>
            <w:r>
              <w:rPr>
                <w:rFonts w:ascii="Aptos" w:hAnsi="Aptos"/>
                <w:b w:val="0"/>
                <w:color w:val="414141"/>
                <w:sz w:val="16"/>
              </w:rPr>
              <w:t>Code bits  7,002    q/random  0.3133</w:t>
            </w:r>
          </w:p>
          <w:p>
            <w:pPr>
              <w:spacing w:before="0" w:after="22" w:line="240" w:lineRule="auto"/>
              <w:jc w:val="center"/>
            </w:pPr>
            <w:r>
              <w:rPr>
                <w:rFonts w:ascii="Aptos" w:hAnsi="Aptos"/>
                <w:b w:val="0"/>
                <w:color w:val="414141"/>
                <w:sz w:val="16"/>
              </w:rPr>
              <w:t>Fitted taste  1.164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X68664_M1</w:t>
            </w:r>
          </w:p>
          <w:p>
            <w:pPr>
              <w:spacing w:before="0" w:after="22" w:line="240" w:lineRule="auto"/>
              <w:jc w:val="center"/>
            </w:pPr>
            <w:r>
              <w:rPr>
                <w:rFonts w:ascii="Aptos" w:hAnsi="Aptos"/>
                <w:b w:val="0"/>
                <w:color w:val="414141"/>
                <w:sz w:val="16"/>
              </w:rPr>
              <w:t>Definition  X(68664); M1 cevian triangle</w:t>
            </w:r>
          </w:p>
          <w:p>
            <w:pPr>
              <w:spacing w:before="0" w:after="22" w:line="240" w:lineRule="auto"/>
              <w:jc w:val="center"/>
            </w:pPr>
            <w:r>
              <w:rPr>
                <w:rFonts w:ascii="Aptos" w:hAnsi="Aptos"/>
                <w:b w:val="0"/>
                <w:color w:val="414141"/>
                <w:sz w:val="16"/>
              </w:rPr>
              <w:t>Code-bit rank  54    position  55</w:t>
            </w:r>
          </w:p>
          <w:p>
            <w:pPr>
              <w:spacing w:before="0" w:after="22" w:line="240" w:lineRule="auto"/>
              <w:jc w:val="center"/>
            </w:pPr>
            <w:r>
              <w:rPr>
                <w:rFonts w:ascii="Aptos" w:hAnsi="Aptos"/>
                <w:b w:val="0"/>
                <w:color w:val="414141"/>
                <w:sz w:val="16"/>
              </w:rPr>
              <w:t>Quadtree code bits  975</w:t>
            </w:r>
          </w:p>
          <w:p>
            <w:pPr>
              <w:spacing w:before="0" w:after="22" w:line="240" w:lineRule="auto"/>
              <w:jc w:val="center"/>
            </w:pPr>
            <w:r>
              <w:rPr>
                <w:rFonts w:ascii="Aptos" w:hAnsi="Aptos"/>
                <w:b w:val="0"/>
                <w:color w:val="414141"/>
                <w:sz w:val="16"/>
              </w:rPr>
              <w:t>q/random  0.08715    PNG/random  0.1976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X30501_M1</w:t>
            </w:r>
          </w:p>
          <w:p>
            <w:pPr>
              <w:spacing w:before="0" w:after="22" w:line="240" w:lineRule="auto"/>
              <w:jc w:val="center"/>
            </w:pPr>
            <w:r>
              <w:rPr>
                <w:rFonts w:ascii="Aptos" w:hAnsi="Aptos"/>
                <w:b w:val="0"/>
                <w:color w:val="414141"/>
                <w:sz w:val="16"/>
              </w:rPr>
              <w:t>Definition  X(30501); M1 cevian triangle</w:t>
            </w:r>
          </w:p>
          <w:p>
            <w:pPr>
              <w:spacing w:before="0" w:after="22" w:line="240" w:lineRule="auto"/>
              <w:jc w:val="center"/>
            </w:pPr>
            <w:r>
              <w:rPr>
                <w:rFonts w:ascii="Aptos" w:hAnsi="Aptos"/>
                <w:b w:val="0"/>
                <w:color w:val="414141"/>
                <w:sz w:val="16"/>
              </w:rPr>
              <w:t>Wundt position  55</w:t>
            </w:r>
          </w:p>
          <w:p>
            <w:pPr>
              <w:spacing w:before="0" w:after="22" w:line="240" w:lineRule="auto"/>
              <w:jc w:val="center"/>
            </w:pPr>
            <w:r>
              <w:rPr>
                <w:rFonts w:ascii="Aptos" w:hAnsi="Aptos"/>
                <w:b w:val="0"/>
                <w:color w:val="414141"/>
                <w:sz w:val="16"/>
              </w:rPr>
              <w:t>Wundt gate  0.997768</w:t>
            </w:r>
          </w:p>
          <w:p>
            <w:pPr>
              <w:spacing w:before="0" w:after="22" w:line="240" w:lineRule="auto"/>
              <w:jc w:val="center"/>
            </w:pPr>
            <w:r>
              <w:rPr>
                <w:rFonts w:ascii="Aptos" w:hAnsi="Aptos"/>
                <w:b w:val="0"/>
                <w:color w:val="414141"/>
                <w:sz w:val="16"/>
              </w:rPr>
              <w:t>q/random  0.5236    code bits  12,105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6" name="Picture 56" descr="Three triangle comparison: X6128_M1, X39024_M3, X51813_M3"/>
            <wp:cNvGraphicFramePr>
              <a:graphicFrameLocks noChangeAspect="1"/>
            </wp:cNvGraphicFramePr>
            <a:graphic>
              <a:graphicData uri="http://schemas.openxmlformats.org/drawingml/2006/picture">
                <pic:pic>
                  <pic:nvPicPr>
                    <pic:cNvPr id="0" name="web_056.jpg"/>
                    <pic:cNvPicPr/>
                  </pic:nvPicPr>
                  <pic:blipFill>
                    <a:blip r:embed="rId6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X6128_M1</w:t>
            </w:r>
          </w:p>
          <w:p>
            <w:pPr>
              <w:spacing w:before="0" w:after="22" w:line="240" w:lineRule="auto"/>
              <w:jc w:val="center"/>
            </w:pPr>
            <w:r>
              <w:rPr>
                <w:rFonts w:ascii="Aptos" w:hAnsi="Aptos"/>
                <w:b w:val="0"/>
                <w:color w:val="414141"/>
                <w:sz w:val="16"/>
              </w:rPr>
              <w:t>Definition  X(6128); M1 cevian triangle</w:t>
            </w:r>
          </w:p>
          <w:p>
            <w:pPr>
              <w:spacing w:before="0" w:after="22" w:line="240" w:lineRule="auto"/>
              <w:jc w:val="center"/>
            </w:pPr>
            <w:r>
              <w:rPr>
                <w:rFonts w:ascii="Aptos" w:hAnsi="Aptos"/>
                <w:b w:val="0"/>
                <w:color w:val="414141"/>
                <w:sz w:val="16"/>
              </w:rPr>
              <w:t>Neural score  58.214</w:t>
            </w:r>
          </w:p>
          <w:p>
            <w:pPr>
              <w:spacing w:before="0" w:after="22" w:line="240" w:lineRule="auto"/>
              <w:jc w:val="center"/>
            </w:pPr>
            <w:r>
              <w:rPr>
                <w:rFonts w:ascii="Aptos" w:hAnsi="Aptos"/>
                <w:b w:val="0"/>
                <w:color w:val="414141"/>
                <w:sz w:val="16"/>
              </w:rPr>
              <w:t>Code bits  2,214    q/random  0.2383</w:t>
            </w:r>
          </w:p>
          <w:p>
            <w:pPr>
              <w:spacing w:before="0" w:after="22" w:line="240" w:lineRule="auto"/>
              <w:jc w:val="center"/>
            </w:pPr>
            <w:r>
              <w:rPr>
                <w:rFonts w:ascii="Aptos" w:hAnsi="Aptos"/>
                <w:b w:val="0"/>
                <w:color w:val="414141"/>
                <w:sz w:val="16"/>
              </w:rPr>
              <w:t>Fitted taste  0.476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X39024_M3</w:t>
            </w:r>
          </w:p>
          <w:p>
            <w:pPr>
              <w:spacing w:before="0" w:after="22" w:line="240" w:lineRule="auto"/>
              <w:jc w:val="center"/>
            </w:pPr>
            <w:r>
              <w:rPr>
                <w:rFonts w:ascii="Aptos" w:hAnsi="Aptos"/>
                <w:b w:val="0"/>
                <w:color w:val="414141"/>
                <w:sz w:val="16"/>
              </w:rPr>
              <w:t>Definition  X(39024); M3 pedal triangle</w:t>
            </w:r>
          </w:p>
          <w:p>
            <w:pPr>
              <w:spacing w:before="0" w:after="22" w:line="240" w:lineRule="auto"/>
              <w:jc w:val="center"/>
            </w:pPr>
            <w:r>
              <w:rPr>
                <w:rFonts w:ascii="Aptos" w:hAnsi="Aptos"/>
                <w:b w:val="0"/>
                <w:color w:val="414141"/>
                <w:sz w:val="16"/>
              </w:rPr>
              <w:t>Code-bit rank  56    position  56</w:t>
            </w:r>
          </w:p>
          <w:p>
            <w:pPr>
              <w:spacing w:before="0" w:after="22" w:line="240" w:lineRule="auto"/>
              <w:jc w:val="center"/>
            </w:pPr>
            <w:r>
              <w:rPr>
                <w:rFonts w:ascii="Aptos" w:hAnsi="Aptos"/>
                <w:b w:val="0"/>
                <w:color w:val="414141"/>
                <w:sz w:val="16"/>
              </w:rPr>
              <w:t>Quadtree code bits  982</w:t>
            </w:r>
          </w:p>
          <w:p>
            <w:pPr>
              <w:spacing w:before="0" w:after="22" w:line="240" w:lineRule="auto"/>
              <w:jc w:val="center"/>
            </w:pPr>
            <w:r>
              <w:rPr>
                <w:rFonts w:ascii="Aptos" w:hAnsi="Aptos"/>
                <w:b w:val="0"/>
                <w:color w:val="414141"/>
                <w:sz w:val="16"/>
              </w:rPr>
              <w:t>q/random  0.07372    PNG/random  0.1838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X51813_M3</w:t>
            </w:r>
          </w:p>
          <w:p>
            <w:pPr>
              <w:spacing w:before="0" w:after="22" w:line="240" w:lineRule="auto"/>
              <w:jc w:val="center"/>
            </w:pPr>
            <w:r>
              <w:rPr>
                <w:rFonts w:ascii="Aptos" w:hAnsi="Aptos"/>
                <w:b w:val="0"/>
                <w:color w:val="414141"/>
                <w:sz w:val="16"/>
              </w:rPr>
              <w:t>Definition  X(51813); M3 pedal triangle</w:t>
            </w:r>
          </w:p>
          <w:p>
            <w:pPr>
              <w:spacing w:before="0" w:after="22" w:line="240" w:lineRule="auto"/>
              <w:jc w:val="center"/>
            </w:pPr>
            <w:r>
              <w:rPr>
                <w:rFonts w:ascii="Aptos" w:hAnsi="Aptos"/>
                <w:b w:val="0"/>
                <w:color w:val="414141"/>
                <w:sz w:val="16"/>
              </w:rPr>
              <w:t>Wundt position  56</w:t>
            </w:r>
          </w:p>
          <w:p>
            <w:pPr>
              <w:spacing w:before="0" w:after="22" w:line="240" w:lineRule="auto"/>
              <w:jc w:val="center"/>
            </w:pPr>
            <w:r>
              <w:rPr>
                <w:rFonts w:ascii="Aptos" w:hAnsi="Aptos"/>
                <w:b w:val="0"/>
                <w:color w:val="414141"/>
                <w:sz w:val="16"/>
              </w:rPr>
              <w:t>Wundt gate  0.997608</w:t>
            </w:r>
          </w:p>
          <w:p>
            <w:pPr>
              <w:spacing w:before="0" w:after="22" w:line="240" w:lineRule="auto"/>
              <w:jc w:val="center"/>
            </w:pPr>
            <w:r>
              <w:rPr>
                <w:rFonts w:ascii="Aptos" w:hAnsi="Aptos"/>
                <w:b w:val="0"/>
                <w:color w:val="414141"/>
                <w:sz w:val="16"/>
              </w:rPr>
              <w:t>q/random  0.4755    code bits  1,976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7" name="Picture 57" descr="Three triangle comparison: X10573_M1, X61594_M3, X26751_M1"/>
            <wp:cNvGraphicFramePr>
              <a:graphicFrameLocks noChangeAspect="1"/>
            </wp:cNvGraphicFramePr>
            <a:graphic>
              <a:graphicData uri="http://schemas.openxmlformats.org/drawingml/2006/picture">
                <pic:pic>
                  <pic:nvPicPr>
                    <pic:cNvPr id="0" name="web_057.jpg"/>
                    <pic:cNvPicPr/>
                  </pic:nvPicPr>
                  <pic:blipFill>
                    <a:blip r:embed="rId6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X10573_M1</w:t>
            </w:r>
          </w:p>
          <w:p>
            <w:pPr>
              <w:spacing w:before="0" w:after="22" w:line="240" w:lineRule="auto"/>
              <w:jc w:val="center"/>
            </w:pPr>
            <w:r>
              <w:rPr>
                <w:rFonts w:ascii="Aptos" w:hAnsi="Aptos"/>
                <w:b w:val="0"/>
                <w:color w:val="414141"/>
                <w:sz w:val="16"/>
              </w:rPr>
              <w:t>Definition  X(10573); M1 cevian triangle</w:t>
            </w:r>
          </w:p>
          <w:p>
            <w:pPr>
              <w:spacing w:before="0" w:after="22" w:line="240" w:lineRule="auto"/>
              <w:jc w:val="center"/>
            </w:pPr>
            <w:r>
              <w:rPr>
                <w:rFonts w:ascii="Aptos" w:hAnsi="Aptos"/>
                <w:b w:val="0"/>
                <w:color w:val="414141"/>
                <w:sz w:val="16"/>
              </w:rPr>
              <w:t>Neural score  58.209</w:t>
            </w:r>
          </w:p>
          <w:p>
            <w:pPr>
              <w:spacing w:before="0" w:after="22" w:line="240" w:lineRule="auto"/>
              <w:jc w:val="center"/>
            </w:pPr>
            <w:r>
              <w:rPr>
                <w:rFonts w:ascii="Aptos" w:hAnsi="Aptos"/>
                <w:b w:val="0"/>
                <w:color w:val="414141"/>
                <w:sz w:val="16"/>
              </w:rPr>
              <w:t>Code bits  2,074    q/random  0.1138</w:t>
            </w:r>
          </w:p>
          <w:p>
            <w:pPr>
              <w:spacing w:before="0" w:after="22" w:line="240" w:lineRule="auto"/>
              <w:jc w:val="center"/>
            </w:pPr>
            <w:r>
              <w:rPr>
                <w:rFonts w:ascii="Aptos" w:hAnsi="Aptos"/>
                <w:b w:val="0"/>
                <w:color w:val="414141"/>
                <w:sz w:val="16"/>
              </w:rPr>
              <w:t>Fitted taste  0.293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X61594_M3</w:t>
            </w:r>
          </w:p>
          <w:p>
            <w:pPr>
              <w:spacing w:before="0" w:after="22" w:line="240" w:lineRule="auto"/>
              <w:jc w:val="center"/>
            </w:pPr>
            <w:r>
              <w:rPr>
                <w:rFonts w:ascii="Aptos" w:hAnsi="Aptos"/>
                <w:b w:val="0"/>
                <w:color w:val="414141"/>
                <w:sz w:val="16"/>
              </w:rPr>
              <w:t>Definition  X(61594); M3 pedal triangle</w:t>
            </w:r>
          </w:p>
          <w:p>
            <w:pPr>
              <w:spacing w:before="0" w:after="22" w:line="240" w:lineRule="auto"/>
              <w:jc w:val="center"/>
            </w:pPr>
            <w:r>
              <w:rPr>
                <w:rFonts w:ascii="Aptos" w:hAnsi="Aptos"/>
                <w:b w:val="0"/>
                <w:color w:val="414141"/>
                <w:sz w:val="16"/>
              </w:rPr>
              <w:t>Code-bit rank  56    position  57</w:t>
            </w:r>
          </w:p>
          <w:p>
            <w:pPr>
              <w:spacing w:before="0" w:after="22" w:line="240" w:lineRule="auto"/>
              <w:jc w:val="center"/>
            </w:pPr>
            <w:r>
              <w:rPr>
                <w:rFonts w:ascii="Aptos" w:hAnsi="Aptos"/>
                <w:b w:val="0"/>
                <w:color w:val="414141"/>
                <w:sz w:val="16"/>
              </w:rPr>
              <w:t>Quadtree code bits  982</w:t>
            </w:r>
          </w:p>
          <w:p>
            <w:pPr>
              <w:spacing w:before="0" w:after="22" w:line="240" w:lineRule="auto"/>
              <w:jc w:val="center"/>
            </w:pPr>
            <w:r>
              <w:rPr>
                <w:rFonts w:ascii="Aptos" w:hAnsi="Aptos"/>
                <w:b w:val="0"/>
                <w:color w:val="414141"/>
                <w:sz w:val="16"/>
              </w:rPr>
              <w:t>q/random  0.07572    PNG/random  0.1729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X26751_M1</w:t>
            </w:r>
          </w:p>
          <w:p>
            <w:pPr>
              <w:spacing w:before="0" w:after="22" w:line="240" w:lineRule="auto"/>
              <w:jc w:val="center"/>
            </w:pPr>
            <w:r>
              <w:rPr>
                <w:rFonts w:ascii="Aptos" w:hAnsi="Aptos"/>
                <w:b w:val="0"/>
                <w:color w:val="414141"/>
                <w:sz w:val="16"/>
              </w:rPr>
              <w:t>Definition  X(26751); M1 cevian triangle</w:t>
            </w:r>
          </w:p>
          <w:p>
            <w:pPr>
              <w:spacing w:before="0" w:after="22" w:line="240" w:lineRule="auto"/>
              <w:jc w:val="center"/>
            </w:pPr>
            <w:r>
              <w:rPr>
                <w:rFonts w:ascii="Aptos" w:hAnsi="Aptos"/>
                <w:b w:val="0"/>
                <w:color w:val="414141"/>
                <w:sz w:val="16"/>
              </w:rPr>
              <w:t>Wundt position  57</w:t>
            </w:r>
          </w:p>
          <w:p>
            <w:pPr>
              <w:spacing w:before="0" w:after="22" w:line="240" w:lineRule="auto"/>
              <w:jc w:val="center"/>
            </w:pPr>
            <w:r>
              <w:rPr>
                <w:rFonts w:ascii="Aptos" w:hAnsi="Aptos"/>
                <w:b w:val="0"/>
                <w:color w:val="414141"/>
                <w:sz w:val="16"/>
              </w:rPr>
              <w:t>Wundt gate  0.997477</w:t>
            </w:r>
          </w:p>
          <w:p>
            <w:pPr>
              <w:spacing w:before="0" w:after="22" w:line="240" w:lineRule="auto"/>
              <w:jc w:val="center"/>
            </w:pPr>
            <w:r>
              <w:rPr>
                <w:rFonts w:ascii="Aptos" w:hAnsi="Aptos"/>
                <w:b w:val="0"/>
                <w:color w:val="414141"/>
                <w:sz w:val="16"/>
              </w:rPr>
              <w:t>q/random  0.4749    code bits  10,656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8" name="Picture 58" descr="Three triangle comparison: X47009_M3, X10603_M3, X58705_M1"/>
            <wp:cNvGraphicFramePr>
              <a:graphicFrameLocks noChangeAspect="1"/>
            </wp:cNvGraphicFramePr>
            <a:graphic>
              <a:graphicData uri="http://schemas.openxmlformats.org/drawingml/2006/picture">
                <pic:pic>
                  <pic:nvPicPr>
                    <pic:cNvPr id="0" name="web_058.jpg"/>
                    <pic:cNvPicPr/>
                  </pic:nvPicPr>
                  <pic:blipFill>
                    <a:blip r:embed="rId6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X47009_M3</w:t>
            </w:r>
          </w:p>
          <w:p>
            <w:pPr>
              <w:spacing w:before="0" w:after="22" w:line="240" w:lineRule="auto"/>
              <w:jc w:val="center"/>
            </w:pPr>
            <w:r>
              <w:rPr>
                <w:rFonts w:ascii="Aptos" w:hAnsi="Aptos"/>
                <w:b w:val="0"/>
                <w:color w:val="414141"/>
                <w:sz w:val="16"/>
              </w:rPr>
              <w:t>Definition  X(47009); M3 pedal triangle</w:t>
            </w:r>
          </w:p>
          <w:p>
            <w:pPr>
              <w:spacing w:before="0" w:after="22" w:line="240" w:lineRule="auto"/>
              <w:jc w:val="center"/>
            </w:pPr>
            <w:r>
              <w:rPr>
                <w:rFonts w:ascii="Aptos" w:hAnsi="Aptos"/>
                <w:b w:val="0"/>
                <w:color w:val="414141"/>
                <w:sz w:val="16"/>
              </w:rPr>
              <w:t>Neural score  58.157</w:t>
            </w:r>
          </w:p>
          <w:p>
            <w:pPr>
              <w:spacing w:before="0" w:after="22" w:line="240" w:lineRule="auto"/>
              <w:jc w:val="center"/>
            </w:pPr>
            <w:r>
              <w:rPr>
                <w:rFonts w:ascii="Aptos" w:hAnsi="Aptos"/>
                <w:b w:val="0"/>
                <w:color w:val="414141"/>
                <w:sz w:val="16"/>
              </w:rPr>
              <w:t>Code bits  4,510    q/random  0.2185</w:t>
            </w:r>
          </w:p>
          <w:p>
            <w:pPr>
              <w:spacing w:before="0" w:after="22" w:line="240" w:lineRule="auto"/>
              <w:jc w:val="center"/>
            </w:pPr>
            <w:r>
              <w:rPr>
                <w:rFonts w:ascii="Aptos" w:hAnsi="Aptos"/>
                <w:b w:val="0"/>
                <w:color w:val="414141"/>
                <w:sz w:val="16"/>
              </w:rPr>
              <w:t>Fitted taste  1.429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X10603_M3</w:t>
            </w:r>
          </w:p>
          <w:p>
            <w:pPr>
              <w:spacing w:before="0" w:after="22" w:line="240" w:lineRule="auto"/>
              <w:jc w:val="center"/>
            </w:pPr>
            <w:r>
              <w:rPr>
                <w:rFonts w:ascii="Aptos" w:hAnsi="Aptos"/>
                <w:b w:val="0"/>
                <w:color w:val="414141"/>
                <w:sz w:val="16"/>
              </w:rPr>
              <w:t>Definition  X(10603); M3 pedal triangle</w:t>
            </w:r>
          </w:p>
          <w:p>
            <w:pPr>
              <w:spacing w:before="0" w:after="22" w:line="240" w:lineRule="auto"/>
              <w:jc w:val="center"/>
            </w:pPr>
            <w:r>
              <w:rPr>
                <w:rFonts w:ascii="Aptos" w:hAnsi="Aptos"/>
                <w:b w:val="0"/>
                <w:color w:val="414141"/>
                <w:sz w:val="16"/>
              </w:rPr>
              <w:t>Code-bit rank  58    position  58</w:t>
            </w:r>
          </w:p>
          <w:p>
            <w:pPr>
              <w:spacing w:before="0" w:after="22" w:line="240" w:lineRule="auto"/>
              <w:jc w:val="center"/>
            </w:pPr>
            <w:r>
              <w:rPr>
                <w:rFonts w:ascii="Aptos" w:hAnsi="Aptos"/>
                <w:b w:val="0"/>
                <w:color w:val="414141"/>
                <w:sz w:val="16"/>
              </w:rPr>
              <w:t>Quadtree code bits  989</w:t>
            </w:r>
          </w:p>
          <w:p>
            <w:pPr>
              <w:spacing w:before="0" w:after="22" w:line="240" w:lineRule="auto"/>
              <w:jc w:val="center"/>
            </w:pPr>
            <w:r>
              <w:rPr>
                <w:rFonts w:ascii="Aptos" w:hAnsi="Aptos"/>
                <w:b w:val="0"/>
                <w:color w:val="414141"/>
                <w:sz w:val="16"/>
              </w:rPr>
              <w:t>q/random  0.06430    PNG/random  0.1682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X58705_M1</w:t>
            </w:r>
          </w:p>
          <w:p>
            <w:pPr>
              <w:spacing w:before="0" w:after="22" w:line="240" w:lineRule="auto"/>
              <w:jc w:val="center"/>
            </w:pPr>
            <w:r>
              <w:rPr>
                <w:rFonts w:ascii="Aptos" w:hAnsi="Aptos"/>
                <w:b w:val="0"/>
                <w:color w:val="414141"/>
                <w:sz w:val="16"/>
              </w:rPr>
              <w:t>Definition  X(58705); M1 cevian triangle</w:t>
            </w:r>
          </w:p>
          <w:p>
            <w:pPr>
              <w:spacing w:before="0" w:after="22" w:line="240" w:lineRule="auto"/>
              <w:jc w:val="center"/>
            </w:pPr>
            <w:r>
              <w:rPr>
                <w:rFonts w:ascii="Aptos" w:hAnsi="Aptos"/>
                <w:b w:val="0"/>
                <w:color w:val="414141"/>
                <w:sz w:val="16"/>
              </w:rPr>
              <w:t>Wundt position  58</w:t>
            </w:r>
          </w:p>
          <w:p>
            <w:pPr>
              <w:spacing w:before="0" w:after="22" w:line="240" w:lineRule="auto"/>
              <w:jc w:val="center"/>
            </w:pPr>
            <w:r>
              <w:rPr>
                <w:rFonts w:ascii="Aptos" w:hAnsi="Aptos"/>
                <w:b w:val="0"/>
                <w:color w:val="414141"/>
                <w:sz w:val="16"/>
              </w:rPr>
              <w:t>Wundt gate  0.997425</w:t>
            </w:r>
          </w:p>
          <w:p>
            <w:pPr>
              <w:spacing w:before="0" w:after="22" w:line="240" w:lineRule="auto"/>
              <w:jc w:val="center"/>
            </w:pPr>
            <w:r>
              <w:rPr>
                <w:rFonts w:ascii="Aptos" w:hAnsi="Aptos"/>
                <w:b w:val="0"/>
                <w:color w:val="414141"/>
                <w:sz w:val="16"/>
              </w:rPr>
              <w:t>q/random  0.5254    code bits  12,105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59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59" name="Picture 59" descr="Three triangle comparison: X2749_M1, X42640_M3, X54494_M3"/>
            <wp:cNvGraphicFramePr>
              <a:graphicFrameLocks noChangeAspect="1"/>
            </wp:cNvGraphicFramePr>
            <a:graphic>
              <a:graphicData uri="http://schemas.openxmlformats.org/drawingml/2006/picture">
                <pic:pic>
                  <pic:nvPicPr>
                    <pic:cNvPr id="0" name="web_059.jpg"/>
                    <pic:cNvPicPr/>
                  </pic:nvPicPr>
                  <pic:blipFill>
                    <a:blip r:embed="rId6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59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59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59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X2749_M1</w:t>
            </w:r>
          </w:p>
          <w:p>
            <w:pPr>
              <w:spacing w:before="0" w:after="22" w:line="240" w:lineRule="auto"/>
              <w:jc w:val="center"/>
            </w:pPr>
            <w:r>
              <w:rPr>
                <w:rFonts w:ascii="Aptos" w:hAnsi="Aptos"/>
                <w:b w:val="0"/>
                <w:color w:val="414141"/>
                <w:sz w:val="16"/>
              </w:rPr>
              <w:t>Definition  X(2749); M1 cevian triangle</w:t>
            </w:r>
          </w:p>
          <w:p>
            <w:pPr>
              <w:spacing w:before="0" w:after="22" w:line="240" w:lineRule="auto"/>
              <w:jc w:val="center"/>
            </w:pPr>
            <w:r>
              <w:rPr>
                <w:rFonts w:ascii="Aptos" w:hAnsi="Aptos"/>
                <w:b w:val="0"/>
                <w:color w:val="414141"/>
                <w:sz w:val="16"/>
              </w:rPr>
              <w:t>Neural score  58.091</w:t>
            </w:r>
          </w:p>
          <w:p>
            <w:pPr>
              <w:spacing w:before="0" w:after="22" w:line="240" w:lineRule="auto"/>
              <w:jc w:val="center"/>
            </w:pPr>
            <w:r>
              <w:rPr>
                <w:rFonts w:ascii="Aptos" w:hAnsi="Aptos"/>
                <w:b w:val="0"/>
                <w:color w:val="414141"/>
                <w:sz w:val="16"/>
              </w:rPr>
              <w:t>Code bits  5,700    q/random  0.2668</w:t>
            </w:r>
          </w:p>
          <w:p>
            <w:pPr>
              <w:spacing w:before="0" w:after="22" w:line="240" w:lineRule="auto"/>
              <w:jc w:val="center"/>
            </w:pPr>
            <w:r>
              <w:rPr>
                <w:rFonts w:ascii="Aptos" w:hAnsi="Aptos"/>
                <w:b w:val="0"/>
                <w:color w:val="414141"/>
                <w:sz w:val="16"/>
              </w:rPr>
              <w:t>Fitted taste  0.895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X42640_M3</w:t>
            </w:r>
          </w:p>
          <w:p>
            <w:pPr>
              <w:spacing w:before="0" w:after="22" w:line="240" w:lineRule="auto"/>
              <w:jc w:val="center"/>
            </w:pPr>
            <w:r>
              <w:rPr>
                <w:rFonts w:ascii="Aptos" w:hAnsi="Aptos"/>
                <w:b w:val="0"/>
                <w:color w:val="414141"/>
                <w:sz w:val="16"/>
              </w:rPr>
              <w:t>Definition  X(42640); M3 pedal triangle</w:t>
            </w:r>
          </w:p>
          <w:p>
            <w:pPr>
              <w:spacing w:before="0" w:after="22" w:line="240" w:lineRule="auto"/>
              <w:jc w:val="center"/>
            </w:pPr>
            <w:r>
              <w:rPr>
                <w:rFonts w:ascii="Aptos" w:hAnsi="Aptos"/>
                <w:b w:val="0"/>
                <w:color w:val="414141"/>
                <w:sz w:val="16"/>
              </w:rPr>
              <w:t>Code-bit rank  58    position  59</w:t>
            </w:r>
          </w:p>
          <w:p>
            <w:pPr>
              <w:spacing w:before="0" w:after="22" w:line="240" w:lineRule="auto"/>
              <w:jc w:val="center"/>
            </w:pPr>
            <w:r>
              <w:rPr>
                <w:rFonts w:ascii="Aptos" w:hAnsi="Aptos"/>
                <w:b w:val="0"/>
                <w:color w:val="414141"/>
                <w:sz w:val="16"/>
              </w:rPr>
              <w:t>Quadtree code bits  989</w:t>
            </w:r>
          </w:p>
          <w:p>
            <w:pPr>
              <w:spacing w:before="0" w:after="22" w:line="240" w:lineRule="auto"/>
              <w:jc w:val="center"/>
            </w:pPr>
            <w:r>
              <w:rPr>
                <w:rFonts w:ascii="Aptos" w:hAnsi="Aptos"/>
                <w:b w:val="0"/>
                <w:color w:val="414141"/>
                <w:sz w:val="16"/>
              </w:rPr>
              <w:t>q/random  0.14432    PNG/random  0.2614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X54494_M3</w:t>
            </w:r>
          </w:p>
          <w:p>
            <w:pPr>
              <w:spacing w:before="0" w:after="22" w:line="240" w:lineRule="auto"/>
              <w:jc w:val="center"/>
            </w:pPr>
            <w:r>
              <w:rPr>
                <w:rFonts w:ascii="Aptos" w:hAnsi="Aptos"/>
                <w:b w:val="0"/>
                <w:color w:val="414141"/>
                <w:sz w:val="16"/>
              </w:rPr>
              <w:t>Definition  X(54494); M3 pedal triangle</w:t>
            </w:r>
          </w:p>
          <w:p>
            <w:pPr>
              <w:spacing w:before="0" w:after="22" w:line="240" w:lineRule="auto"/>
              <w:jc w:val="center"/>
            </w:pPr>
            <w:r>
              <w:rPr>
                <w:rFonts w:ascii="Aptos" w:hAnsi="Aptos"/>
                <w:b w:val="0"/>
                <w:color w:val="414141"/>
                <w:sz w:val="16"/>
              </w:rPr>
              <w:t>Wundt position  59</w:t>
            </w:r>
          </w:p>
          <w:p>
            <w:pPr>
              <w:spacing w:before="0" w:after="22" w:line="240" w:lineRule="auto"/>
              <w:jc w:val="center"/>
            </w:pPr>
            <w:r>
              <w:rPr>
                <w:rFonts w:ascii="Aptos" w:hAnsi="Aptos"/>
                <w:b w:val="0"/>
                <w:color w:val="414141"/>
                <w:sz w:val="16"/>
              </w:rPr>
              <w:t>Wundt gate  0.997403</w:t>
            </w:r>
          </w:p>
          <w:p>
            <w:pPr>
              <w:spacing w:before="0" w:after="22" w:line="240" w:lineRule="auto"/>
              <w:jc w:val="center"/>
            </w:pPr>
            <w:r>
              <w:rPr>
                <w:rFonts w:ascii="Aptos" w:hAnsi="Aptos"/>
                <w:b w:val="0"/>
                <w:color w:val="414141"/>
                <w:sz w:val="16"/>
              </w:rPr>
              <w:t>q/random  0.4745    code bits  10,887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0" name="Picture 60" descr="Three triangle comparison: X52699_M3, X47852_M3, X26392_M3"/>
            <wp:cNvGraphicFramePr>
              <a:graphicFrameLocks noChangeAspect="1"/>
            </wp:cNvGraphicFramePr>
            <a:graphic>
              <a:graphicData uri="http://schemas.openxmlformats.org/drawingml/2006/picture">
                <pic:pic>
                  <pic:nvPicPr>
                    <pic:cNvPr id="0" name="web_060.jpg"/>
                    <pic:cNvPicPr/>
                  </pic:nvPicPr>
                  <pic:blipFill>
                    <a:blip r:embed="rId6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X52699_M3</w:t>
            </w:r>
          </w:p>
          <w:p>
            <w:pPr>
              <w:spacing w:before="0" w:after="22" w:line="240" w:lineRule="auto"/>
              <w:jc w:val="center"/>
            </w:pPr>
            <w:r>
              <w:rPr>
                <w:rFonts w:ascii="Aptos" w:hAnsi="Aptos"/>
                <w:b w:val="0"/>
                <w:color w:val="414141"/>
                <w:sz w:val="16"/>
              </w:rPr>
              <w:t>Definition  X(52699); M3 pedal triangle</w:t>
            </w:r>
          </w:p>
          <w:p>
            <w:pPr>
              <w:spacing w:before="0" w:after="22" w:line="240" w:lineRule="auto"/>
              <w:jc w:val="center"/>
            </w:pPr>
            <w:r>
              <w:rPr>
                <w:rFonts w:ascii="Aptos" w:hAnsi="Aptos"/>
                <w:b w:val="0"/>
                <w:color w:val="414141"/>
                <w:sz w:val="16"/>
              </w:rPr>
              <w:t>Neural score  58.088</w:t>
            </w:r>
          </w:p>
          <w:p>
            <w:pPr>
              <w:spacing w:before="0" w:after="22" w:line="240" w:lineRule="auto"/>
              <w:jc w:val="center"/>
            </w:pPr>
            <w:r>
              <w:rPr>
                <w:rFonts w:ascii="Aptos" w:hAnsi="Aptos"/>
                <w:b w:val="0"/>
                <w:color w:val="414141"/>
                <w:sz w:val="16"/>
              </w:rPr>
              <w:t>Code bits  5,952    q/random  0.2616</w:t>
            </w:r>
          </w:p>
          <w:p>
            <w:pPr>
              <w:spacing w:before="0" w:after="22" w:line="240" w:lineRule="auto"/>
              <w:jc w:val="center"/>
            </w:pPr>
            <w:r>
              <w:rPr>
                <w:rFonts w:ascii="Aptos" w:hAnsi="Aptos"/>
                <w:b w:val="0"/>
                <w:color w:val="414141"/>
                <w:sz w:val="16"/>
              </w:rPr>
              <w:t>Fitted taste  0.911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X47852_M3</w:t>
            </w:r>
          </w:p>
          <w:p>
            <w:pPr>
              <w:spacing w:before="0" w:after="22" w:line="240" w:lineRule="auto"/>
              <w:jc w:val="center"/>
            </w:pPr>
            <w:r>
              <w:rPr>
                <w:rFonts w:ascii="Aptos" w:hAnsi="Aptos"/>
                <w:b w:val="0"/>
                <w:color w:val="414141"/>
                <w:sz w:val="16"/>
              </w:rPr>
              <w:t>Definition  X(47852); M3 pedal triangle</w:t>
            </w:r>
          </w:p>
          <w:p>
            <w:pPr>
              <w:spacing w:before="0" w:after="22" w:line="240" w:lineRule="auto"/>
              <w:jc w:val="center"/>
            </w:pPr>
            <w:r>
              <w:rPr>
                <w:rFonts w:ascii="Aptos" w:hAnsi="Aptos"/>
                <w:b w:val="0"/>
                <w:color w:val="414141"/>
                <w:sz w:val="16"/>
              </w:rPr>
              <w:t>Code-bit rank  60    position  60</w:t>
            </w:r>
          </w:p>
          <w:p>
            <w:pPr>
              <w:spacing w:before="0" w:after="22" w:line="240" w:lineRule="auto"/>
              <w:jc w:val="center"/>
            </w:pPr>
            <w:r>
              <w:rPr>
                <w:rFonts w:ascii="Aptos" w:hAnsi="Aptos"/>
                <w:b w:val="0"/>
                <w:color w:val="414141"/>
                <w:sz w:val="16"/>
              </w:rPr>
              <w:t>Quadtree code bits  996</w:t>
            </w:r>
          </w:p>
          <w:p>
            <w:pPr>
              <w:spacing w:before="0" w:after="22" w:line="240" w:lineRule="auto"/>
              <w:jc w:val="center"/>
            </w:pPr>
            <w:r>
              <w:rPr>
                <w:rFonts w:ascii="Aptos" w:hAnsi="Aptos"/>
                <w:b w:val="0"/>
                <w:color w:val="414141"/>
                <w:sz w:val="16"/>
              </w:rPr>
              <w:t>q/random  0.06195    PNG/random  0.1668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X26392_M3</w:t>
            </w:r>
          </w:p>
          <w:p>
            <w:pPr>
              <w:spacing w:before="0" w:after="22" w:line="240" w:lineRule="auto"/>
              <w:jc w:val="center"/>
            </w:pPr>
            <w:r>
              <w:rPr>
                <w:rFonts w:ascii="Aptos" w:hAnsi="Aptos"/>
                <w:b w:val="0"/>
                <w:color w:val="414141"/>
                <w:sz w:val="16"/>
              </w:rPr>
              <w:t>Definition  X(26392); M3 pedal triangle</w:t>
            </w:r>
          </w:p>
          <w:p>
            <w:pPr>
              <w:spacing w:before="0" w:after="22" w:line="240" w:lineRule="auto"/>
              <w:jc w:val="center"/>
            </w:pPr>
            <w:r>
              <w:rPr>
                <w:rFonts w:ascii="Aptos" w:hAnsi="Aptos"/>
                <w:b w:val="0"/>
                <w:color w:val="414141"/>
                <w:sz w:val="16"/>
              </w:rPr>
              <w:t>Wundt position  60</w:t>
            </w:r>
          </w:p>
          <w:p>
            <w:pPr>
              <w:spacing w:before="0" w:after="22" w:line="240" w:lineRule="auto"/>
              <w:jc w:val="center"/>
            </w:pPr>
            <w:r>
              <w:rPr>
                <w:rFonts w:ascii="Aptos" w:hAnsi="Aptos"/>
                <w:b w:val="0"/>
                <w:color w:val="414141"/>
                <w:sz w:val="16"/>
              </w:rPr>
              <w:t>Wundt gate  0.997385</w:t>
            </w:r>
          </w:p>
          <w:p>
            <w:pPr>
              <w:spacing w:before="0" w:after="22" w:line="240" w:lineRule="auto"/>
              <w:jc w:val="center"/>
            </w:pPr>
            <w:r>
              <w:rPr>
                <w:rFonts w:ascii="Aptos" w:hAnsi="Aptos"/>
                <w:b w:val="0"/>
                <w:color w:val="414141"/>
                <w:sz w:val="16"/>
              </w:rPr>
              <w:t>q/random  0.4744    code bits  9,613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1" name="Picture 61" descr="Three triangle comparison: X11047_M1, X8056_M3, X36649_M3"/>
            <wp:cNvGraphicFramePr>
              <a:graphicFrameLocks noChangeAspect="1"/>
            </wp:cNvGraphicFramePr>
            <a:graphic>
              <a:graphicData uri="http://schemas.openxmlformats.org/drawingml/2006/picture">
                <pic:pic>
                  <pic:nvPicPr>
                    <pic:cNvPr id="0" name="web_061.jpg"/>
                    <pic:cNvPicPr/>
                  </pic:nvPicPr>
                  <pic:blipFill>
                    <a:blip r:embed="rId6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X11047_M1</w:t>
            </w:r>
          </w:p>
          <w:p>
            <w:pPr>
              <w:spacing w:before="0" w:after="22" w:line="240" w:lineRule="auto"/>
              <w:jc w:val="center"/>
            </w:pPr>
            <w:r>
              <w:rPr>
                <w:rFonts w:ascii="Aptos" w:hAnsi="Aptos"/>
                <w:b w:val="0"/>
                <w:color w:val="414141"/>
                <w:sz w:val="16"/>
              </w:rPr>
              <w:t>Definition  X(11047); M1 cevian triangle</w:t>
            </w:r>
          </w:p>
          <w:p>
            <w:pPr>
              <w:spacing w:before="0" w:after="22" w:line="240" w:lineRule="auto"/>
              <w:jc w:val="center"/>
            </w:pPr>
            <w:r>
              <w:rPr>
                <w:rFonts w:ascii="Aptos" w:hAnsi="Aptos"/>
                <w:b w:val="0"/>
                <w:color w:val="414141"/>
                <w:sz w:val="16"/>
              </w:rPr>
              <w:t>Neural score  58.068</w:t>
            </w:r>
          </w:p>
          <w:p>
            <w:pPr>
              <w:spacing w:before="0" w:after="22" w:line="240" w:lineRule="auto"/>
              <w:jc w:val="center"/>
            </w:pPr>
            <w:r>
              <w:rPr>
                <w:rFonts w:ascii="Aptos" w:hAnsi="Aptos"/>
                <w:b w:val="0"/>
                <w:color w:val="414141"/>
                <w:sz w:val="16"/>
              </w:rPr>
              <w:t>Code bits  2,851    q/random  0.2296</w:t>
            </w:r>
          </w:p>
          <w:p>
            <w:pPr>
              <w:spacing w:before="0" w:after="22" w:line="240" w:lineRule="auto"/>
              <w:jc w:val="center"/>
            </w:pPr>
            <w:r>
              <w:rPr>
                <w:rFonts w:ascii="Aptos" w:hAnsi="Aptos"/>
                <w:b w:val="0"/>
                <w:color w:val="414141"/>
                <w:sz w:val="16"/>
              </w:rPr>
              <w:t>Fitted taste  -0.187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X8056_M3</w:t>
            </w:r>
          </w:p>
          <w:p>
            <w:pPr>
              <w:spacing w:before="0" w:after="22" w:line="240" w:lineRule="auto"/>
              <w:jc w:val="center"/>
            </w:pPr>
            <w:r>
              <w:rPr>
                <w:rFonts w:ascii="Aptos" w:hAnsi="Aptos"/>
                <w:b w:val="0"/>
                <w:color w:val="414141"/>
                <w:sz w:val="16"/>
              </w:rPr>
              <w:t>Definition  X(8056); M3 pedal triangle</w:t>
            </w:r>
          </w:p>
          <w:p>
            <w:pPr>
              <w:spacing w:before="0" w:after="22" w:line="240" w:lineRule="auto"/>
              <w:jc w:val="center"/>
            </w:pPr>
            <w:r>
              <w:rPr>
                <w:rFonts w:ascii="Aptos" w:hAnsi="Aptos"/>
                <w:b w:val="0"/>
                <w:color w:val="414141"/>
                <w:sz w:val="16"/>
              </w:rPr>
              <w:t>Code-bit rank  61    position  61</w:t>
            </w:r>
          </w:p>
          <w:p>
            <w:pPr>
              <w:spacing w:before="0" w:after="22" w:line="240" w:lineRule="auto"/>
              <w:jc w:val="center"/>
            </w:pPr>
            <w:r>
              <w:rPr>
                <w:rFonts w:ascii="Aptos" w:hAnsi="Aptos"/>
                <w:b w:val="0"/>
                <w:color w:val="414141"/>
                <w:sz w:val="16"/>
              </w:rPr>
              <w:t>Quadtree code bits  1,010</w:t>
            </w:r>
          </w:p>
          <w:p>
            <w:pPr>
              <w:spacing w:before="0" w:after="22" w:line="240" w:lineRule="auto"/>
              <w:jc w:val="center"/>
            </w:pPr>
            <w:r>
              <w:rPr>
                <w:rFonts w:ascii="Aptos" w:hAnsi="Aptos"/>
                <w:b w:val="0"/>
                <w:color w:val="414141"/>
                <w:sz w:val="16"/>
              </w:rPr>
              <w:t>q/random  0.09461    PNG/random  0.2176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X36649_M3</w:t>
            </w:r>
          </w:p>
          <w:p>
            <w:pPr>
              <w:spacing w:before="0" w:after="22" w:line="240" w:lineRule="auto"/>
              <w:jc w:val="center"/>
            </w:pPr>
            <w:r>
              <w:rPr>
                <w:rFonts w:ascii="Aptos" w:hAnsi="Aptos"/>
                <w:b w:val="0"/>
                <w:color w:val="414141"/>
                <w:sz w:val="16"/>
              </w:rPr>
              <w:t>Definition  X(36649); M3 pedal triangle</w:t>
            </w:r>
          </w:p>
          <w:p>
            <w:pPr>
              <w:spacing w:before="0" w:after="22" w:line="240" w:lineRule="auto"/>
              <w:jc w:val="center"/>
            </w:pPr>
            <w:r>
              <w:rPr>
                <w:rFonts w:ascii="Aptos" w:hAnsi="Aptos"/>
                <w:b w:val="0"/>
                <w:color w:val="414141"/>
                <w:sz w:val="16"/>
              </w:rPr>
              <w:t>Wundt position  61</w:t>
            </w:r>
          </w:p>
          <w:p>
            <w:pPr>
              <w:spacing w:before="0" w:after="22" w:line="240" w:lineRule="auto"/>
              <w:jc w:val="center"/>
            </w:pPr>
            <w:r>
              <w:rPr>
                <w:rFonts w:ascii="Aptos" w:hAnsi="Aptos"/>
                <w:b w:val="0"/>
                <w:color w:val="414141"/>
                <w:sz w:val="16"/>
              </w:rPr>
              <w:t>Wundt gate  0.997347</w:t>
            </w:r>
          </w:p>
          <w:p>
            <w:pPr>
              <w:spacing w:before="0" w:after="22" w:line="240" w:lineRule="auto"/>
              <w:jc w:val="center"/>
            </w:pPr>
            <w:r>
              <w:rPr>
                <w:rFonts w:ascii="Aptos" w:hAnsi="Aptos"/>
                <w:b w:val="0"/>
                <w:color w:val="414141"/>
                <w:sz w:val="16"/>
              </w:rPr>
              <w:t>q/random  0.5258    code bits  10,005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2" name="Picture 62" descr="Three triangle comparison: X72712_M3, X56360_M3, X60976_M1"/>
            <wp:cNvGraphicFramePr>
              <a:graphicFrameLocks noChangeAspect="1"/>
            </wp:cNvGraphicFramePr>
            <a:graphic>
              <a:graphicData uri="http://schemas.openxmlformats.org/drawingml/2006/picture">
                <pic:pic>
                  <pic:nvPicPr>
                    <pic:cNvPr id="0" name="web_062.jpg"/>
                    <pic:cNvPicPr/>
                  </pic:nvPicPr>
                  <pic:blipFill>
                    <a:blip r:embed="rId7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X72712_M3</w:t>
            </w:r>
          </w:p>
          <w:p>
            <w:pPr>
              <w:spacing w:before="0" w:after="22" w:line="240" w:lineRule="auto"/>
              <w:jc w:val="center"/>
            </w:pPr>
            <w:r>
              <w:rPr>
                <w:rFonts w:ascii="Aptos" w:hAnsi="Aptos"/>
                <w:b w:val="0"/>
                <w:color w:val="414141"/>
                <w:sz w:val="16"/>
              </w:rPr>
              <w:t>Definition  X(72712); M3 pedal triangle</w:t>
            </w:r>
          </w:p>
          <w:p>
            <w:pPr>
              <w:spacing w:before="0" w:after="22" w:line="240" w:lineRule="auto"/>
              <w:jc w:val="center"/>
            </w:pPr>
            <w:r>
              <w:rPr>
                <w:rFonts w:ascii="Aptos" w:hAnsi="Aptos"/>
                <w:b w:val="0"/>
                <w:color w:val="414141"/>
                <w:sz w:val="16"/>
              </w:rPr>
              <w:t>Neural score  58.042</w:t>
            </w:r>
          </w:p>
          <w:p>
            <w:pPr>
              <w:spacing w:before="0" w:after="22" w:line="240" w:lineRule="auto"/>
              <w:jc w:val="center"/>
            </w:pPr>
            <w:r>
              <w:rPr>
                <w:rFonts w:ascii="Aptos" w:hAnsi="Aptos"/>
                <w:b w:val="0"/>
                <w:color w:val="414141"/>
                <w:sz w:val="16"/>
              </w:rPr>
              <w:t>Code bits  7,009    q/random  0.3189</w:t>
            </w:r>
          </w:p>
          <w:p>
            <w:pPr>
              <w:spacing w:before="0" w:after="22" w:line="240" w:lineRule="auto"/>
              <w:jc w:val="center"/>
            </w:pPr>
            <w:r>
              <w:rPr>
                <w:rFonts w:ascii="Aptos" w:hAnsi="Aptos"/>
                <w:b w:val="0"/>
                <w:color w:val="414141"/>
                <w:sz w:val="16"/>
              </w:rPr>
              <w:t>Fitted taste  1.381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X56360_M3</w:t>
            </w:r>
          </w:p>
          <w:p>
            <w:pPr>
              <w:spacing w:before="0" w:after="22" w:line="240" w:lineRule="auto"/>
              <w:jc w:val="center"/>
            </w:pPr>
            <w:r>
              <w:rPr>
                <w:rFonts w:ascii="Aptos" w:hAnsi="Aptos"/>
                <w:b w:val="0"/>
                <w:color w:val="414141"/>
                <w:sz w:val="16"/>
              </w:rPr>
              <w:t>Definition  X(56360); M3 pedal triangle</w:t>
            </w:r>
          </w:p>
          <w:p>
            <w:pPr>
              <w:spacing w:before="0" w:after="22" w:line="240" w:lineRule="auto"/>
              <w:jc w:val="center"/>
            </w:pPr>
            <w:r>
              <w:rPr>
                <w:rFonts w:ascii="Aptos" w:hAnsi="Aptos"/>
                <w:b w:val="0"/>
                <w:color w:val="414141"/>
                <w:sz w:val="16"/>
              </w:rPr>
              <w:t>Code-bit rank  62    position  62</w:t>
            </w:r>
          </w:p>
          <w:p>
            <w:pPr>
              <w:spacing w:before="0" w:after="22" w:line="240" w:lineRule="auto"/>
              <w:jc w:val="center"/>
            </w:pPr>
            <w:r>
              <w:rPr>
                <w:rFonts w:ascii="Aptos" w:hAnsi="Aptos"/>
                <w:b w:val="0"/>
                <w:color w:val="414141"/>
                <w:sz w:val="16"/>
              </w:rPr>
              <w:t>Quadtree code bits  1,017</w:t>
            </w:r>
          </w:p>
          <w:p>
            <w:pPr>
              <w:spacing w:before="0" w:after="22" w:line="240" w:lineRule="auto"/>
              <w:jc w:val="center"/>
            </w:pPr>
            <w:r>
              <w:rPr>
                <w:rFonts w:ascii="Aptos" w:hAnsi="Aptos"/>
                <w:b w:val="0"/>
                <w:color w:val="414141"/>
                <w:sz w:val="16"/>
              </w:rPr>
              <w:t>q/random  0.05984    PNG/random  0.1730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X60976_M1</w:t>
            </w:r>
          </w:p>
          <w:p>
            <w:pPr>
              <w:spacing w:before="0" w:after="22" w:line="240" w:lineRule="auto"/>
              <w:jc w:val="center"/>
            </w:pPr>
            <w:r>
              <w:rPr>
                <w:rFonts w:ascii="Aptos" w:hAnsi="Aptos"/>
                <w:b w:val="0"/>
                <w:color w:val="414141"/>
                <w:sz w:val="16"/>
              </w:rPr>
              <w:t>Definition  X(60976); M1 cevian triangle</w:t>
            </w:r>
          </w:p>
          <w:p>
            <w:pPr>
              <w:spacing w:before="0" w:after="22" w:line="240" w:lineRule="auto"/>
              <w:jc w:val="center"/>
            </w:pPr>
            <w:r>
              <w:rPr>
                <w:rFonts w:ascii="Aptos" w:hAnsi="Aptos"/>
                <w:b w:val="0"/>
                <w:color w:val="414141"/>
                <w:sz w:val="16"/>
              </w:rPr>
              <w:t>Wundt position  62</w:t>
            </w:r>
          </w:p>
          <w:p>
            <w:pPr>
              <w:spacing w:before="0" w:after="22" w:line="240" w:lineRule="auto"/>
              <w:jc w:val="center"/>
            </w:pPr>
            <w:r>
              <w:rPr>
                <w:rFonts w:ascii="Aptos" w:hAnsi="Aptos"/>
                <w:b w:val="0"/>
                <w:color w:val="414141"/>
                <w:sz w:val="16"/>
              </w:rPr>
              <w:t>Wundt gate  0.997268</w:t>
            </w:r>
          </w:p>
          <w:p>
            <w:pPr>
              <w:spacing w:before="0" w:after="22" w:line="240" w:lineRule="auto"/>
              <w:jc w:val="center"/>
            </w:pPr>
            <w:r>
              <w:rPr>
                <w:rFonts w:ascii="Aptos" w:hAnsi="Aptos"/>
                <w:b w:val="0"/>
                <w:color w:val="414141"/>
                <w:sz w:val="16"/>
              </w:rPr>
              <w:t>q/random  0.5261    code bits  11,839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3" name="Picture 63" descr="Three triangle comparison: X65687_M1, X16414_M3, X22884_M1"/>
            <wp:cNvGraphicFramePr>
              <a:graphicFrameLocks noChangeAspect="1"/>
            </wp:cNvGraphicFramePr>
            <a:graphic>
              <a:graphicData uri="http://schemas.openxmlformats.org/drawingml/2006/picture">
                <pic:pic>
                  <pic:nvPicPr>
                    <pic:cNvPr id="0" name="web_063.jpg"/>
                    <pic:cNvPicPr/>
                  </pic:nvPicPr>
                  <pic:blipFill>
                    <a:blip r:embed="rId7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X65687_M1</w:t>
            </w:r>
          </w:p>
          <w:p>
            <w:pPr>
              <w:spacing w:before="0" w:after="22" w:line="240" w:lineRule="auto"/>
              <w:jc w:val="center"/>
            </w:pPr>
            <w:r>
              <w:rPr>
                <w:rFonts w:ascii="Aptos" w:hAnsi="Aptos"/>
                <w:b w:val="0"/>
                <w:color w:val="414141"/>
                <w:sz w:val="16"/>
              </w:rPr>
              <w:t>Definition  X(65687); M1 cevian triangle</w:t>
            </w:r>
          </w:p>
          <w:p>
            <w:pPr>
              <w:spacing w:before="0" w:after="22" w:line="240" w:lineRule="auto"/>
              <w:jc w:val="center"/>
            </w:pPr>
            <w:r>
              <w:rPr>
                <w:rFonts w:ascii="Aptos" w:hAnsi="Aptos"/>
                <w:b w:val="0"/>
                <w:color w:val="414141"/>
                <w:sz w:val="16"/>
              </w:rPr>
              <w:t>Neural score  57.930</w:t>
            </w:r>
          </w:p>
          <w:p>
            <w:pPr>
              <w:spacing w:before="0" w:after="22" w:line="240" w:lineRule="auto"/>
              <w:jc w:val="center"/>
            </w:pPr>
            <w:r>
              <w:rPr>
                <w:rFonts w:ascii="Aptos" w:hAnsi="Aptos"/>
                <w:b w:val="0"/>
                <w:color w:val="414141"/>
                <w:sz w:val="16"/>
              </w:rPr>
              <w:t>Code bits  2,452    q/random  0.1423</w:t>
            </w:r>
          </w:p>
          <w:p>
            <w:pPr>
              <w:spacing w:before="0" w:after="22" w:line="240" w:lineRule="auto"/>
              <w:jc w:val="center"/>
            </w:pPr>
            <w:r>
              <w:rPr>
                <w:rFonts w:ascii="Aptos" w:hAnsi="Aptos"/>
                <w:b w:val="0"/>
                <w:color w:val="414141"/>
                <w:sz w:val="16"/>
              </w:rPr>
              <w:t>Fitted taste  0.482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X16414_M3</w:t>
            </w:r>
          </w:p>
          <w:p>
            <w:pPr>
              <w:spacing w:before="0" w:after="22" w:line="240" w:lineRule="auto"/>
              <w:jc w:val="center"/>
            </w:pPr>
            <w:r>
              <w:rPr>
                <w:rFonts w:ascii="Aptos" w:hAnsi="Aptos"/>
                <w:b w:val="0"/>
                <w:color w:val="414141"/>
                <w:sz w:val="16"/>
              </w:rPr>
              <w:t>Definition  X(16414); M3 pedal triangle</w:t>
            </w:r>
          </w:p>
          <w:p>
            <w:pPr>
              <w:spacing w:before="0" w:after="22" w:line="240" w:lineRule="auto"/>
              <w:jc w:val="center"/>
            </w:pPr>
            <w:r>
              <w:rPr>
                <w:rFonts w:ascii="Aptos" w:hAnsi="Aptos"/>
                <w:b w:val="0"/>
                <w:color w:val="414141"/>
                <w:sz w:val="16"/>
              </w:rPr>
              <w:t>Code-bit rank  63    position  63</w:t>
            </w:r>
          </w:p>
          <w:p>
            <w:pPr>
              <w:spacing w:before="0" w:after="22" w:line="240" w:lineRule="auto"/>
              <w:jc w:val="center"/>
            </w:pPr>
            <w:r>
              <w:rPr>
                <w:rFonts w:ascii="Aptos" w:hAnsi="Aptos"/>
                <w:b w:val="0"/>
                <w:color w:val="414141"/>
                <w:sz w:val="16"/>
              </w:rPr>
              <w:t>Quadtree code bits  1,024</w:t>
            </w:r>
          </w:p>
          <w:p>
            <w:pPr>
              <w:spacing w:before="0" w:after="22" w:line="240" w:lineRule="auto"/>
              <w:jc w:val="center"/>
            </w:pPr>
            <w:r>
              <w:rPr>
                <w:rFonts w:ascii="Aptos" w:hAnsi="Aptos"/>
                <w:b w:val="0"/>
                <w:color w:val="414141"/>
                <w:sz w:val="16"/>
              </w:rPr>
              <w:t>q/random  0.05683    PNG/random  0.1966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X22884_M1</w:t>
            </w:r>
          </w:p>
          <w:p>
            <w:pPr>
              <w:spacing w:before="0" w:after="22" w:line="240" w:lineRule="auto"/>
              <w:jc w:val="center"/>
            </w:pPr>
            <w:r>
              <w:rPr>
                <w:rFonts w:ascii="Aptos" w:hAnsi="Aptos"/>
                <w:b w:val="0"/>
                <w:color w:val="414141"/>
                <w:sz w:val="16"/>
              </w:rPr>
              <w:t>Definition  X(22884); M1 cevian triangle</w:t>
            </w:r>
          </w:p>
          <w:p>
            <w:pPr>
              <w:spacing w:before="0" w:after="22" w:line="240" w:lineRule="auto"/>
              <w:jc w:val="center"/>
            </w:pPr>
            <w:r>
              <w:rPr>
                <w:rFonts w:ascii="Aptos" w:hAnsi="Aptos"/>
                <w:b w:val="0"/>
                <w:color w:val="414141"/>
                <w:sz w:val="16"/>
              </w:rPr>
              <w:t>Wundt position  63</w:t>
            </w:r>
          </w:p>
          <w:p>
            <w:pPr>
              <w:spacing w:before="0" w:after="22" w:line="240" w:lineRule="auto"/>
              <w:jc w:val="center"/>
            </w:pPr>
            <w:r>
              <w:rPr>
                <w:rFonts w:ascii="Aptos" w:hAnsi="Aptos"/>
                <w:b w:val="0"/>
                <w:color w:val="414141"/>
                <w:sz w:val="16"/>
              </w:rPr>
              <w:t>Wundt gate  0.997145</w:t>
            </w:r>
          </w:p>
          <w:p>
            <w:pPr>
              <w:spacing w:before="0" w:after="22" w:line="240" w:lineRule="auto"/>
              <w:jc w:val="center"/>
            </w:pPr>
            <w:r>
              <w:rPr>
                <w:rFonts w:ascii="Aptos" w:hAnsi="Aptos"/>
                <w:b w:val="0"/>
                <w:color w:val="414141"/>
                <w:sz w:val="16"/>
              </w:rPr>
              <w:t>q/random  0.4733    code bits  1,304</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4" name="Picture 64" descr="Three triangle comparison: X58401_M1, X43129_M1, X6019_M3"/>
            <wp:cNvGraphicFramePr>
              <a:graphicFrameLocks noChangeAspect="1"/>
            </wp:cNvGraphicFramePr>
            <a:graphic>
              <a:graphicData uri="http://schemas.openxmlformats.org/drawingml/2006/picture">
                <pic:pic>
                  <pic:nvPicPr>
                    <pic:cNvPr id="0" name="web_064.jpg"/>
                    <pic:cNvPicPr/>
                  </pic:nvPicPr>
                  <pic:blipFill>
                    <a:blip r:embed="rId7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X58401_M1</w:t>
            </w:r>
          </w:p>
          <w:p>
            <w:pPr>
              <w:spacing w:before="0" w:after="22" w:line="240" w:lineRule="auto"/>
              <w:jc w:val="center"/>
            </w:pPr>
            <w:r>
              <w:rPr>
                <w:rFonts w:ascii="Aptos" w:hAnsi="Aptos"/>
                <w:b w:val="0"/>
                <w:color w:val="414141"/>
                <w:sz w:val="16"/>
              </w:rPr>
              <w:t>Definition  X(58401); M1 cevian triangle</w:t>
            </w:r>
          </w:p>
          <w:p>
            <w:pPr>
              <w:spacing w:before="0" w:after="22" w:line="240" w:lineRule="auto"/>
              <w:jc w:val="center"/>
            </w:pPr>
            <w:r>
              <w:rPr>
                <w:rFonts w:ascii="Aptos" w:hAnsi="Aptos"/>
                <w:b w:val="0"/>
                <w:color w:val="414141"/>
                <w:sz w:val="16"/>
              </w:rPr>
              <w:t>Neural score  57.882</w:t>
            </w:r>
          </w:p>
          <w:p>
            <w:pPr>
              <w:spacing w:before="0" w:after="22" w:line="240" w:lineRule="auto"/>
              <w:jc w:val="center"/>
            </w:pPr>
            <w:r>
              <w:rPr>
                <w:rFonts w:ascii="Aptos" w:hAnsi="Aptos"/>
                <w:b w:val="0"/>
                <w:color w:val="414141"/>
                <w:sz w:val="16"/>
              </w:rPr>
              <w:t>Code bits  3,572    q/random  0.2989</w:t>
            </w:r>
          </w:p>
          <w:p>
            <w:pPr>
              <w:spacing w:before="0" w:after="22" w:line="240" w:lineRule="auto"/>
              <w:jc w:val="center"/>
            </w:pPr>
            <w:r>
              <w:rPr>
                <w:rFonts w:ascii="Aptos" w:hAnsi="Aptos"/>
                <w:b w:val="0"/>
                <w:color w:val="414141"/>
                <w:sz w:val="16"/>
              </w:rPr>
              <w:t>Fitted taste  0.353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X43129_M1</w:t>
            </w:r>
          </w:p>
          <w:p>
            <w:pPr>
              <w:spacing w:before="0" w:after="22" w:line="240" w:lineRule="auto"/>
              <w:jc w:val="center"/>
            </w:pPr>
            <w:r>
              <w:rPr>
                <w:rFonts w:ascii="Aptos" w:hAnsi="Aptos"/>
                <w:b w:val="0"/>
                <w:color w:val="414141"/>
                <w:sz w:val="16"/>
              </w:rPr>
              <w:t>Definition  X(43129); M1 cevian triangle</w:t>
            </w:r>
          </w:p>
          <w:p>
            <w:pPr>
              <w:spacing w:before="0" w:after="22" w:line="240" w:lineRule="auto"/>
              <w:jc w:val="center"/>
            </w:pPr>
            <w:r>
              <w:rPr>
                <w:rFonts w:ascii="Aptos" w:hAnsi="Aptos"/>
                <w:b w:val="0"/>
                <w:color w:val="414141"/>
                <w:sz w:val="16"/>
              </w:rPr>
              <w:t>Code-bit rank  63    position  64</w:t>
            </w:r>
          </w:p>
          <w:p>
            <w:pPr>
              <w:spacing w:before="0" w:after="22" w:line="240" w:lineRule="auto"/>
              <w:jc w:val="center"/>
            </w:pPr>
            <w:r>
              <w:rPr>
                <w:rFonts w:ascii="Aptos" w:hAnsi="Aptos"/>
                <w:b w:val="0"/>
                <w:color w:val="414141"/>
                <w:sz w:val="16"/>
              </w:rPr>
              <w:t>Quadtree code bits  1,024</w:t>
            </w:r>
          </w:p>
          <w:p>
            <w:pPr>
              <w:spacing w:before="0" w:after="22" w:line="240" w:lineRule="auto"/>
              <w:jc w:val="center"/>
            </w:pPr>
            <w:r>
              <w:rPr>
                <w:rFonts w:ascii="Aptos" w:hAnsi="Aptos"/>
                <w:b w:val="0"/>
                <w:color w:val="414141"/>
                <w:sz w:val="16"/>
              </w:rPr>
              <w:t>q/random  0.07640    PNG/random  0.2007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X6019_M3</w:t>
            </w:r>
          </w:p>
          <w:p>
            <w:pPr>
              <w:spacing w:before="0" w:after="22" w:line="240" w:lineRule="auto"/>
              <w:jc w:val="center"/>
            </w:pPr>
            <w:r>
              <w:rPr>
                <w:rFonts w:ascii="Aptos" w:hAnsi="Aptos"/>
                <w:b w:val="0"/>
                <w:color w:val="414141"/>
                <w:sz w:val="16"/>
              </w:rPr>
              <w:t>Definition  X(6019); M3 pedal triangle</w:t>
            </w:r>
          </w:p>
          <w:p>
            <w:pPr>
              <w:spacing w:before="0" w:after="22" w:line="240" w:lineRule="auto"/>
              <w:jc w:val="center"/>
            </w:pPr>
            <w:r>
              <w:rPr>
                <w:rFonts w:ascii="Aptos" w:hAnsi="Aptos"/>
                <w:b w:val="0"/>
                <w:color w:val="414141"/>
                <w:sz w:val="16"/>
              </w:rPr>
              <w:t>Wundt position  64</w:t>
            </w:r>
          </w:p>
          <w:p>
            <w:pPr>
              <w:spacing w:before="0" w:after="22" w:line="240" w:lineRule="auto"/>
              <w:jc w:val="center"/>
            </w:pPr>
            <w:r>
              <w:rPr>
                <w:rFonts w:ascii="Aptos" w:hAnsi="Aptos"/>
                <w:b w:val="0"/>
                <w:color w:val="414141"/>
                <w:sz w:val="16"/>
              </w:rPr>
              <w:t>Wundt gate  0.997136</w:t>
            </w:r>
          </w:p>
          <w:p>
            <w:pPr>
              <w:spacing w:before="0" w:after="22" w:line="240" w:lineRule="auto"/>
              <w:jc w:val="center"/>
            </w:pPr>
            <w:r>
              <w:rPr>
                <w:rFonts w:ascii="Aptos" w:hAnsi="Aptos"/>
                <w:b w:val="0"/>
                <w:color w:val="414141"/>
                <w:sz w:val="16"/>
              </w:rPr>
              <w:t>q/random  0.5268    code bits  8,752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5" name="Picture 65" descr="Three triangle comparison: X24764_M3, X45383_M1, X20266_M3"/>
            <wp:cNvGraphicFramePr>
              <a:graphicFrameLocks noChangeAspect="1"/>
            </wp:cNvGraphicFramePr>
            <a:graphic>
              <a:graphicData uri="http://schemas.openxmlformats.org/drawingml/2006/picture">
                <pic:pic>
                  <pic:nvPicPr>
                    <pic:cNvPr id="0" name="web_065.jpg"/>
                    <pic:cNvPicPr/>
                  </pic:nvPicPr>
                  <pic:blipFill>
                    <a:blip r:embed="rId7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X24764_M3</w:t>
            </w:r>
          </w:p>
          <w:p>
            <w:pPr>
              <w:spacing w:before="0" w:after="22" w:line="240" w:lineRule="auto"/>
              <w:jc w:val="center"/>
            </w:pPr>
            <w:r>
              <w:rPr>
                <w:rFonts w:ascii="Aptos" w:hAnsi="Aptos"/>
                <w:b w:val="0"/>
                <w:color w:val="414141"/>
                <w:sz w:val="16"/>
              </w:rPr>
              <w:t>Definition  X(24764); M3 pedal triangle</w:t>
            </w:r>
          </w:p>
          <w:p>
            <w:pPr>
              <w:spacing w:before="0" w:after="22" w:line="240" w:lineRule="auto"/>
              <w:jc w:val="center"/>
            </w:pPr>
            <w:r>
              <w:rPr>
                <w:rFonts w:ascii="Aptos" w:hAnsi="Aptos"/>
                <w:b w:val="0"/>
                <w:color w:val="414141"/>
                <w:sz w:val="16"/>
              </w:rPr>
              <w:t>Neural score  57.874</w:t>
            </w:r>
          </w:p>
          <w:p>
            <w:pPr>
              <w:spacing w:before="0" w:after="22" w:line="240" w:lineRule="auto"/>
              <w:jc w:val="center"/>
            </w:pPr>
            <w:r>
              <w:rPr>
                <w:rFonts w:ascii="Aptos" w:hAnsi="Aptos"/>
                <w:b w:val="0"/>
                <w:color w:val="414141"/>
                <w:sz w:val="16"/>
              </w:rPr>
              <w:t>Code bits  1,738    q/random  0.1058</w:t>
            </w:r>
          </w:p>
          <w:p>
            <w:pPr>
              <w:spacing w:before="0" w:after="22" w:line="240" w:lineRule="auto"/>
              <w:jc w:val="center"/>
            </w:pPr>
            <w:r>
              <w:rPr>
                <w:rFonts w:ascii="Aptos" w:hAnsi="Aptos"/>
                <w:b w:val="0"/>
                <w:color w:val="414141"/>
                <w:sz w:val="16"/>
              </w:rPr>
              <w:t>Fitted taste  0.429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X45383_M1</w:t>
            </w:r>
          </w:p>
          <w:p>
            <w:pPr>
              <w:spacing w:before="0" w:after="22" w:line="240" w:lineRule="auto"/>
              <w:jc w:val="center"/>
            </w:pPr>
            <w:r>
              <w:rPr>
                <w:rFonts w:ascii="Aptos" w:hAnsi="Aptos"/>
                <w:b w:val="0"/>
                <w:color w:val="414141"/>
                <w:sz w:val="16"/>
              </w:rPr>
              <w:t>Definition  X(45383); M1 cevian triangle</w:t>
            </w:r>
          </w:p>
          <w:p>
            <w:pPr>
              <w:spacing w:before="0" w:after="22" w:line="240" w:lineRule="auto"/>
              <w:jc w:val="center"/>
            </w:pPr>
            <w:r>
              <w:rPr>
                <w:rFonts w:ascii="Aptos" w:hAnsi="Aptos"/>
                <w:b w:val="0"/>
                <w:color w:val="414141"/>
                <w:sz w:val="16"/>
              </w:rPr>
              <w:t>Code-bit rank  63    position  65</w:t>
            </w:r>
          </w:p>
          <w:p>
            <w:pPr>
              <w:spacing w:before="0" w:after="22" w:line="240" w:lineRule="auto"/>
              <w:jc w:val="center"/>
            </w:pPr>
            <w:r>
              <w:rPr>
                <w:rFonts w:ascii="Aptos" w:hAnsi="Aptos"/>
                <w:b w:val="0"/>
                <w:color w:val="414141"/>
                <w:sz w:val="16"/>
              </w:rPr>
              <w:t>Quadtree code bits  1,024</w:t>
            </w:r>
          </w:p>
          <w:p>
            <w:pPr>
              <w:spacing w:before="0" w:after="22" w:line="240" w:lineRule="auto"/>
              <w:jc w:val="center"/>
            </w:pPr>
            <w:r>
              <w:rPr>
                <w:rFonts w:ascii="Aptos" w:hAnsi="Aptos"/>
                <w:b w:val="0"/>
                <w:color w:val="414141"/>
                <w:sz w:val="16"/>
              </w:rPr>
              <w:t>q/random  0.06083    PNG/random  0.1869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X20266_M3</w:t>
            </w:r>
          </w:p>
          <w:p>
            <w:pPr>
              <w:spacing w:before="0" w:after="22" w:line="240" w:lineRule="auto"/>
              <w:jc w:val="center"/>
            </w:pPr>
            <w:r>
              <w:rPr>
                <w:rFonts w:ascii="Aptos" w:hAnsi="Aptos"/>
                <w:b w:val="0"/>
                <w:color w:val="414141"/>
                <w:sz w:val="16"/>
              </w:rPr>
              <w:t>Definition  X(20266); M3 pedal triangle</w:t>
            </w:r>
          </w:p>
          <w:p>
            <w:pPr>
              <w:spacing w:before="0" w:after="22" w:line="240" w:lineRule="auto"/>
              <w:jc w:val="center"/>
            </w:pPr>
            <w:r>
              <w:rPr>
                <w:rFonts w:ascii="Aptos" w:hAnsi="Aptos"/>
                <w:b w:val="0"/>
                <w:color w:val="414141"/>
                <w:sz w:val="16"/>
              </w:rPr>
              <w:t>Wundt position  65</w:t>
            </w:r>
          </w:p>
          <w:p>
            <w:pPr>
              <w:spacing w:before="0" w:after="22" w:line="240" w:lineRule="auto"/>
              <w:jc w:val="center"/>
            </w:pPr>
            <w:r>
              <w:rPr>
                <w:rFonts w:ascii="Aptos" w:hAnsi="Aptos"/>
                <w:b w:val="0"/>
                <w:color w:val="414141"/>
                <w:sz w:val="16"/>
              </w:rPr>
              <w:t>Wundt gate  0.997117</w:t>
            </w:r>
          </w:p>
          <w:p>
            <w:pPr>
              <w:spacing w:before="0" w:after="22" w:line="240" w:lineRule="auto"/>
              <w:jc w:val="center"/>
            </w:pPr>
            <w:r>
              <w:rPr>
                <w:rFonts w:ascii="Aptos" w:hAnsi="Aptos"/>
                <w:b w:val="0"/>
                <w:color w:val="414141"/>
                <w:sz w:val="16"/>
              </w:rPr>
              <w:t>q/random  0.4732    code bits  6,540</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6" name="Picture 66" descr="Three triangle comparison: X53825_M3, X59662_M3, X72420_M3"/>
            <wp:cNvGraphicFramePr>
              <a:graphicFrameLocks noChangeAspect="1"/>
            </wp:cNvGraphicFramePr>
            <a:graphic>
              <a:graphicData uri="http://schemas.openxmlformats.org/drawingml/2006/picture">
                <pic:pic>
                  <pic:nvPicPr>
                    <pic:cNvPr id="0" name="web_066.jpg"/>
                    <pic:cNvPicPr/>
                  </pic:nvPicPr>
                  <pic:blipFill>
                    <a:blip r:embed="rId7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X53825_M3</w:t>
            </w:r>
          </w:p>
          <w:p>
            <w:pPr>
              <w:spacing w:before="0" w:after="22" w:line="240" w:lineRule="auto"/>
              <w:jc w:val="center"/>
            </w:pPr>
            <w:r>
              <w:rPr>
                <w:rFonts w:ascii="Aptos" w:hAnsi="Aptos"/>
                <w:b w:val="0"/>
                <w:color w:val="414141"/>
                <w:sz w:val="16"/>
              </w:rPr>
              <w:t>Definition  X(53825); M3 pedal triangle</w:t>
            </w:r>
          </w:p>
          <w:p>
            <w:pPr>
              <w:spacing w:before="0" w:after="22" w:line="240" w:lineRule="auto"/>
              <w:jc w:val="center"/>
            </w:pPr>
            <w:r>
              <w:rPr>
                <w:rFonts w:ascii="Aptos" w:hAnsi="Aptos"/>
                <w:b w:val="0"/>
                <w:color w:val="414141"/>
                <w:sz w:val="16"/>
              </w:rPr>
              <w:t>Neural score  57.859</w:t>
            </w:r>
          </w:p>
          <w:p>
            <w:pPr>
              <w:spacing w:before="0" w:after="22" w:line="240" w:lineRule="auto"/>
              <w:jc w:val="center"/>
            </w:pPr>
            <w:r>
              <w:rPr>
                <w:rFonts w:ascii="Aptos" w:hAnsi="Aptos"/>
                <w:b w:val="0"/>
                <w:color w:val="414141"/>
                <w:sz w:val="16"/>
              </w:rPr>
              <w:t>Code bits  3,880    q/random  0.1852</w:t>
            </w:r>
          </w:p>
          <w:p>
            <w:pPr>
              <w:spacing w:before="0" w:after="22" w:line="240" w:lineRule="auto"/>
              <w:jc w:val="center"/>
            </w:pPr>
            <w:r>
              <w:rPr>
                <w:rFonts w:ascii="Aptos" w:hAnsi="Aptos"/>
                <w:b w:val="0"/>
                <w:color w:val="414141"/>
                <w:sz w:val="16"/>
              </w:rPr>
              <w:t>Fitted taste  1.365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X59662_M3</w:t>
            </w:r>
          </w:p>
          <w:p>
            <w:pPr>
              <w:spacing w:before="0" w:after="22" w:line="240" w:lineRule="auto"/>
              <w:jc w:val="center"/>
            </w:pPr>
            <w:r>
              <w:rPr>
                <w:rFonts w:ascii="Aptos" w:hAnsi="Aptos"/>
                <w:b w:val="0"/>
                <w:color w:val="414141"/>
                <w:sz w:val="16"/>
              </w:rPr>
              <w:t>Definition  X(59662); M3 pedal triangle</w:t>
            </w:r>
          </w:p>
          <w:p>
            <w:pPr>
              <w:spacing w:before="0" w:after="22" w:line="240" w:lineRule="auto"/>
              <w:jc w:val="center"/>
            </w:pPr>
            <w:r>
              <w:rPr>
                <w:rFonts w:ascii="Aptos" w:hAnsi="Aptos"/>
                <w:b w:val="0"/>
                <w:color w:val="414141"/>
                <w:sz w:val="16"/>
              </w:rPr>
              <w:t>Code-bit rank  63    position  66</w:t>
            </w:r>
          </w:p>
          <w:p>
            <w:pPr>
              <w:spacing w:before="0" w:after="22" w:line="240" w:lineRule="auto"/>
              <w:jc w:val="center"/>
            </w:pPr>
            <w:r>
              <w:rPr>
                <w:rFonts w:ascii="Aptos" w:hAnsi="Aptos"/>
                <w:b w:val="0"/>
                <w:color w:val="414141"/>
                <w:sz w:val="16"/>
              </w:rPr>
              <w:t>Quadtree code bits  1,024</w:t>
            </w:r>
          </w:p>
          <w:p>
            <w:pPr>
              <w:spacing w:before="0" w:after="22" w:line="240" w:lineRule="auto"/>
              <w:jc w:val="center"/>
            </w:pPr>
            <w:r>
              <w:rPr>
                <w:rFonts w:ascii="Aptos" w:hAnsi="Aptos"/>
                <w:b w:val="0"/>
                <w:color w:val="414141"/>
                <w:sz w:val="16"/>
              </w:rPr>
              <w:t>q/random  0.11661    PNG/random  0.1955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X72420_M3</w:t>
            </w:r>
          </w:p>
          <w:p>
            <w:pPr>
              <w:spacing w:before="0" w:after="22" w:line="240" w:lineRule="auto"/>
              <w:jc w:val="center"/>
            </w:pPr>
            <w:r>
              <w:rPr>
                <w:rFonts w:ascii="Aptos" w:hAnsi="Aptos"/>
                <w:b w:val="0"/>
                <w:color w:val="414141"/>
                <w:sz w:val="16"/>
              </w:rPr>
              <w:t>Definition  X(72420); M3 pedal triangle</w:t>
            </w:r>
          </w:p>
          <w:p>
            <w:pPr>
              <w:spacing w:before="0" w:after="22" w:line="240" w:lineRule="auto"/>
              <w:jc w:val="center"/>
            </w:pPr>
            <w:r>
              <w:rPr>
                <w:rFonts w:ascii="Aptos" w:hAnsi="Aptos"/>
                <w:b w:val="0"/>
                <w:color w:val="414141"/>
                <w:sz w:val="16"/>
              </w:rPr>
              <w:t>Wundt position  66</w:t>
            </w:r>
          </w:p>
          <w:p>
            <w:pPr>
              <w:spacing w:before="0" w:after="22" w:line="240" w:lineRule="auto"/>
              <w:jc w:val="center"/>
            </w:pPr>
            <w:r>
              <w:rPr>
                <w:rFonts w:ascii="Aptos" w:hAnsi="Aptos"/>
                <w:b w:val="0"/>
                <w:color w:val="414141"/>
                <w:sz w:val="16"/>
              </w:rPr>
              <w:t>Wundt gate  0.997053</w:t>
            </w:r>
          </w:p>
          <w:p>
            <w:pPr>
              <w:spacing w:before="0" w:after="22" w:line="240" w:lineRule="auto"/>
              <w:jc w:val="center"/>
            </w:pPr>
            <w:r>
              <w:rPr>
                <w:rFonts w:ascii="Aptos" w:hAnsi="Aptos"/>
                <w:b w:val="0"/>
                <w:color w:val="414141"/>
                <w:sz w:val="16"/>
              </w:rPr>
              <w:t>q/random  0.4729    code bits  7,989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7" name="Picture 67" descr="Three triangle comparison: X44312_M3, X26731_M1, X59807_M3"/>
            <wp:cNvGraphicFramePr>
              <a:graphicFrameLocks noChangeAspect="1"/>
            </wp:cNvGraphicFramePr>
            <a:graphic>
              <a:graphicData uri="http://schemas.openxmlformats.org/drawingml/2006/picture">
                <pic:pic>
                  <pic:nvPicPr>
                    <pic:cNvPr id="0" name="web_067.jpg"/>
                    <pic:cNvPicPr/>
                  </pic:nvPicPr>
                  <pic:blipFill>
                    <a:blip r:embed="rId7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X44312_M3</w:t>
            </w:r>
          </w:p>
          <w:p>
            <w:pPr>
              <w:spacing w:before="0" w:after="22" w:line="240" w:lineRule="auto"/>
              <w:jc w:val="center"/>
            </w:pPr>
            <w:r>
              <w:rPr>
                <w:rFonts w:ascii="Aptos" w:hAnsi="Aptos"/>
                <w:b w:val="0"/>
                <w:color w:val="414141"/>
                <w:sz w:val="16"/>
              </w:rPr>
              <w:t>Definition  X(44312); M3 pedal triangle</w:t>
            </w:r>
          </w:p>
          <w:p>
            <w:pPr>
              <w:spacing w:before="0" w:after="22" w:line="240" w:lineRule="auto"/>
              <w:jc w:val="center"/>
            </w:pPr>
            <w:r>
              <w:rPr>
                <w:rFonts w:ascii="Aptos" w:hAnsi="Aptos"/>
                <w:b w:val="0"/>
                <w:color w:val="414141"/>
                <w:sz w:val="16"/>
              </w:rPr>
              <w:t>Neural score  57.858</w:t>
            </w:r>
          </w:p>
          <w:p>
            <w:pPr>
              <w:spacing w:before="0" w:after="22" w:line="240" w:lineRule="auto"/>
              <w:jc w:val="center"/>
            </w:pPr>
            <w:r>
              <w:rPr>
                <w:rFonts w:ascii="Aptos" w:hAnsi="Aptos"/>
                <w:b w:val="0"/>
                <w:color w:val="414141"/>
                <w:sz w:val="16"/>
              </w:rPr>
              <w:t>Code bits  5,273    q/random  0.2941</w:t>
            </w:r>
          </w:p>
          <w:p>
            <w:pPr>
              <w:spacing w:before="0" w:after="22" w:line="240" w:lineRule="auto"/>
              <w:jc w:val="center"/>
            </w:pPr>
            <w:r>
              <w:rPr>
                <w:rFonts w:ascii="Aptos" w:hAnsi="Aptos"/>
                <w:b w:val="0"/>
                <w:color w:val="414141"/>
                <w:sz w:val="16"/>
              </w:rPr>
              <w:t>Fitted taste  0.982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X26731_M1</w:t>
            </w:r>
          </w:p>
          <w:p>
            <w:pPr>
              <w:spacing w:before="0" w:after="22" w:line="240" w:lineRule="auto"/>
              <w:jc w:val="center"/>
            </w:pPr>
            <w:r>
              <w:rPr>
                <w:rFonts w:ascii="Aptos" w:hAnsi="Aptos"/>
                <w:b w:val="0"/>
                <w:color w:val="414141"/>
                <w:sz w:val="16"/>
              </w:rPr>
              <w:t>Definition  X(26731); M1 cevian triangle</w:t>
            </w:r>
          </w:p>
          <w:p>
            <w:pPr>
              <w:spacing w:before="0" w:after="22" w:line="240" w:lineRule="auto"/>
              <w:jc w:val="center"/>
            </w:pPr>
            <w:r>
              <w:rPr>
                <w:rFonts w:ascii="Aptos" w:hAnsi="Aptos"/>
                <w:b w:val="0"/>
                <w:color w:val="414141"/>
                <w:sz w:val="16"/>
              </w:rPr>
              <w:t>Code-bit rank  67    position  67</w:t>
            </w:r>
          </w:p>
          <w:p>
            <w:pPr>
              <w:spacing w:before="0" w:after="22" w:line="240" w:lineRule="auto"/>
              <w:jc w:val="center"/>
            </w:pPr>
            <w:r>
              <w:rPr>
                <w:rFonts w:ascii="Aptos" w:hAnsi="Aptos"/>
                <w:b w:val="0"/>
                <w:color w:val="414141"/>
                <w:sz w:val="16"/>
              </w:rPr>
              <w:t>Quadtree code bits  1,038</w:t>
            </w:r>
          </w:p>
          <w:p>
            <w:pPr>
              <w:spacing w:before="0" w:after="22" w:line="240" w:lineRule="auto"/>
              <w:jc w:val="center"/>
            </w:pPr>
            <w:r>
              <w:rPr>
                <w:rFonts w:ascii="Aptos" w:hAnsi="Aptos"/>
                <w:b w:val="0"/>
                <w:color w:val="414141"/>
                <w:sz w:val="16"/>
              </w:rPr>
              <w:t>q/random  0.08452    PNG/random  0.1981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X59807_M3</w:t>
            </w:r>
          </w:p>
          <w:p>
            <w:pPr>
              <w:spacing w:before="0" w:after="22" w:line="240" w:lineRule="auto"/>
              <w:jc w:val="center"/>
            </w:pPr>
            <w:r>
              <w:rPr>
                <w:rFonts w:ascii="Aptos" w:hAnsi="Aptos"/>
                <w:b w:val="0"/>
                <w:color w:val="414141"/>
                <w:sz w:val="16"/>
              </w:rPr>
              <w:t>Definition  X(59807); M3 pedal triangle</w:t>
            </w:r>
          </w:p>
          <w:p>
            <w:pPr>
              <w:spacing w:before="0" w:after="22" w:line="240" w:lineRule="auto"/>
              <w:jc w:val="center"/>
            </w:pPr>
            <w:r>
              <w:rPr>
                <w:rFonts w:ascii="Aptos" w:hAnsi="Aptos"/>
                <w:b w:val="0"/>
                <w:color w:val="414141"/>
                <w:sz w:val="16"/>
              </w:rPr>
              <w:t>Wundt position  67</w:t>
            </w:r>
          </w:p>
          <w:p>
            <w:pPr>
              <w:spacing w:before="0" w:after="22" w:line="240" w:lineRule="auto"/>
              <w:jc w:val="center"/>
            </w:pPr>
            <w:r>
              <w:rPr>
                <w:rFonts w:ascii="Aptos" w:hAnsi="Aptos"/>
                <w:b w:val="0"/>
                <w:color w:val="414141"/>
                <w:sz w:val="16"/>
              </w:rPr>
              <w:t>Wundt gate  0.996921</w:t>
            </w:r>
          </w:p>
          <w:p>
            <w:pPr>
              <w:spacing w:before="0" w:after="22" w:line="240" w:lineRule="auto"/>
              <w:jc w:val="center"/>
            </w:pPr>
            <w:r>
              <w:rPr>
                <w:rFonts w:ascii="Aptos" w:hAnsi="Aptos"/>
                <w:b w:val="0"/>
                <w:color w:val="414141"/>
                <w:sz w:val="16"/>
              </w:rPr>
              <w:t>q/random  0.5277    code bits  12,119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8" name="Picture 68" descr="Three triangle comparison: X47474_M3, X33694_M3, X17946_M1"/>
            <wp:cNvGraphicFramePr>
              <a:graphicFrameLocks noChangeAspect="1"/>
            </wp:cNvGraphicFramePr>
            <a:graphic>
              <a:graphicData uri="http://schemas.openxmlformats.org/drawingml/2006/picture">
                <pic:pic>
                  <pic:nvPicPr>
                    <pic:cNvPr id="0" name="web_068.jpg"/>
                    <pic:cNvPicPr/>
                  </pic:nvPicPr>
                  <pic:blipFill>
                    <a:blip r:embed="rId7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X47474_M3</w:t>
            </w:r>
          </w:p>
          <w:p>
            <w:pPr>
              <w:spacing w:before="0" w:after="22" w:line="240" w:lineRule="auto"/>
              <w:jc w:val="center"/>
            </w:pPr>
            <w:r>
              <w:rPr>
                <w:rFonts w:ascii="Aptos" w:hAnsi="Aptos"/>
                <w:b w:val="0"/>
                <w:color w:val="414141"/>
                <w:sz w:val="16"/>
              </w:rPr>
              <w:t>Definition  X(47474); M3 pedal triangle</w:t>
            </w:r>
          </w:p>
          <w:p>
            <w:pPr>
              <w:spacing w:before="0" w:after="22" w:line="240" w:lineRule="auto"/>
              <w:jc w:val="center"/>
            </w:pPr>
            <w:r>
              <w:rPr>
                <w:rFonts w:ascii="Aptos" w:hAnsi="Aptos"/>
                <w:b w:val="0"/>
                <w:color w:val="414141"/>
                <w:sz w:val="16"/>
              </w:rPr>
              <w:t>Neural score  57.857</w:t>
            </w:r>
          </w:p>
          <w:p>
            <w:pPr>
              <w:spacing w:before="0" w:after="22" w:line="240" w:lineRule="auto"/>
              <w:jc w:val="center"/>
            </w:pPr>
            <w:r>
              <w:rPr>
                <w:rFonts w:ascii="Aptos" w:hAnsi="Aptos"/>
                <w:b w:val="0"/>
                <w:color w:val="414141"/>
                <w:sz w:val="16"/>
              </w:rPr>
              <w:t>Code bits  9,291    q/random  0.4092</w:t>
            </w:r>
          </w:p>
          <w:p>
            <w:pPr>
              <w:spacing w:before="0" w:after="22" w:line="240" w:lineRule="auto"/>
              <w:jc w:val="center"/>
            </w:pPr>
            <w:r>
              <w:rPr>
                <w:rFonts w:ascii="Aptos" w:hAnsi="Aptos"/>
                <w:b w:val="0"/>
                <w:color w:val="414141"/>
                <w:sz w:val="16"/>
              </w:rPr>
              <w:t>Fitted taste  0.075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X33694_M3</w:t>
            </w:r>
          </w:p>
          <w:p>
            <w:pPr>
              <w:spacing w:before="0" w:after="22" w:line="240" w:lineRule="auto"/>
              <w:jc w:val="center"/>
            </w:pPr>
            <w:r>
              <w:rPr>
                <w:rFonts w:ascii="Aptos" w:hAnsi="Aptos"/>
                <w:b w:val="0"/>
                <w:color w:val="414141"/>
                <w:sz w:val="16"/>
              </w:rPr>
              <w:t>Definition  X(33694); M3 pedal triangle</w:t>
            </w:r>
          </w:p>
          <w:p>
            <w:pPr>
              <w:spacing w:before="0" w:after="22" w:line="240" w:lineRule="auto"/>
              <w:jc w:val="center"/>
            </w:pPr>
            <w:r>
              <w:rPr>
                <w:rFonts w:ascii="Aptos" w:hAnsi="Aptos"/>
                <w:b w:val="0"/>
                <w:color w:val="414141"/>
                <w:sz w:val="16"/>
              </w:rPr>
              <w:t>Code-bit rank  68    position  68</w:t>
            </w:r>
          </w:p>
          <w:p>
            <w:pPr>
              <w:spacing w:before="0" w:after="22" w:line="240" w:lineRule="auto"/>
              <w:jc w:val="center"/>
            </w:pPr>
            <w:r>
              <w:rPr>
                <w:rFonts w:ascii="Aptos" w:hAnsi="Aptos"/>
                <w:b w:val="0"/>
                <w:color w:val="414141"/>
                <w:sz w:val="16"/>
              </w:rPr>
              <w:t>Quadtree code bits  1,045</w:t>
            </w:r>
          </w:p>
          <w:p>
            <w:pPr>
              <w:spacing w:before="0" w:after="22" w:line="240" w:lineRule="auto"/>
              <w:jc w:val="center"/>
            </w:pPr>
            <w:r>
              <w:rPr>
                <w:rFonts w:ascii="Aptos" w:hAnsi="Aptos"/>
                <w:b w:val="0"/>
                <w:color w:val="414141"/>
                <w:sz w:val="16"/>
              </w:rPr>
              <w:t>q/random  0.06389    PNG/random  0.1865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X17946_M1</w:t>
            </w:r>
          </w:p>
          <w:p>
            <w:pPr>
              <w:spacing w:before="0" w:after="22" w:line="240" w:lineRule="auto"/>
              <w:jc w:val="center"/>
            </w:pPr>
            <w:r>
              <w:rPr>
                <w:rFonts w:ascii="Aptos" w:hAnsi="Aptos"/>
                <w:b w:val="0"/>
                <w:color w:val="414141"/>
                <w:sz w:val="16"/>
              </w:rPr>
              <w:t>Definition  X(17946); M1 cevian triangle</w:t>
            </w:r>
          </w:p>
          <w:p>
            <w:pPr>
              <w:spacing w:before="0" w:after="22" w:line="240" w:lineRule="auto"/>
              <w:jc w:val="center"/>
            </w:pPr>
            <w:r>
              <w:rPr>
                <w:rFonts w:ascii="Aptos" w:hAnsi="Aptos"/>
                <w:b w:val="0"/>
                <w:color w:val="414141"/>
                <w:sz w:val="16"/>
              </w:rPr>
              <w:t>Wundt position  68</w:t>
            </w:r>
          </w:p>
          <w:p>
            <w:pPr>
              <w:spacing w:before="0" w:after="22" w:line="240" w:lineRule="auto"/>
              <w:jc w:val="center"/>
            </w:pPr>
            <w:r>
              <w:rPr>
                <w:rFonts w:ascii="Aptos" w:hAnsi="Aptos"/>
                <w:b w:val="0"/>
                <w:color w:val="414141"/>
                <w:sz w:val="16"/>
              </w:rPr>
              <w:t>Wundt gate  0.996916</w:t>
            </w:r>
          </w:p>
          <w:p>
            <w:pPr>
              <w:spacing w:before="0" w:after="22" w:line="240" w:lineRule="auto"/>
              <w:jc w:val="center"/>
            </w:pPr>
            <w:r>
              <w:rPr>
                <w:rFonts w:ascii="Aptos" w:hAnsi="Aptos"/>
                <w:b w:val="0"/>
                <w:color w:val="414141"/>
                <w:sz w:val="16"/>
              </w:rPr>
              <w:t>q/random  0.4722    code bits  7,205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69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69" name="Picture 69" descr="Three triangle comparison: X13274_M3, X13311_M3, X60270_M1"/>
            <wp:cNvGraphicFramePr>
              <a:graphicFrameLocks noChangeAspect="1"/>
            </wp:cNvGraphicFramePr>
            <a:graphic>
              <a:graphicData uri="http://schemas.openxmlformats.org/drawingml/2006/picture">
                <pic:pic>
                  <pic:nvPicPr>
                    <pic:cNvPr id="0" name="web_069.jpg"/>
                    <pic:cNvPicPr/>
                  </pic:nvPicPr>
                  <pic:blipFill>
                    <a:blip r:embed="rId7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69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69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69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X13274_M3</w:t>
            </w:r>
          </w:p>
          <w:p>
            <w:pPr>
              <w:spacing w:before="0" w:after="22" w:line="240" w:lineRule="auto"/>
              <w:jc w:val="center"/>
            </w:pPr>
            <w:r>
              <w:rPr>
                <w:rFonts w:ascii="Aptos" w:hAnsi="Aptos"/>
                <w:b w:val="0"/>
                <w:color w:val="414141"/>
                <w:sz w:val="16"/>
              </w:rPr>
              <w:t>Definition  X(13274); M3 pedal triangle</w:t>
            </w:r>
          </w:p>
          <w:p>
            <w:pPr>
              <w:spacing w:before="0" w:after="22" w:line="240" w:lineRule="auto"/>
              <w:jc w:val="center"/>
            </w:pPr>
            <w:r>
              <w:rPr>
                <w:rFonts w:ascii="Aptos" w:hAnsi="Aptos"/>
                <w:b w:val="0"/>
                <w:color w:val="414141"/>
                <w:sz w:val="16"/>
              </w:rPr>
              <w:t>Neural score  57.832</w:t>
            </w:r>
          </w:p>
          <w:p>
            <w:pPr>
              <w:spacing w:before="0" w:after="22" w:line="240" w:lineRule="auto"/>
              <w:jc w:val="center"/>
            </w:pPr>
            <w:r>
              <w:rPr>
                <w:rFonts w:ascii="Aptos" w:hAnsi="Aptos"/>
                <w:b w:val="0"/>
                <w:color w:val="414141"/>
                <w:sz w:val="16"/>
              </w:rPr>
              <w:t>Code bits  8,087    q/random  0.3942</w:t>
            </w:r>
          </w:p>
          <w:p>
            <w:pPr>
              <w:spacing w:before="0" w:after="22" w:line="240" w:lineRule="auto"/>
              <w:jc w:val="center"/>
            </w:pPr>
            <w:r>
              <w:rPr>
                <w:rFonts w:ascii="Aptos" w:hAnsi="Aptos"/>
                <w:b w:val="0"/>
                <w:color w:val="414141"/>
                <w:sz w:val="16"/>
              </w:rPr>
              <w:t>Fitted taste  0.433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X13311_M3</w:t>
            </w:r>
          </w:p>
          <w:p>
            <w:pPr>
              <w:spacing w:before="0" w:after="22" w:line="240" w:lineRule="auto"/>
              <w:jc w:val="center"/>
            </w:pPr>
            <w:r>
              <w:rPr>
                <w:rFonts w:ascii="Aptos" w:hAnsi="Aptos"/>
                <w:b w:val="0"/>
                <w:color w:val="414141"/>
                <w:sz w:val="16"/>
              </w:rPr>
              <w:t>Definition  X(13311); M3 pedal triangle</w:t>
            </w:r>
          </w:p>
          <w:p>
            <w:pPr>
              <w:spacing w:before="0" w:after="22" w:line="240" w:lineRule="auto"/>
              <w:jc w:val="center"/>
            </w:pPr>
            <w:r>
              <w:rPr>
                <w:rFonts w:ascii="Aptos" w:hAnsi="Aptos"/>
                <w:b w:val="0"/>
                <w:color w:val="414141"/>
                <w:sz w:val="16"/>
              </w:rPr>
              <w:t>Code-bit rank  69    position  69</w:t>
            </w:r>
          </w:p>
          <w:p>
            <w:pPr>
              <w:spacing w:before="0" w:after="22" w:line="240" w:lineRule="auto"/>
              <w:jc w:val="center"/>
            </w:pPr>
            <w:r>
              <w:rPr>
                <w:rFonts w:ascii="Aptos" w:hAnsi="Aptos"/>
                <w:b w:val="0"/>
                <w:color w:val="414141"/>
                <w:sz w:val="16"/>
              </w:rPr>
              <w:t>Quadtree code bits  1,052</w:t>
            </w:r>
          </w:p>
          <w:p>
            <w:pPr>
              <w:spacing w:before="0" w:after="22" w:line="240" w:lineRule="auto"/>
              <w:jc w:val="center"/>
            </w:pPr>
            <w:r>
              <w:rPr>
                <w:rFonts w:ascii="Aptos" w:hAnsi="Aptos"/>
                <w:b w:val="0"/>
                <w:color w:val="414141"/>
                <w:sz w:val="16"/>
              </w:rPr>
              <w:t>q/random  0.19973    PNG/random  0.2308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X60270_M1</w:t>
            </w:r>
          </w:p>
          <w:p>
            <w:pPr>
              <w:spacing w:before="0" w:after="22" w:line="240" w:lineRule="auto"/>
              <w:jc w:val="center"/>
            </w:pPr>
            <w:r>
              <w:rPr>
                <w:rFonts w:ascii="Aptos" w:hAnsi="Aptos"/>
                <w:b w:val="0"/>
                <w:color w:val="414141"/>
                <w:sz w:val="16"/>
              </w:rPr>
              <w:t>Definition  X(60270); M1 cevian triangle</w:t>
            </w:r>
          </w:p>
          <w:p>
            <w:pPr>
              <w:spacing w:before="0" w:after="22" w:line="240" w:lineRule="auto"/>
              <w:jc w:val="center"/>
            </w:pPr>
            <w:r>
              <w:rPr>
                <w:rFonts w:ascii="Aptos" w:hAnsi="Aptos"/>
                <w:b w:val="0"/>
                <w:color w:val="414141"/>
                <w:sz w:val="16"/>
              </w:rPr>
              <w:t>Wundt position  69</w:t>
            </w:r>
          </w:p>
          <w:p>
            <w:pPr>
              <w:spacing w:before="0" w:after="22" w:line="240" w:lineRule="auto"/>
              <w:jc w:val="center"/>
            </w:pPr>
            <w:r>
              <w:rPr>
                <w:rFonts w:ascii="Aptos" w:hAnsi="Aptos"/>
                <w:b w:val="0"/>
                <w:color w:val="414141"/>
                <w:sz w:val="16"/>
              </w:rPr>
              <w:t>Wundt gate  0.996888</w:t>
            </w:r>
          </w:p>
          <w:p>
            <w:pPr>
              <w:spacing w:before="0" w:after="22" w:line="240" w:lineRule="auto"/>
              <w:jc w:val="center"/>
            </w:pPr>
            <w:r>
              <w:rPr>
                <w:rFonts w:ascii="Aptos" w:hAnsi="Aptos"/>
                <w:b w:val="0"/>
                <w:color w:val="414141"/>
                <w:sz w:val="16"/>
              </w:rPr>
              <w:t>q/random  0.4721    code bits  10,369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0" name="Picture 70" descr="Three triangle comparison: X52119_M3, X25273_M1, X64810_M3"/>
            <wp:cNvGraphicFramePr>
              <a:graphicFrameLocks noChangeAspect="1"/>
            </wp:cNvGraphicFramePr>
            <a:graphic>
              <a:graphicData uri="http://schemas.openxmlformats.org/drawingml/2006/picture">
                <pic:pic>
                  <pic:nvPicPr>
                    <pic:cNvPr id="0" name="web_070.jpg"/>
                    <pic:cNvPicPr/>
                  </pic:nvPicPr>
                  <pic:blipFill>
                    <a:blip r:embed="rId7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X52119_M3</w:t>
            </w:r>
          </w:p>
          <w:p>
            <w:pPr>
              <w:spacing w:before="0" w:after="22" w:line="240" w:lineRule="auto"/>
              <w:jc w:val="center"/>
            </w:pPr>
            <w:r>
              <w:rPr>
                <w:rFonts w:ascii="Aptos" w:hAnsi="Aptos"/>
                <w:b w:val="0"/>
                <w:color w:val="414141"/>
                <w:sz w:val="16"/>
              </w:rPr>
              <w:t>Definition  X(52119); M3 pedal triangle</w:t>
            </w:r>
          </w:p>
          <w:p>
            <w:pPr>
              <w:spacing w:before="0" w:after="22" w:line="240" w:lineRule="auto"/>
              <w:jc w:val="center"/>
            </w:pPr>
            <w:r>
              <w:rPr>
                <w:rFonts w:ascii="Aptos" w:hAnsi="Aptos"/>
                <w:b w:val="0"/>
                <w:color w:val="414141"/>
                <w:sz w:val="16"/>
              </w:rPr>
              <w:t>Neural score  57.693</w:t>
            </w:r>
          </w:p>
          <w:p>
            <w:pPr>
              <w:spacing w:before="0" w:after="22" w:line="240" w:lineRule="auto"/>
              <w:jc w:val="center"/>
            </w:pPr>
            <w:r>
              <w:rPr>
                <w:rFonts w:ascii="Aptos" w:hAnsi="Aptos"/>
                <w:b w:val="0"/>
                <w:color w:val="414141"/>
                <w:sz w:val="16"/>
              </w:rPr>
              <w:t>Code bits  4,937    q/random  0.2255</w:t>
            </w:r>
          </w:p>
          <w:p>
            <w:pPr>
              <w:spacing w:before="0" w:after="22" w:line="240" w:lineRule="auto"/>
              <w:jc w:val="center"/>
            </w:pPr>
            <w:r>
              <w:rPr>
                <w:rFonts w:ascii="Aptos" w:hAnsi="Aptos"/>
                <w:b w:val="0"/>
                <w:color w:val="414141"/>
                <w:sz w:val="16"/>
              </w:rPr>
              <w:t>Fitted taste  1.246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X25273_M1</w:t>
            </w:r>
          </w:p>
          <w:p>
            <w:pPr>
              <w:spacing w:before="0" w:after="22" w:line="240" w:lineRule="auto"/>
              <w:jc w:val="center"/>
            </w:pPr>
            <w:r>
              <w:rPr>
                <w:rFonts w:ascii="Aptos" w:hAnsi="Aptos"/>
                <w:b w:val="0"/>
                <w:color w:val="414141"/>
                <w:sz w:val="16"/>
              </w:rPr>
              <w:t>Definition  X(25273); M1 cevian triangle</w:t>
            </w:r>
          </w:p>
          <w:p>
            <w:pPr>
              <w:spacing w:before="0" w:after="22" w:line="240" w:lineRule="auto"/>
              <w:jc w:val="center"/>
            </w:pPr>
            <w:r>
              <w:rPr>
                <w:rFonts w:ascii="Aptos" w:hAnsi="Aptos"/>
                <w:b w:val="0"/>
                <w:color w:val="414141"/>
                <w:sz w:val="16"/>
              </w:rPr>
              <w:t>Code-bit rank  69    position  70</w:t>
            </w:r>
          </w:p>
          <w:p>
            <w:pPr>
              <w:spacing w:before="0" w:after="22" w:line="240" w:lineRule="auto"/>
              <w:jc w:val="center"/>
            </w:pPr>
            <w:r>
              <w:rPr>
                <w:rFonts w:ascii="Aptos" w:hAnsi="Aptos"/>
                <w:b w:val="0"/>
                <w:color w:val="414141"/>
                <w:sz w:val="16"/>
              </w:rPr>
              <w:t>Quadtree code bits  1,052</w:t>
            </w:r>
          </w:p>
          <w:p>
            <w:pPr>
              <w:spacing w:before="0" w:after="22" w:line="240" w:lineRule="auto"/>
              <w:jc w:val="center"/>
            </w:pPr>
            <w:r>
              <w:rPr>
                <w:rFonts w:ascii="Aptos" w:hAnsi="Aptos"/>
                <w:b w:val="0"/>
                <w:color w:val="414141"/>
                <w:sz w:val="16"/>
              </w:rPr>
              <w:t>q/random  0.07331    PNG/random  0.1959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X64810_M3</w:t>
            </w:r>
          </w:p>
          <w:p>
            <w:pPr>
              <w:spacing w:before="0" w:after="22" w:line="240" w:lineRule="auto"/>
              <w:jc w:val="center"/>
            </w:pPr>
            <w:r>
              <w:rPr>
                <w:rFonts w:ascii="Aptos" w:hAnsi="Aptos"/>
                <w:b w:val="0"/>
                <w:color w:val="414141"/>
                <w:sz w:val="16"/>
              </w:rPr>
              <w:t>Definition  X(64810); M3 pedal triangle</w:t>
            </w:r>
          </w:p>
          <w:p>
            <w:pPr>
              <w:spacing w:before="0" w:after="22" w:line="240" w:lineRule="auto"/>
              <w:jc w:val="center"/>
            </w:pPr>
            <w:r>
              <w:rPr>
                <w:rFonts w:ascii="Aptos" w:hAnsi="Aptos"/>
                <w:b w:val="0"/>
                <w:color w:val="414141"/>
                <w:sz w:val="16"/>
              </w:rPr>
              <w:t>Wundt position  70</w:t>
            </w:r>
          </w:p>
          <w:p>
            <w:pPr>
              <w:spacing w:before="0" w:after="22" w:line="240" w:lineRule="auto"/>
              <w:jc w:val="center"/>
            </w:pPr>
            <w:r>
              <w:rPr>
                <w:rFonts w:ascii="Aptos" w:hAnsi="Aptos"/>
                <w:b w:val="0"/>
                <w:color w:val="414141"/>
                <w:sz w:val="16"/>
              </w:rPr>
              <w:t>Wundt gate  0.996867</w:t>
            </w:r>
          </w:p>
          <w:p>
            <w:pPr>
              <w:spacing w:before="0" w:after="22" w:line="240" w:lineRule="auto"/>
              <w:jc w:val="center"/>
            </w:pPr>
            <w:r>
              <w:rPr>
                <w:rFonts w:ascii="Aptos" w:hAnsi="Aptos"/>
                <w:b w:val="0"/>
                <w:color w:val="414141"/>
                <w:sz w:val="16"/>
              </w:rPr>
              <w:t>q/random  0.5280    code bits  12,217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1" name="Picture 71" descr="Three triangle comparison: X46458_M3, X40694_M1, X15014_M3"/>
            <wp:cNvGraphicFramePr>
              <a:graphicFrameLocks noChangeAspect="1"/>
            </wp:cNvGraphicFramePr>
            <a:graphic>
              <a:graphicData uri="http://schemas.openxmlformats.org/drawingml/2006/picture">
                <pic:pic>
                  <pic:nvPicPr>
                    <pic:cNvPr id="0" name="web_071.jpg"/>
                    <pic:cNvPicPr/>
                  </pic:nvPicPr>
                  <pic:blipFill>
                    <a:blip r:embed="rId7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X46458_M3</w:t>
            </w:r>
          </w:p>
          <w:p>
            <w:pPr>
              <w:spacing w:before="0" w:after="22" w:line="240" w:lineRule="auto"/>
              <w:jc w:val="center"/>
            </w:pPr>
            <w:r>
              <w:rPr>
                <w:rFonts w:ascii="Aptos" w:hAnsi="Aptos"/>
                <w:b w:val="0"/>
                <w:color w:val="414141"/>
                <w:sz w:val="16"/>
              </w:rPr>
              <w:t>Definition  X(46458); M3 pedal triangle</w:t>
            </w:r>
          </w:p>
          <w:p>
            <w:pPr>
              <w:spacing w:before="0" w:after="22" w:line="240" w:lineRule="auto"/>
              <w:jc w:val="center"/>
            </w:pPr>
            <w:r>
              <w:rPr>
                <w:rFonts w:ascii="Aptos" w:hAnsi="Aptos"/>
                <w:b w:val="0"/>
                <w:color w:val="414141"/>
                <w:sz w:val="16"/>
              </w:rPr>
              <w:t>Neural score  57.668</w:t>
            </w:r>
          </w:p>
          <w:p>
            <w:pPr>
              <w:spacing w:before="0" w:after="22" w:line="240" w:lineRule="auto"/>
              <w:jc w:val="center"/>
            </w:pPr>
            <w:r>
              <w:rPr>
                <w:rFonts w:ascii="Aptos" w:hAnsi="Aptos"/>
                <w:b w:val="0"/>
                <w:color w:val="414141"/>
                <w:sz w:val="16"/>
              </w:rPr>
              <w:t>Code bits  7,835    q/random  0.3503</w:t>
            </w:r>
          </w:p>
          <w:p>
            <w:pPr>
              <w:spacing w:before="0" w:after="22" w:line="240" w:lineRule="auto"/>
              <w:jc w:val="center"/>
            </w:pPr>
            <w:r>
              <w:rPr>
                <w:rFonts w:ascii="Aptos" w:hAnsi="Aptos"/>
                <w:b w:val="0"/>
                <w:color w:val="414141"/>
                <w:sz w:val="16"/>
              </w:rPr>
              <w:t>Fitted taste  0.865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X40694_M1</w:t>
            </w:r>
          </w:p>
          <w:p>
            <w:pPr>
              <w:spacing w:before="0" w:after="22" w:line="240" w:lineRule="auto"/>
              <w:jc w:val="center"/>
            </w:pPr>
            <w:r>
              <w:rPr>
                <w:rFonts w:ascii="Aptos" w:hAnsi="Aptos"/>
                <w:b w:val="0"/>
                <w:color w:val="414141"/>
                <w:sz w:val="16"/>
              </w:rPr>
              <w:t>Definition  X(40694); M1 cevian triangle</w:t>
            </w:r>
          </w:p>
          <w:p>
            <w:pPr>
              <w:spacing w:before="0" w:after="22" w:line="240" w:lineRule="auto"/>
              <w:jc w:val="center"/>
            </w:pPr>
            <w:r>
              <w:rPr>
                <w:rFonts w:ascii="Aptos" w:hAnsi="Aptos"/>
                <w:b w:val="0"/>
                <w:color w:val="414141"/>
                <w:sz w:val="16"/>
              </w:rPr>
              <w:t>Code-bit rank  69    position  71</w:t>
            </w:r>
          </w:p>
          <w:p>
            <w:pPr>
              <w:spacing w:before="0" w:after="22" w:line="240" w:lineRule="auto"/>
              <w:jc w:val="center"/>
            </w:pPr>
            <w:r>
              <w:rPr>
                <w:rFonts w:ascii="Aptos" w:hAnsi="Aptos"/>
                <w:b w:val="0"/>
                <w:color w:val="414141"/>
                <w:sz w:val="16"/>
              </w:rPr>
              <w:t>Quadtree code bits  1,052</w:t>
            </w:r>
          </w:p>
          <w:p>
            <w:pPr>
              <w:spacing w:before="0" w:after="22" w:line="240" w:lineRule="auto"/>
              <w:jc w:val="center"/>
            </w:pPr>
            <w:r>
              <w:rPr>
                <w:rFonts w:ascii="Aptos" w:hAnsi="Aptos"/>
                <w:b w:val="0"/>
                <w:color w:val="414141"/>
                <w:sz w:val="16"/>
              </w:rPr>
              <w:t>q/random  0.08844    PNG/random  0.2188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X15014_M3</w:t>
            </w:r>
          </w:p>
          <w:p>
            <w:pPr>
              <w:spacing w:before="0" w:after="22" w:line="240" w:lineRule="auto"/>
              <w:jc w:val="center"/>
            </w:pPr>
            <w:r>
              <w:rPr>
                <w:rFonts w:ascii="Aptos" w:hAnsi="Aptos"/>
                <w:b w:val="0"/>
                <w:color w:val="414141"/>
                <w:sz w:val="16"/>
              </w:rPr>
              <w:t>Definition  X(15014); M3 pedal triangle</w:t>
            </w:r>
          </w:p>
          <w:p>
            <w:pPr>
              <w:spacing w:before="0" w:after="22" w:line="240" w:lineRule="auto"/>
              <w:jc w:val="center"/>
            </w:pPr>
            <w:r>
              <w:rPr>
                <w:rFonts w:ascii="Aptos" w:hAnsi="Aptos"/>
                <w:b w:val="0"/>
                <w:color w:val="414141"/>
                <w:sz w:val="16"/>
              </w:rPr>
              <w:t>Wundt position  71</w:t>
            </w:r>
          </w:p>
          <w:p>
            <w:pPr>
              <w:spacing w:before="0" w:after="22" w:line="240" w:lineRule="auto"/>
              <w:jc w:val="center"/>
            </w:pPr>
            <w:r>
              <w:rPr>
                <w:rFonts w:ascii="Aptos" w:hAnsi="Aptos"/>
                <w:b w:val="0"/>
                <w:color w:val="414141"/>
                <w:sz w:val="16"/>
              </w:rPr>
              <w:t>Wundt gate  0.996865</w:t>
            </w:r>
          </w:p>
          <w:p>
            <w:pPr>
              <w:spacing w:before="0" w:after="22" w:line="240" w:lineRule="auto"/>
              <w:jc w:val="center"/>
            </w:pPr>
            <w:r>
              <w:rPr>
                <w:rFonts w:ascii="Aptos" w:hAnsi="Aptos"/>
                <w:b w:val="0"/>
                <w:color w:val="414141"/>
                <w:sz w:val="16"/>
              </w:rPr>
              <w:t>q/random  0.4720    code bits  10,565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2" name="Picture 72" descr="Three triangle comparison: X19728_M3, X71310_M1, X39408_M3"/>
            <wp:cNvGraphicFramePr>
              <a:graphicFrameLocks noChangeAspect="1"/>
            </wp:cNvGraphicFramePr>
            <a:graphic>
              <a:graphicData uri="http://schemas.openxmlformats.org/drawingml/2006/picture">
                <pic:pic>
                  <pic:nvPicPr>
                    <pic:cNvPr id="0" name="web_072.jpg"/>
                    <pic:cNvPicPr/>
                  </pic:nvPicPr>
                  <pic:blipFill>
                    <a:blip r:embed="rId8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X19728_M3</w:t>
            </w:r>
          </w:p>
          <w:p>
            <w:pPr>
              <w:spacing w:before="0" w:after="22" w:line="240" w:lineRule="auto"/>
              <w:jc w:val="center"/>
            </w:pPr>
            <w:r>
              <w:rPr>
                <w:rFonts w:ascii="Aptos" w:hAnsi="Aptos"/>
                <w:b w:val="0"/>
                <w:color w:val="414141"/>
                <w:sz w:val="16"/>
              </w:rPr>
              <w:t>Definition  X(19728); M3 pedal triangle</w:t>
            </w:r>
          </w:p>
          <w:p>
            <w:pPr>
              <w:spacing w:before="0" w:after="22" w:line="240" w:lineRule="auto"/>
              <w:jc w:val="center"/>
            </w:pPr>
            <w:r>
              <w:rPr>
                <w:rFonts w:ascii="Aptos" w:hAnsi="Aptos"/>
                <w:b w:val="0"/>
                <w:color w:val="414141"/>
                <w:sz w:val="16"/>
              </w:rPr>
              <w:t>Neural score  57.636</w:t>
            </w:r>
          </w:p>
          <w:p>
            <w:pPr>
              <w:spacing w:before="0" w:after="22" w:line="240" w:lineRule="auto"/>
              <w:jc w:val="center"/>
            </w:pPr>
            <w:r>
              <w:rPr>
                <w:rFonts w:ascii="Aptos" w:hAnsi="Aptos"/>
                <w:b w:val="0"/>
                <w:color w:val="414141"/>
                <w:sz w:val="16"/>
              </w:rPr>
              <w:t>Code bits  3,838    q/random  0.2502</w:t>
            </w:r>
          </w:p>
          <w:p>
            <w:pPr>
              <w:spacing w:before="0" w:after="22" w:line="240" w:lineRule="auto"/>
              <w:jc w:val="center"/>
            </w:pPr>
            <w:r>
              <w:rPr>
                <w:rFonts w:ascii="Aptos" w:hAnsi="Aptos"/>
                <w:b w:val="0"/>
                <w:color w:val="414141"/>
                <w:sz w:val="16"/>
              </w:rPr>
              <w:t>Fitted taste  1.280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X71310_M1</w:t>
            </w:r>
          </w:p>
          <w:p>
            <w:pPr>
              <w:spacing w:before="0" w:after="22" w:line="240" w:lineRule="auto"/>
              <w:jc w:val="center"/>
            </w:pPr>
            <w:r>
              <w:rPr>
                <w:rFonts w:ascii="Aptos" w:hAnsi="Aptos"/>
                <w:b w:val="0"/>
                <w:color w:val="414141"/>
                <w:sz w:val="16"/>
              </w:rPr>
              <w:t>Definition  X(71310); M1 cevian triangle</w:t>
            </w:r>
          </w:p>
          <w:p>
            <w:pPr>
              <w:spacing w:before="0" w:after="22" w:line="240" w:lineRule="auto"/>
              <w:jc w:val="center"/>
            </w:pPr>
            <w:r>
              <w:rPr>
                <w:rFonts w:ascii="Aptos" w:hAnsi="Aptos"/>
                <w:b w:val="0"/>
                <w:color w:val="414141"/>
                <w:sz w:val="16"/>
              </w:rPr>
              <w:t>Code-bit rank  69    position  72</w:t>
            </w:r>
          </w:p>
          <w:p>
            <w:pPr>
              <w:spacing w:before="0" w:after="22" w:line="240" w:lineRule="auto"/>
              <w:jc w:val="center"/>
            </w:pPr>
            <w:r>
              <w:rPr>
                <w:rFonts w:ascii="Aptos" w:hAnsi="Aptos"/>
                <w:b w:val="0"/>
                <w:color w:val="414141"/>
                <w:sz w:val="16"/>
              </w:rPr>
              <w:t>Quadtree code bits  1,052</w:t>
            </w:r>
          </w:p>
          <w:p>
            <w:pPr>
              <w:spacing w:before="0" w:after="22" w:line="240" w:lineRule="auto"/>
              <w:jc w:val="center"/>
            </w:pPr>
            <w:r>
              <w:rPr>
                <w:rFonts w:ascii="Aptos" w:hAnsi="Aptos"/>
                <w:b w:val="0"/>
                <w:color w:val="414141"/>
                <w:sz w:val="16"/>
              </w:rPr>
              <w:t>q/random  0.06441    PNG/random  0.1641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X39408_M3</w:t>
            </w:r>
          </w:p>
          <w:p>
            <w:pPr>
              <w:spacing w:before="0" w:after="22" w:line="240" w:lineRule="auto"/>
              <w:jc w:val="center"/>
            </w:pPr>
            <w:r>
              <w:rPr>
                <w:rFonts w:ascii="Aptos" w:hAnsi="Aptos"/>
                <w:b w:val="0"/>
                <w:color w:val="414141"/>
                <w:sz w:val="16"/>
              </w:rPr>
              <w:t>Definition  X(39408); M3 pedal triangle</w:t>
            </w:r>
          </w:p>
          <w:p>
            <w:pPr>
              <w:spacing w:before="0" w:after="22" w:line="240" w:lineRule="auto"/>
              <w:jc w:val="center"/>
            </w:pPr>
            <w:r>
              <w:rPr>
                <w:rFonts w:ascii="Aptos" w:hAnsi="Aptos"/>
                <w:b w:val="0"/>
                <w:color w:val="414141"/>
                <w:sz w:val="16"/>
              </w:rPr>
              <w:t>Wundt position  72</w:t>
            </w:r>
          </w:p>
          <w:p>
            <w:pPr>
              <w:spacing w:before="0" w:after="22" w:line="240" w:lineRule="auto"/>
              <w:jc w:val="center"/>
            </w:pPr>
            <w:r>
              <w:rPr>
                <w:rFonts w:ascii="Aptos" w:hAnsi="Aptos"/>
                <w:b w:val="0"/>
                <w:color w:val="414141"/>
                <w:sz w:val="16"/>
              </w:rPr>
              <w:t>Wundt gate  0.996849</w:t>
            </w:r>
          </w:p>
          <w:p>
            <w:pPr>
              <w:spacing w:before="0" w:after="22" w:line="240" w:lineRule="auto"/>
              <w:jc w:val="center"/>
            </w:pPr>
            <w:r>
              <w:rPr>
                <w:rFonts w:ascii="Aptos" w:hAnsi="Aptos"/>
                <w:b w:val="0"/>
                <w:color w:val="414141"/>
                <w:sz w:val="16"/>
              </w:rPr>
              <w:t>q/random  0.4719    code bits  10,831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3" name="Picture 73" descr="Three triangle comparison: X53838_M3, X37173_M3, X50439_M1"/>
            <wp:cNvGraphicFramePr>
              <a:graphicFrameLocks noChangeAspect="1"/>
            </wp:cNvGraphicFramePr>
            <a:graphic>
              <a:graphicData uri="http://schemas.openxmlformats.org/drawingml/2006/picture">
                <pic:pic>
                  <pic:nvPicPr>
                    <pic:cNvPr id="0" name="web_073.jpg"/>
                    <pic:cNvPicPr/>
                  </pic:nvPicPr>
                  <pic:blipFill>
                    <a:blip r:embed="rId8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X53838_M3</w:t>
            </w:r>
          </w:p>
          <w:p>
            <w:pPr>
              <w:spacing w:before="0" w:after="22" w:line="240" w:lineRule="auto"/>
              <w:jc w:val="center"/>
            </w:pPr>
            <w:r>
              <w:rPr>
                <w:rFonts w:ascii="Aptos" w:hAnsi="Aptos"/>
                <w:b w:val="0"/>
                <w:color w:val="414141"/>
                <w:sz w:val="16"/>
              </w:rPr>
              <w:t>Definition  X(53838); M3 pedal triangle</w:t>
            </w:r>
          </w:p>
          <w:p>
            <w:pPr>
              <w:spacing w:before="0" w:after="22" w:line="240" w:lineRule="auto"/>
              <w:jc w:val="center"/>
            </w:pPr>
            <w:r>
              <w:rPr>
                <w:rFonts w:ascii="Aptos" w:hAnsi="Aptos"/>
                <w:b w:val="0"/>
                <w:color w:val="414141"/>
                <w:sz w:val="16"/>
              </w:rPr>
              <w:t>Neural score  57.633</w:t>
            </w:r>
          </w:p>
          <w:p>
            <w:pPr>
              <w:spacing w:before="0" w:after="22" w:line="240" w:lineRule="auto"/>
              <w:jc w:val="center"/>
            </w:pPr>
            <w:r>
              <w:rPr>
                <w:rFonts w:ascii="Aptos" w:hAnsi="Aptos"/>
                <w:b w:val="0"/>
                <w:color w:val="414141"/>
                <w:sz w:val="16"/>
              </w:rPr>
              <w:t>Code bits  4,643    q/random  0.2103</w:t>
            </w:r>
          </w:p>
          <w:p>
            <w:pPr>
              <w:spacing w:before="0" w:after="22" w:line="240" w:lineRule="auto"/>
              <w:jc w:val="center"/>
            </w:pPr>
            <w:r>
              <w:rPr>
                <w:rFonts w:ascii="Aptos" w:hAnsi="Aptos"/>
                <w:b w:val="0"/>
                <w:color w:val="414141"/>
                <w:sz w:val="16"/>
              </w:rPr>
              <w:t>Fitted taste  1.270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X37173_M3</w:t>
            </w:r>
          </w:p>
          <w:p>
            <w:pPr>
              <w:spacing w:before="0" w:after="22" w:line="240" w:lineRule="auto"/>
              <w:jc w:val="center"/>
            </w:pPr>
            <w:r>
              <w:rPr>
                <w:rFonts w:ascii="Aptos" w:hAnsi="Aptos"/>
                <w:b w:val="0"/>
                <w:color w:val="414141"/>
                <w:sz w:val="16"/>
              </w:rPr>
              <w:t>Definition  X(37173); M3 pedal triangle</w:t>
            </w:r>
          </w:p>
          <w:p>
            <w:pPr>
              <w:spacing w:before="0" w:after="22" w:line="240" w:lineRule="auto"/>
              <w:jc w:val="center"/>
            </w:pPr>
            <w:r>
              <w:rPr>
                <w:rFonts w:ascii="Aptos" w:hAnsi="Aptos"/>
                <w:b w:val="0"/>
                <w:color w:val="414141"/>
                <w:sz w:val="16"/>
              </w:rPr>
              <w:t>Code-bit rank  73    position  73</w:t>
            </w:r>
          </w:p>
          <w:p>
            <w:pPr>
              <w:spacing w:before="0" w:after="22" w:line="240" w:lineRule="auto"/>
              <w:jc w:val="center"/>
            </w:pPr>
            <w:r>
              <w:rPr>
                <w:rFonts w:ascii="Aptos" w:hAnsi="Aptos"/>
                <w:b w:val="0"/>
                <w:color w:val="414141"/>
                <w:sz w:val="16"/>
              </w:rPr>
              <w:t>Quadtree code bits  1,059</w:t>
            </w:r>
          </w:p>
          <w:p>
            <w:pPr>
              <w:spacing w:before="0" w:after="22" w:line="240" w:lineRule="auto"/>
              <w:jc w:val="center"/>
            </w:pPr>
            <w:r>
              <w:rPr>
                <w:rFonts w:ascii="Aptos" w:hAnsi="Aptos"/>
                <w:b w:val="0"/>
                <w:color w:val="414141"/>
                <w:sz w:val="16"/>
              </w:rPr>
              <w:t>q/random  0.06461    PNG/random  0.1995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X50439_M1</w:t>
            </w:r>
          </w:p>
          <w:p>
            <w:pPr>
              <w:spacing w:before="0" w:after="22" w:line="240" w:lineRule="auto"/>
              <w:jc w:val="center"/>
            </w:pPr>
            <w:r>
              <w:rPr>
                <w:rFonts w:ascii="Aptos" w:hAnsi="Aptos"/>
                <w:b w:val="0"/>
                <w:color w:val="414141"/>
                <w:sz w:val="16"/>
              </w:rPr>
              <w:t>Definition  X(50439); M1 cevian triangle</w:t>
            </w:r>
          </w:p>
          <w:p>
            <w:pPr>
              <w:spacing w:before="0" w:after="22" w:line="240" w:lineRule="auto"/>
              <w:jc w:val="center"/>
            </w:pPr>
            <w:r>
              <w:rPr>
                <w:rFonts w:ascii="Aptos" w:hAnsi="Aptos"/>
                <w:b w:val="0"/>
                <w:color w:val="414141"/>
                <w:sz w:val="16"/>
              </w:rPr>
              <w:t>Wundt position  73</w:t>
            </w:r>
          </w:p>
          <w:p>
            <w:pPr>
              <w:spacing w:before="0" w:after="22" w:line="240" w:lineRule="auto"/>
              <w:jc w:val="center"/>
            </w:pPr>
            <w:r>
              <w:rPr>
                <w:rFonts w:ascii="Aptos" w:hAnsi="Aptos"/>
                <w:b w:val="0"/>
                <w:color w:val="414141"/>
                <w:sz w:val="16"/>
              </w:rPr>
              <w:t>Wundt gate  0.996781</w:t>
            </w:r>
          </w:p>
          <w:p>
            <w:pPr>
              <w:spacing w:before="0" w:after="22" w:line="240" w:lineRule="auto"/>
              <w:jc w:val="center"/>
            </w:pPr>
            <w:r>
              <w:rPr>
                <w:rFonts w:ascii="Aptos" w:hAnsi="Aptos"/>
                <w:b w:val="0"/>
                <w:color w:val="414141"/>
                <w:sz w:val="16"/>
              </w:rPr>
              <w:t>q/random  0.4716    code bits  10,418</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4" name="Picture 74" descr="Three triangle comparison: X24472_M1, X58596_M3, X54929_M1"/>
            <wp:cNvGraphicFramePr>
              <a:graphicFrameLocks noChangeAspect="1"/>
            </wp:cNvGraphicFramePr>
            <a:graphic>
              <a:graphicData uri="http://schemas.openxmlformats.org/drawingml/2006/picture">
                <pic:pic>
                  <pic:nvPicPr>
                    <pic:cNvPr id="0" name="web_074.jpg"/>
                    <pic:cNvPicPr/>
                  </pic:nvPicPr>
                  <pic:blipFill>
                    <a:blip r:embed="rId8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X24472_M1</w:t>
            </w:r>
          </w:p>
          <w:p>
            <w:pPr>
              <w:spacing w:before="0" w:after="22" w:line="240" w:lineRule="auto"/>
              <w:jc w:val="center"/>
            </w:pPr>
            <w:r>
              <w:rPr>
                <w:rFonts w:ascii="Aptos" w:hAnsi="Aptos"/>
                <w:b w:val="0"/>
                <w:color w:val="414141"/>
                <w:sz w:val="16"/>
              </w:rPr>
              <w:t>Definition  X(24472); M1 cevian triangle</w:t>
            </w:r>
          </w:p>
          <w:p>
            <w:pPr>
              <w:spacing w:before="0" w:after="22" w:line="240" w:lineRule="auto"/>
              <w:jc w:val="center"/>
            </w:pPr>
            <w:r>
              <w:rPr>
                <w:rFonts w:ascii="Aptos" w:hAnsi="Aptos"/>
                <w:b w:val="0"/>
                <w:color w:val="414141"/>
                <w:sz w:val="16"/>
              </w:rPr>
              <w:t>Neural score  57.610</w:t>
            </w:r>
          </w:p>
          <w:p>
            <w:pPr>
              <w:spacing w:before="0" w:after="22" w:line="240" w:lineRule="auto"/>
              <w:jc w:val="center"/>
            </w:pPr>
            <w:r>
              <w:rPr>
                <w:rFonts w:ascii="Aptos" w:hAnsi="Aptos"/>
                <w:b w:val="0"/>
                <w:color w:val="414141"/>
                <w:sz w:val="16"/>
              </w:rPr>
              <w:t>Code bits  1,745    q/random  0.2754</w:t>
            </w:r>
          </w:p>
          <w:p>
            <w:pPr>
              <w:spacing w:before="0" w:after="22" w:line="240" w:lineRule="auto"/>
              <w:jc w:val="center"/>
            </w:pPr>
            <w:r>
              <w:rPr>
                <w:rFonts w:ascii="Aptos" w:hAnsi="Aptos"/>
                <w:b w:val="0"/>
                <w:color w:val="414141"/>
                <w:sz w:val="16"/>
              </w:rPr>
              <w:t>Fitted taste  0.118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X58596_M3</w:t>
            </w:r>
          </w:p>
          <w:p>
            <w:pPr>
              <w:spacing w:before="0" w:after="22" w:line="240" w:lineRule="auto"/>
              <w:jc w:val="center"/>
            </w:pPr>
            <w:r>
              <w:rPr>
                <w:rFonts w:ascii="Aptos" w:hAnsi="Aptos"/>
                <w:b w:val="0"/>
                <w:color w:val="414141"/>
                <w:sz w:val="16"/>
              </w:rPr>
              <w:t>Definition  X(58596); M3 pedal triangle</w:t>
            </w:r>
          </w:p>
          <w:p>
            <w:pPr>
              <w:spacing w:before="0" w:after="22" w:line="240" w:lineRule="auto"/>
              <w:jc w:val="center"/>
            </w:pPr>
            <w:r>
              <w:rPr>
                <w:rFonts w:ascii="Aptos" w:hAnsi="Aptos"/>
                <w:b w:val="0"/>
                <w:color w:val="414141"/>
                <w:sz w:val="16"/>
              </w:rPr>
              <w:t>Code-bit rank  74    position  74</w:t>
            </w:r>
          </w:p>
          <w:p>
            <w:pPr>
              <w:spacing w:before="0" w:after="22" w:line="240" w:lineRule="auto"/>
              <w:jc w:val="center"/>
            </w:pPr>
            <w:r>
              <w:rPr>
                <w:rFonts w:ascii="Aptos" w:hAnsi="Aptos"/>
                <w:b w:val="0"/>
                <w:color w:val="414141"/>
                <w:sz w:val="16"/>
              </w:rPr>
              <w:t>Quadtree code bits  1,066</w:t>
            </w:r>
          </w:p>
          <w:p>
            <w:pPr>
              <w:spacing w:before="0" w:after="22" w:line="240" w:lineRule="auto"/>
              <w:jc w:val="center"/>
            </w:pPr>
            <w:r>
              <w:rPr>
                <w:rFonts w:ascii="Aptos" w:hAnsi="Aptos"/>
                <w:b w:val="0"/>
                <w:color w:val="414141"/>
                <w:sz w:val="16"/>
              </w:rPr>
              <w:t>q/random  0.20403    PNG/random  0.3138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X54929_M1</w:t>
            </w:r>
          </w:p>
          <w:p>
            <w:pPr>
              <w:spacing w:before="0" w:after="22" w:line="240" w:lineRule="auto"/>
              <w:jc w:val="center"/>
            </w:pPr>
            <w:r>
              <w:rPr>
                <w:rFonts w:ascii="Aptos" w:hAnsi="Aptos"/>
                <w:b w:val="0"/>
                <w:color w:val="414141"/>
                <w:sz w:val="16"/>
              </w:rPr>
              <w:t>Definition  X(54929); M1 cevian triangle</w:t>
            </w:r>
          </w:p>
          <w:p>
            <w:pPr>
              <w:spacing w:before="0" w:after="22" w:line="240" w:lineRule="auto"/>
              <w:jc w:val="center"/>
            </w:pPr>
            <w:r>
              <w:rPr>
                <w:rFonts w:ascii="Aptos" w:hAnsi="Aptos"/>
                <w:b w:val="0"/>
                <w:color w:val="414141"/>
                <w:sz w:val="16"/>
              </w:rPr>
              <w:t>Wundt position  74</w:t>
            </w:r>
          </w:p>
          <w:p>
            <w:pPr>
              <w:spacing w:before="0" w:after="22" w:line="240" w:lineRule="auto"/>
              <w:jc w:val="center"/>
            </w:pPr>
            <w:r>
              <w:rPr>
                <w:rFonts w:ascii="Aptos" w:hAnsi="Aptos"/>
                <w:b w:val="0"/>
                <w:color w:val="414141"/>
                <w:sz w:val="16"/>
              </w:rPr>
              <w:t>Wundt gate  0.996745</w:t>
            </w:r>
          </w:p>
          <w:p>
            <w:pPr>
              <w:spacing w:before="0" w:after="22" w:line="240" w:lineRule="auto"/>
              <w:jc w:val="center"/>
            </w:pPr>
            <w:r>
              <w:rPr>
                <w:rFonts w:ascii="Aptos" w:hAnsi="Aptos"/>
                <w:b w:val="0"/>
                <w:color w:val="414141"/>
                <w:sz w:val="16"/>
              </w:rPr>
              <w:t>q/random  0.5285    code bits  11,286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5" name="Picture 75" descr="Three triangle comparison: X18700_M3, X20976_M3, X65521_M1"/>
            <wp:cNvGraphicFramePr>
              <a:graphicFrameLocks noChangeAspect="1"/>
            </wp:cNvGraphicFramePr>
            <a:graphic>
              <a:graphicData uri="http://schemas.openxmlformats.org/drawingml/2006/picture">
                <pic:pic>
                  <pic:nvPicPr>
                    <pic:cNvPr id="0" name="web_075.jpg"/>
                    <pic:cNvPicPr/>
                  </pic:nvPicPr>
                  <pic:blipFill>
                    <a:blip r:embed="rId8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X18700_M3</w:t>
            </w:r>
          </w:p>
          <w:p>
            <w:pPr>
              <w:spacing w:before="0" w:after="22" w:line="240" w:lineRule="auto"/>
              <w:jc w:val="center"/>
            </w:pPr>
            <w:r>
              <w:rPr>
                <w:rFonts w:ascii="Aptos" w:hAnsi="Aptos"/>
                <w:b w:val="0"/>
                <w:color w:val="414141"/>
                <w:sz w:val="16"/>
              </w:rPr>
              <w:t>Definition  X(18700); M3 pedal triangle</w:t>
            </w:r>
          </w:p>
          <w:p>
            <w:pPr>
              <w:spacing w:before="0" w:after="22" w:line="240" w:lineRule="auto"/>
              <w:jc w:val="center"/>
            </w:pPr>
            <w:r>
              <w:rPr>
                <w:rFonts w:ascii="Aptos" w:hAnsi="Aptos"/>
                <w:b w:val="0"/>
                <w:color w:val="414141"/>
                <w:sz w:val="16"/>
              </w:rPr>
              <w:t>Neural score  57.431</w:t>
            </w:r>
          </w:p>
          <w:p>
            <w:pPr>
              <w:spacing w:before="0" w:after="22" w:line="240" w:lineRule="auto"/>
              <w:jc w:val="center"/>
            </w:pPr>
            <w:r>
              <w:rPr>
                <w:rFonts w:ascii="Aptos" w:hAnsi="Aptos"/>
                <w:b w:val="0"/>
                <w:color w:val="414141"/>
                <w:sz w:val="16"/>
              </w:rPr>
              <w:t>Code bits  5,700    q/random  0.2540</w:t>
            </w:r>
          </w:p>
          <w:p>
            <w:pPr>
              <w:spacing w:before="0" w:after="22" w:line="240" w:lineRule="auto"/>
              <w:jc w:val="center"/>
            </w:pPr>
            <w:r>
              <w:rPr>
                <w:rFonts w:ascii="Aptos" w:hAnsi="Aptos"/>
                <w:b w:val="0"/>
                <w:color w:val="414141"/>
                <w:sz w:val="16"/>
              </w:rPr>
              <w:t>Fitted taste  1.085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X20976_M3</w:t>
            </w:r>
          </w:p>
          <w:p>
            <w:pPr>
              <w:spacing w:before="0" w:after="22" w:line="240" w:lineRule="auto"/>
              <w:jc w:val="center"/>
            </w:pPr>
            <w:r>
              <w:rPr>
                <w:rFonts w:ascii="Aptos" w:hAnsi="Aptos"/>
                <w:b w:val="0"/>
                <w:color w:val="414141"/>
                <w:sz w:val="16"/>
              </w:rPr>
              <w:t>Definition  X(20976); M3 pedal triangle</w:t>
            </w:r>
          </w:p>
          <w:p>
            <w:pPr>
              <w:spacing w:before="0" w:after="22" w:line="240" w:lineRule="auto"/>
              <w:jc w:val="center"/>
            </w:pPr>
            <w:r>
              <w:rPr>
                <w:rFonts w:ascii="Aptos" w:hAnsi="Aptos"/>
                <w:b w:val="0"/>
                <w:color w:val="414141"/>
                <w:sz w:val="16"/>
              </w:rPr>
              <w:t>Code-bit rank  75    position  75</w:t>
            </w:r>
          </w:p>
          <w:p>
            <w:pPr>
              <w:spacing w:before="0" w:after="22" w:line="240" w:lineRule="auto"/>
              <w:jc w:val="center"/>
            </w:pPr>
            <w:r>
              <w:rPr>
                <w:rFonts w:ascii="Aptos" w:hAnsi="Aptos"/>
                <w:b w:val="0"/>
                <w:color w:val="414141"/>
                <w:sz w:val="16"/>
              </w:rPr>
              <w:t>Quadtree code bits  1,080</w:t>
            </w:r>
          </w:p>
          <w:p>
            <w:pPr>
              <w:spacing w:before="0" w:after="22" w:line="240" w:lineRule="auto"/>
              <w:jc w:val="center"/>
            </w:pPr>
            <w:r>
              <w:rPr>
                <w:rFonts w:ascii="Aptos" w:hAnsi="Aptos"/>
                <w:b w:val="0"/>
                <w:color w:val="414141"/>
                <w:sz w:val="16"/>
              </w:rPr>
              <w:t>q/random  0.06393    PNG/random  0.1861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X65521_M1</w:t>
            </w:r>
          </w:p>
          <w:p>
            <w:pPr>
              <w:spacing w:before="0" w:after="22" w:line="240" w:lineRule="auto"/>
              <w:jc w:val="center"/>
            </w:pPr>
            <w:r>
              <w:rPr>
                <w:rFonts w:ascii="Aptos" w:hAnsi="Aptos"/>
                <w:b w:val="0"/>
                <w:color w:val="414141"/>
                <w:sz w:val="16"/>
              </w:rPr>
              <w:t>Definition  X(65521); M1 cevian triangle</w:t>
            </w:r>
          </w:p>
          <w:p>
            <w:pPr>
              <w:spacing w:before="0" w:after="22" w:line="240" w:lineRule="auto"/>
              <w:jc w:val="center"/>
            </w:pPr>
            <w:r>
              <w:rPr>
                <w:rFonts w:ascii="Aptos" w:hAnsi="Aptos"/>
                <w:b w:val="0"/>
                <w:color w:val="414141"/>
                <w:sz w:val="16"/>
              </w:rPr>
              <w:t>Wundt position  75</w:t>
            </w:r>
          </w:p>
          <w:p>
            <w:pPr>
              <w:spacing w:before="0" w:after="22" w:line="240" w:lineRule="auto"/>
              <w:jc w:val="center"/>
            </w:pPr>
            <w:r>
              <w:rPr>
                <w:rFonts w:ascii="Aptos" w:hAnsi="Aptos"/>
                <w:b w:val="0"/>
                <w:color w:val="414141"/>
                <w:sz w:val="16"/>
              </w:rPr>
              <w:t>Wundt gate  0.996663</w:t>
            </w:r>
          </w:p>
          <w:p>
            <w:pPr>
              <w:spacing w:before="0" w:after="22" w:line="240" w:lineRule="auto"/>
              <w:jc w:val="center"/>
            </w:pPr>
            <w:r>
              <w:rPr>
                <w:rFonts w:ascii="Aptos" w:hAnsi="Aptos"/>
                <w:b w:val="0"/>
                <w:color w:val="414141"/>
                <w:sz w:val="16"/>
              </w:rPr>
              <w:t>q/random  0.4711    code bits  10,677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6" name="Picture 76" descr="Three triangle comparison: X44320_M3, X27881_M3, X5630_M1"/>
            <wp:cNvGraphicFramePr>
              <a:graphicFrameLocks noChangeAspect="1"/>
            </wp:cNvGraphicFramePr>
            <a:graphic>
              <a:graphicData uri="http://schemas.openxmlformats.org/drawingml/2006/picture">
                <pic:pic>
                  <pic:nvPicPr>
                    <pic:cNvPr id="0" name="web_076.jpg"/>
                    <pic:cNvPicPr/>
                  </pic:nvPicPr>
                  <pic:blipFill>
                    <a:blip r:embed="rId8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X44320_M3</w:t>
            </w:r>
          </w:p>
          <w:p>
            <w:pPr>
              <w:spacing w:before="0" w:after="22" w:line="240" w:lineRule="auto"/>
              <w:jc w:val="center"/>
            </w:pPr>
            <w:r>
              <w:rPr>
                <w:rFonts w:ascii="Aptos" w:hAnsi="Aptos"/>
                <w:b w:val="0"/>
                <w:color w:val="414141"/>
                <w:sz w:val="16"/>
              </w:rPr>
              <w:t>Definition  X(44320); M3 pedal triangle</w:t>
            </w:r>
          </w:p>
          <w:p>
            <w:pPr>
              <w:spacing w:before="0" w:after="22" w:line="240" w:lineRule="auto"/>
              <w:jc w:val="center"/>
            </w:pPr>
            <w:r>
              <w:rPr>
                <w:rFonts w:ascii="Aptos" w:hAnsi="Aptos"/>
                <w:b w:val="0"/>
                <w:color w:val="414141"/>
                <w:sz w:val="16"/>
              </w:rPr>
              <w:t>Neural score  57.290</w:t>
            </w:r>
          </w:p>
          <w:p>
            <w:pPr>
              <w:spacing w:before="0" w:after="22" w:line="240" w:lineRule="auto"/>
              <w:jc w:val="center"/>
            </w:pPr>
            <w:r>
              <w:rPr>
                <w:rFonts w:ascii="Aptos" w:hAnsi="Aptos"/>
                <w:b w:val="0"/>
                <w:color w:val="414141"/>
                <w:sz w:val="16"/>
              </w:rPr>
              <w:t>Code bits  5,021    q/random  0.2352</w:t>
            </w:r>
          </w:p>
          <w:p>
            <w:pPr>
              <w:spacing w:before="0" w:after="22" w:line="240" w:lineRule="auto"/>
              <w:jc w:val="center"/>
            </w:pPr>
            <w:r>
              <w:rPr>
                <w:rFonts w:ascii="Aptos" w:hAnsi="Aptos"/>
                <w:b w:val="0"/>
                <w:color w:val="414141"/>
                <w:sz w:val="16"/>
              </w:rPr>
              <w:t>Fitted taste  1.346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X27881_M3</w:t>
            </w:r>
          </w:p>
          <w:p>
            <w:pPr>
              <w:spacing w:before="0" w:after="22" w:line="240" w:lineRule="auto"/>
              <w:jc w:val="center"/>
            </w:pPr>
            <w:r>
              <w:rPr>
                <w:rFonts w:ascii="Aptos" w:hAnsi="Aptos"/>
                <w:b w:val="0"/>
                <w:color w:val="414141"/>
                <w:sz w:val="16"/>
              </w:rPr>
              <w:t>Definition  X(27881); M3 pedal triangle</w:t>
            </w:r>
          </w:p>
          <w:p>
            <w:pPr>
              <w:spacing w:before="0" w:after="22" w:line="240" w:lineRule="auto"/>
              <w:jc w:val="center"/>
            </w:pPr>
            <w:r>
              <w:rPr>
                <w:rFonts w:ascii="Aptos" w:hAnsi="Aptos"/>
                <w:b w:val="0"/>
                <w:color w:val="414141"/>
                <w:sz w:val="16"/>
              </w:rPr>
              <w:t>Code-bit rank  76    position  76</w:t>
            </w:r>
          </w:p>
          <w:p>
            <w:pPr>
              <w:spacing w:before="0" w:after="22" w:line="240" w:lineRule="auto"/>
              <w:jc w:val="center"/>
            </w:pPr>
            <w:r>
              <w:rPr>
                <w:rFonts w:ascii="Aptos" w:hAnsi="Aptos"/>
                <w:b w:val="0"/>
                <w:color w:val="414141"/>
                <w:sz w:val="16"/>
              </w:rPr>
              <w:t>Quadtree code bits  1,087</w:t>
            </w:r>
          </w:p>
          <w:p>
            <w:pPr>
              <w:spacing w:before="0" w:after="22" w:line="240" w:lineRule="auto"/>
              <w:jc w:val="center"/>
            </w:pPr>
            <w:r>
              <w:rPr>
                <w:rFonts w:ascii="Aptos" w:hAnsi="Aptos"/>
                <w:b w:val="0"/>
                <w:color w:val="414141"/>
                <w:sz w:val="16"/>
              </w:rPr>
              <w:t>q/random  0.07605    PNG/random  0.1296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X5630_M1</w:t>
            </w:r>
          </w:p>
          <w:p>
            <w:pPr>
              <w:spacing w:before="0" w:after="22" w:line="240" w:lineRule="auto"/>
              <w:jc w:val="center"/>
            </w:pPr>
            <w:r>
              <w:rPr>
                <w:rFonts w:ascii="Aptos" w:hAnsi="Aptos"/>
                <w:b w:val="0"/>
                <w:color w:val="414141"/>
                <w:sz w:val="16"/>
              </w:rPr>
              <w:t>Definition  X(5630); M1 cevian triangle</w:t>
            </w:r>
          </w:p>
          <w:p>
            <w:pPr>
              <w:spacing w:before="0" w:after="22" w:line="240" w:lineRule="auto"/>
              <w:jc w:val="center"/>
            </w:pPr>
            <w:r>
              <w:rPr>
                <w:rFonts w:ascii="Aptos" w:hAnsi="Aptos"/>
                <w:b w:val="0"/>
                <w:color w:val="414141"/>
                <w:sz w:val="16"/>
              </w:rPr>
              <w:t>Wundt position  76</w:t>
            </w:r>
          </w:p>
          <w:p>
            <w:pPr>
              <w:spacing w:before="0" w:after="22" w:line="240" w:lineRule="auto"/>
              <w:jc w:val="center"/>
            </w:pPr>
            <w:r>
              <w:rPr>
                <w:rFonts w:ascii="Aptos" w:hAnsi="Aptos"/>
                <w:b w:val="0"/>
                <w:color w:val="414141"/>
                <w:sz w:val="16"/>
              </w:rPr>
              <w:t>Wundt gate  0.996609</w:t>
            </w:r>
          </w:p>
          <w:p>
            <w:pPr>
              <w:spacing w:before="0" w:after="22" w:line="240" w:lineRule="auto"/>
              <w:jc w:val="center"/>
            </w:pPr>
            <w:r>
              <w:rPr>
                <w:rFonts w:ascii="Aptos" w:hAnsi="Aptos"/>
                <w:b w:val="0"/>
                <w:color w:val="414141"/>
                <w:sz w:val="16"/>
              </w:rPr>
              <w:t>q/random  0.4709    code bits  8,549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7" name="Picture 77" descr="Three triangle comparison: X13827_M3, X4188_M3, X915_M1"/>
            <wp:cNvGraphicFramePr>
              <a:graphicFrameLocks noChangeAspect="1"/>
            </wp:cNvGraphicFramePr>
            <a:graphic>
              <a:graphicData uri="http://schemas.openxmlformats.org/drawingml/2006/picture">
                <pic:pic>
                  <pic:nvPicPr>
                    <pic:cNvPr id="0" name="web_077.jpg"/>
                    <pic:cNvPicPr/>
                  </pic:nvPicPr>
                  <pic:blipFill>
                    <a:blip r:embed="rId8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X13827_M3</w:t>
            </w:r>
          </w:p>
          <w:p>
            <w:pPr>
              <w:spacing w:before="0" w:after="22" w:line="240" w:lineRule="auto"/>
              <w:jc w:val="center"/>
            </w:pPr>
            <w:r>
              <w:rPr>
                <w:rFonts w:ascii="Aptos" w:hAnsi="Aptos"/>
                <w:b w:val="0"/>
                <w:color w:val="414141"/>
                <w:sz w:val="16"/>
              </w:rPr>
              <w:t>Definition  X(13827); M3 pedal triangle</w:t>
            </w:r>
          </w:p>
          <w:p>
            <w:pPr>
              <w:spacing w:before="0" w:after="22" w:line="240" w:lineRule="auto"/>
              <w:jc w:val="center"/>
            </w:pPr>
            <w:r>
              <w:rPr>
                <w:rFonts w:ascii="Aptos" w:hAnsi="Aptos"/>
                <w:b w:val="0"/>
                <w:color w:val="414141"/>
                <w:sz w:val="16"/>
              </w:rPr>
              <w:t>Neural score  57.288</w:t>
            </w:r>
          </w:p>
          <w:p>
            <w:pPr>
              <w:spacing w:before="0" w:after="22" w:line="240" w:lineRule="auto"/>
              <w:jc w:val="center"/>
            </w:pPr>
            <w:r>
              <w:rPr>
                <w:rFonts w:ascii="Aptos" w:hAnsi="Aptos"/>
                <w:b w:val="0"/>
                <w:color w:val="414141"/>
                <w:sz w:val="16"/>
              </w:rPr>
              <w:t>Code bits  7,828    q/random  0.3411</w:t>
            </w:r>
          </w:p>
          <w:p>
            <w:pPr>
              <w:spacing w:before="0" w:after="22" w:line="240" w:lineRule="auto"/>
              <w:jc w:val="center"/>
            </w:pPr>
            <w:r>
              <w:rPr>
                <w:rFonts w:ascii="Aptos" w:hAnsi="Aptos"/>
                <w:b w:val="0"/>
                <w:color w:val="414141"/>
                <w:sz w:val="16"/>
              </w:rPr>
              <w:t>Fitted taste  0.263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X4188_M3</w:t>
            </w:r>
          </w:p>
          <w:p>
            <w:pPr>
              <w:spacing w:before="0" w:after="22" w:line="240" w:lineRule="auto"/>
              <w:jc w:val="center"/>
            </w:pPr>
            <w:r>
              <w:rPr>
                <w:rFonts w:ascii="Aptos" w:hAnsi="Aptos"/>
                <w:b w:val="0"/>
                <w:color w:val="414141"/>
                <w:sz w:val="16"/>
              </w:rPr>
              <w:t>Definition  X(4188); M3 pedal triangle</w:t>
            </w:r>
          </w:p>
          <w:p>
            <w:pPr>
              <w:spacing w:before="0" w:after="22" w:line="240" w:lineRule="auto"/>
              <w:jc w:val="center"/>
            </w:pPr>
            <w:r>
              <w:rPr>
                <w:rFonts w:ascii="Aptos" w:hAnsi="Aptos"/>
                <w:b w:val="0"/>
                <w:color w:val="414141"/>
                <w:sz w:val="16"/>
              </w:rPr>
              <w:t>Code-bit rank  77    position  77</w:t>
            </w:r>
          </w:p>
          <w:p>
            <w:pPr>
              <w:spacing w:before="0" w:after="22" w:line="240" w:lineRule="auto"/>
              <w:jc w:val="center"/>
            </w:pPr>
            <w:r>
              <w:rPr>
                <w:rFonts w:ascii="Aptos" w:hAnsi="Aptos"/>
                <w:b w:val="0"/>
                <w:color w:val="414141"/>
                <w:sz w:val="16"/>
              </w:rPr>
              <w:t>Quadtree code bits  1,094</w:t>
            </w:r>
          </w:p>
          <w:p>
            <w:pPr>
              <w:spacing w:before="0" w:after="22" w:line="240" w:lineRule="auto"/>
              <w:jc w:val="center"/>
            </w:pPr>
            <w:r>
              <w:rPr>
                <w:rFonts w:ascii="Aptos" w:hAnsi="Aptos"/>
                <w:b w:val="0"/>
                <w:color w:val="414141"/>
                <w:sz w:val="16"/>
              </w:rPr>
              <w:t>q/random  0.06897    PNG/random  0.2033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X915_M1</w:t>
            </w:r>
          </w:p>
          <w:p>
            <w:pPr>
              <w:spacing w:before="0" w:after="22" w:line="240" w:lineRule="auto"/>
              <w:jc w:val="center"/>
            </w:pPr>
            <w:r>
              <w:rPr>
                <w:rFonts w:ascii="Aptos" w:hAnsi="Aptos"/>
                <w:b w:val="0"/>
                <w:color w:val="414141"/>
                <w:sz w:val="16"/>
              </w:rPr>
              <w:t>Definition  X(915); M1 cevian triangle</w:t>
            </w:r>
          </w:p>
          <w:p>
            <w:pPr>
              <w:spacing w:before="0" w:after="22" w:line="240" w:lineRule="auto"/>
              <w:jc w:val="center"/>
            </w:pPr>
            <w:r>
              <w:rPr>
                <w:rFonts w:ascii="Aptos" w:hAnsi="Aptos"/>
                <w:b w:val="0"/>
                <w:color w:val="414141"/>
                <w:sz w:val="16"/>
              </w:rPr>
              <w:t>Wundt position  77</w:t>
            </w:r>
          </w:p>
          <w:p>
            <w:pPr>
              <w:spacing w:before="0" w:after="22" w:line="240" w:lineRule="auto"/>
              <w:jc w:val="center"/>
            </w:pPr>
            <w:r>
              <w:rPr>
                <w:rFonts w:ascii="Aptos" w:hAnsi="Aptos"/>
                <w:b w:val="0"/>
                <w:color w:val="414141"/>
                <w:sz w:val="16"/>
              </w:rPr>
              <w:t>Wundt gate  0.996561</w:t>
            </w:r>
          </w:p>
          <w:p>
            <w:pPr>
              <w:spacing w:before="0" w:after="22" w:line="240" w:lineRule="auto"/>
              <w:jc w:val="center"/>
            </w:pPr>
            <w:r>
              <w:rPr>
                <w:rFonts w:ascii="Aptos" w:hAnsi="Aptos"/>
                <w:b w:val="0"/>
                <w:color w:val="414141"/>
                <w:sz w:val="16"/>
              </w:rPr>
              <w:t>q/random  0.5293    code bits  12,133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8" name="Picture 78" descr="Three triangle comparison: X39908_M1, X15187_M3, X16599_M1"/>
            <wp:cNvGraphicFramePr>
              <a:graphicFrameLocks noChangeAspect="1"/>
            </wp:cNvGraphicFramePr>
            <a:graphic>
              <a:graphicData uri="http://schemas.openxmlformats.org/drawingml/2006/picture">
                <pic:pic>
                  <pic:nvPicPr>
                    <pic:cNvPr id="0" name="web_078.jpg"/>
                    <pic:cNvPicPr/>
                  </pic:nvPicPr>
                  <pic:blipFill>
                    <a:blip r:embed="rId8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X39908_M1</w:t>
            </w:r>
          </w:p>
          <w:p>
            <w:pPr>
              <w:spacing w:before="0" w:after="22" w:line="240" w:lineRule="auto"/>
              <w:jc w:val="center"/>
            </w:pPr>
            <w:r>
              <w:rPr>
                <w:rFonts w:ascii="Aptos" w:hAnsi="Aptos"/>
                <w:b w:val="0"/>
                <w:color w:val="414141"/>
                <w:sz w:val="16"/>
              </w:rPr>
              <w:t>Definition  X(39908); M1 cevian triangle</w:t>
            </w:r>
          </w:p>
          <w:p>
            <w:pPr>
              <w:spacing w:before="0" w:after="22" w:line="240" w:lineRule="auto"/>
              <w:jc w:val="center"/>
            </w:pPr>
            <w:r>
              <w:rPr>
                <w:rFonts w:ascii="Aptos" w:hAnsi="Aptos"/>
                <w:b w:val="0"/>
                <w:color w:val="414141"/>
                <w:sz w:val="16"/>
              </w:rPr>
              <w:t>Neural score  57.273</w:t>
            </w:r>
          </w:p>
          <w:p>
            <w:pPr>
              <w:spacing w:before="0" w:after="22" w:line="240" w:lineRule="auto"/>
              <w:jc w:val="center"/>
            </w:pPr>
            <w:r>
              <w:rPr>
                <w:rFonts w:ascii="Aptos" w:hAnsi="Aptos"/>
                <w:b w:val="0"/>
                <w:color w:val="414141"/>
                <w:sz w:val="16"/>
              </w:rPr>
              <w:t>Code bits  1,913    q/random  0.1152</w:t>
            </w:r>
          </w:p>
          <w:p>
            <w:pPr>
              <w:spacing w:before="0" w:after="22" w:line="240" w:lineRule="auto"/>
              <w:jc w:val="center"/>
            </w:pPr>
            <w:r>
              <w:rPr>
                <w:rFonts w:ascii="Aptos" w:hAnsi="Aptos"/>
                <w:b w:val="0"/>
                <w:color w:val="414141"/>
                <w:sz w:val="16"/>
              </w:rPr>
              <w:t>Fitted taste  0.482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X15187_M3</w:t>
            </w:r>
          </w:p>
          <w:p>
            <w:pPr>
              <w:spacing w:before="0" w:after="22" w:line="240" w:lineRule="auto"/>
              <w:jc w:val="center"/>
            </w:pPr>
            <w:r>
              <w:rPr>
                <w:rFonts w:ascii="Aptos" w:hAnsi="Aptos"/>
                <w:b w:val="0"/>
                <w:color w:val="414141"/>
                <w:sz w:val="16"/>
              </w:rPr>
              <w:t>Definition  X(15187); M3 pedal triangle</w:t>
            </w:r>
          </w:p>
          <w:p>
            <w:pPr>
              <w:spacing w:before="0" w:after="22" w:line="240" w:lineRule="auto"/>
              <w:jc w:val="center"/>
            </w:pPr>
            <w:r>
              <w:rPr>
                <w:rFonts w:ascii="Aptos" w:hAnsi="Aptos"/>
                <w:b w:val="0"/>
                <w:color w:val="414141"/>
                <w:sz w:val="16"/>
              </w:rPr>
              <w:t>Code-bit rank  78    position  78</w:t>
            </w:r>
          </w:p>
          <w:p>
            <w:pPr>
              <w:spacing w:before="0" w:after="22" w:line="240" w:lineRule="auto"/>
              <w:jc w:val="center"/>
            </w:pPr>
            <w:r>
              <w:rPr>
                <w:rFonts w:ascii="Aptos" w:hAnsi="Aptos"/>
                <w:b w:val="0"/>
                <w:color w:val="414141"/>
                <w:sz w:val="16"/>
              </w:rPr>
              <w:t>Quadtree code bits  1,101</w:t>
            </w:r>
          </w:p>
          <w:p>
            <w:pPr>
              <w:spacing w:before="0" w:after="22" w:line="240" w:lineRule="auto"/>
              <w:jc w:val="center"/>
            </w:pPr>
            <w:r>
              <w:rPr>
                <w:rFonts w:ascii="Aptos" w:hAnsi="Aptos"/>
                <w:b w:val="0"/>
                <w:color w:val="414141"/>
                <w:sz w:val="16"/>
              </w:rPr>
              <w:t>q/random  0.16936    PNG/random  0.2213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X16599_M1</w:t>
            </w:r>
          </w:p>
          <w:p>
            <w:pPr>
              <w:spacing w:before="0" w:after="22" w:line="240" w:lineRule="auto"/>
              <w:jc w:val="center"/>
            </w:pPr>
            <w:r>
              <w:rPr>
                <w:rFonts w:ascii="Aptos" w:hAnsi="Aptos"/>
                <w:b w:val="0"/>
                <w:color w:val="414141"/>
                <w:sz w:val="16"/>
              </w:rPr>
              <w:t>Definition  X(16599); M1 cevian triangle</w:t>
            </w:r>
          </w:p>
          <w:p>
            <w:pPr>
              <w:spacing w:before="0" w:after="22" w:line="240" w:lineRule="auto"/>
              <w:jc w:val="center"/>
            </w:pPr>
            <w:r>
              <w:rPr>
                <w:rFonts w:ascii="Aptos" w:hAnsi="Aptos"/>
                <w:b w:val="0"/>
                <w:color w:val="414141"/>
                <w:sz w:val="16"/>
              </w:rPr>
              <w:t>Wundt position  78</w:t>
            </w:r>
          </w:p>
          <w:p>
            <w:pPr>
              <w:spacing w:before="0" w:after="22" w:line="240" w:lineRule="auto"/>
              <w:jc w:val="center"/>
            </w:pPr>
            <w:r>
              <w:rPr>
                <w:rFonts w:ascii="Aptos" w:hAnsi="Aptos"/>
                <w:b w:val="0"/>
                <w:color w:val="414141"/>
                <w:sz w:val="16"/>
              </w:rPr>
              <w:t>Wundt gate  0.996536</w:t>
            </w:r>
          </w:p>
          <w:p>
            <w:pPr>
              <w:spacing w:before="0" w:after="22" w:line="240" w:lineRule="auto"/>
              <w:jc w:val="center"/>
            </w:pPr>
            <w:r>
              <w:rPr>
                <w:rFonts w:ascii="Aptos" w:hAnsi="Aptos"/>
                <w:b w:val="0"/>
                <w:color w:val="414141"/>
                <w:sz w:val="16"/>
              </w:rPr>
              <w:t>q/random  0.4706    code bits  10,635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79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79" name="Picture 79" descr="Three triangle comparison: X3120_M3, X16400_M3, X7718_M3"/>
            <wp:cNvGraphicFramePr>
              <a:graphicFrameLocks noChangeAspect="1"/>
            </wp:cNvGraphicFramePr>
            <a:graphic>
              <a:graphicData uri="http://schemas.openxmlformats.org/drawingml/2006/picture">
                <pic:pic>
                  <pic:nvPicPr>
                    <pic:cNvPr id="0" name="web_079.jpg"/>
                    <pic:cNvPicPr/>
                  </pic:nvPicPr>
                  <pic:blipFill>
                    <a:blip r:embed="rId8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79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79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79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X3120_M3</w:t>
            </w:r>
          </w:p>
          <w:p>
            <w:pPr>
              <w:spacing w:before="0" w:after="22" w:line="240" w:lineRule="auto"/>
              <w:jc w:val="center"/>
            </w:pPr>
            <w:r>
              <w:rPr>
                <w:rFonts w:ascii="Aptos" w:hAnsi="Aptos"/>
                <w:b w:val="0"/>
                <w:color w:val="414141"/>
                <w:sz w:val="16"/>
              </w:rPr>
              <w:t>Definition  X(3120); M3 pedal triangle</w:t>
            </w:r>
          </w:p>
          <w:p>
            <w:pPr>
              <w:spacing w:before="0" w:after="22" w:line="240" w:lineRule="auto"/>
              <w:jc w:val="center"/>
            </w:pPr>
            <w:r>
              <w:rPr>
                <w:rFonts w:ascii="Aptos" w:hAnsi="Aptos"/>
                <w:b w:val="0"/>
                <w:color w:val="414141"/>
                <w:sz w:val="16"/>
              </w:rPr>
              <w:t>Neural score  57.273</w:t>
            </w:r>
          </w:p>
          <w:p>
            <w:pPr>
              <w:spacing w:before="0" w:after="22" w:line="240" w:lineRule="auto"/>
              <w:jc w:val="center"/>
            </w:pPr>
            <w:r>
              <w:rPr>
                <w:rFonts w:ascii="Aptos" w:hAnsi="Aptos"/>
                <w:b w:val="0"/>
                <w:color w:val="414141"/>
                <w:sz w:val="16"/>
              </w:rPr>
              <w:t>Code bits  5,112    q/random  0.2344</w:t>
            </w:r>
          </w:p>
          <w:p>
            <w:pPr>
              <w:spacing w:before="0" w:after="22" w:line="240" w:lineRule="auto"/>
              <w:jc w:val="center"/>
            </w:pPr>
            <w:r>
              <w:rPr>
                <w:rFonts w:ascii="Aptos" w:hAnsi="Aptos"/>
                <w:b w:val="0"/>
                <w:color w:val="414141"/>
                <w:sz w:val="16"/>
              </w:rPr>
              <w:t>Fitted taste  1.106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X16400_M3</w:t>
            </w:r>
          </w:p>
          <w:p>
            <w:pPr>
              <w:spacing w:before="0" w:after="22" w:line="240" w:lineRule="auto"/>
              <w:jc w:val="center"/>
            </w:pPr>
            <w:r>
              <w:rPr>
                <w:rFonts w:ascii="Aptos" w:hAnsi="Aptos"/>
                <w:b w:val="0"/>
                <w:color w:val="414141"/>
                <w:sz w:val="16"/>
              </w:rPr>
              <w:t>Definition  X(16400); M3 pedal triangle</w:t>
            </w:r>
          </w:p>
          <w:p>
            <w:pPr>
              <w:spacing w:before="0" w:after="22" w:line="240" w:lineRule="auto"/>
              <w:jc w:val="center"/>
            </w:pPr>
            <w:r>
              <w:rPr>
                <w:rFonts w:ascii="Aptos" w:hAnsi="Aptos"/>
                <w:b w:val="0"/>
                <w:color w:val="414141"/>
                <w:sz w:val="16"/>
              </w:rPr>
              <w:t>Code-bit rank  78    position  79</w:t>
            </w:r>
          </w:p>
          <w:p>
            <w:pPr>
              <w:spacing w:before="0" w:after="22" w:line="240" w:lineRule="auto"/>
              <w:jc w:val="center"/>
            </w:pPr>
            <w:r>
              <w:rPr>
                <w:rFonts w:ascii="Aptos" w:hAnsi="Aptos"/>
                <w:b w:val="0"/>
                <w:color w:val="414141"/>
                <w:sz w:val="16"/>
              </w:rPr>
              <w:t>Quadtree code bits  1,101</w:t>
            </w:r>
          </w:p>
          <w:p>
            <w:pPr>
              <w:spacing w:before="0" w:after="22" w:line="240" w:lineRule="auto"/>
              <w:jc w:val="center"/>
            </w:pPr>
            <w:r>
              <w:rPr>
                <w:rFonts w:ascii="Aptos" w:hAnsi="Aptos"/>
                <w:b w:val="0"/>
                <w:color w:val="414141"/>
                <w:sz w:val="16"/>
              </w:rPr>
              <w:t>q/random  0.07143    PNG/random  0.2161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X7718_M3</w:t>
            </w:r>
          </w:p>
          <w:p>
            <w:pPr>
              <w:spacing w:before="0" w:after="22" w:line="240" w:lineRule="auto"/>
              <w:jc w:val="center"/>
            </w:pPr>
            <w:r>
              <w:rPr>
                <w:rFonts w:ascii="Aptos" w:hAnsi="Aptos"/>
                <w:b w:val="0"/>
                <w:color w:val="414141"/>
                <w:sz w:val="16"/>
              </w:rPr>
              <w:t>Definition  X(7718); M3 pedal triangle</w:t>
            </w:r>
          </w:p>
          <w:p>
            <w:pPr>
              <w:spacing w:before="0" w:after="22" w:line="240" w:lineRule="auto"/>
              <w:jc w:val="center"/>
            </w:pPr>
            <w:r>
              <w:rPr>
                <w:rFonts w:ascii="Aptos" w:hAnsi="Aptos"/>
                <w:b w:val="0"/>
                <w:color w:val="414141"/>
                <w:sz w:val="16"/>
              </w:rPr>
              <w:t>Wundt position  79</w:t>
            </w:r>
          </w:p>
          <w:p>
            <w:pPr>
              <w:spacing w:before="0" w:after="22" w:line="240" w:lineRule="auto"/>
              <w:jc w:val="center"/>
            </w:pPr>
            <w:r>
              <w:rPr>
                <w:rFonts w:ascii="Aptos" w:hAnsi="Aptos"/>
                <w:b w:val="0"/>
                <w:color w:val="414141"/>
                <w:sz w:val="16"/>
              </w:rPr>
              <w:t>Wundt gate  0.996505</w:t>
            </w:r>
          </w:p>
          <w:p>
            <w:pPr>
              <w:spacing w:before="0" w:after="22" w:line="240" w:lineRule="auto"/>
              <w:jc w:val="center"/>
            </w:pPr>
            <w:r>
              <w:rPr>
                <w:rFonts w:ascii="Aptos" w:hAnsi="Aptos"/>
                <w:b w:val="0"/>
                <w:color w:val="414141"/>
                <w:sz w:val="16"/>
              </w:rPr>
              <w:t>q/random  0.4704    code bits  10,642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0" name="Picture 80" descr="Three triangle comparison: X39946_M3, X54535_M3, X3021_M3"/>
            <wp:cNvGraphicFramePr>
              <a:graphicFrameLocks noChangeAspect="1"/>
            </wp:cNvGraphicFramePr>
            <a:graphic>
              <a:graphicData uri="http://schemas.openxmlformats.org/drawingml/2006/picture">
                <pic:pic>
                  <pic:nvPicPr>
                    <pic:cNvPr id="0" name="web_080.jpg"/>
                    <pic:cNvPicPr/>
                  </pic:nvPicPr>
                  <pic:blipFill>
                    <a:blip r:embed="rId8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X39946_M3</w:t>
            </w:r>
          </w:p>
          <w:p>
            <w:pPr>
              <w:spacing w:before="0" w:after="22" w:line="240" w:lineRule="auto"/>
              <w:jc w:val="center"/>
            </w:pPr>
            <w:r>
              <w:rPr>
                <w:rFonts w:ascii="Aptos" w:hAnsi="Aptos"/>
                <w:b w:val="0"/>
                <w:color w:val="414141"/>
                <w:sz w:val="16"/>
              </w:rPr>
              <w:t>Definition  X(39946); M3 pedal triangle</w:t>
            </w:r>
          </w:p>
          <w:p>
            <w:pPr>
              <w:spacing w:before="0" w:after="22" w:line="240" w:lineRule="auto"/>
              <w:jc w:val="center"/>
            </w:pPr>
            <w:r>
              <w:rPr>
                <w:rFonts w:ascii="Aptos" w:hAnsi="Aptos"/>
                <w:b w:val="0"/>
                <w:color w:val="414141"/>
                <w:sz w:val="16"/>
              </w:rPr>
              <w:t>Neural score  57.196</w:t>
            </w:r>
          </w:p>
          <w:p>
            <w:pPr>
              <w:spacing w:before="0" w:after="22" w:line="240" w:lineRule="auto"/>
              <w:jc w:val="center"/>
            </w:pPr>
            <w:r>
              <w:rPr>
                <w:rFonts w:ascii="Aptos" w:hAnsi="Aptos"/>
                <w:b w:val="0"/>
                <w:color w:val="414141"/>
                <w:sz w:val="16"/>
              </w:rPr>
              <w:t>Code bits  5,546    q/random  0.3116</w:t>
            </w:r>
          </w:p>
          <w:p>
            <w:pPr>
              <w:spacing w:before="0" w:after="22" w:line="240" w:lineRule="auto"/>
              <w:jc w:val="center"/>
            </w:pPr>
            <w:r>
              <w:rPr>
                <w:rFonts w:ascii="Aptos" w:hAnsi="Aptos"/>
                <w:b w:val="0"/>
                <w:color w:val="414141"/>
                <w:sz w:val="16"/>
              </w:rPr>
              <w:t>Fitted taste  1.190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X54535_M3</w:t>
            </w:r>
          </w:p>
          <w:p>
            <w:pPr>
              <w:spacing w:before="0" w:after="22" w:line="240" w:lineRule="auto"/>
              <w:jc w:val="center"/>
            </w:pPr>
            <w:r>
              <w:rPr>
                <w:rFonts w:ascii="Aptos" w:hAnsi="Aptos"/>
                <w:b w:val="0"/>
                <w:color w:val="414141"/>
                <w:sz w:val="16"/>
              </w:rPr>
              <w:t>Definition  X(54535); M3 pedal triangle</w:t>
            </w:r>
          </w:p>
          <w:p>
            <w:pPr>
              <w:spacing w:before="0" w:after="22" w:line="240" w:lineRule="auto"/>
              <w:jc w:val="center"/>
            </w:pPr>
            <w:r>
              <w:rPr>
                <w:rFonts w:ascii="Aptos" w:hAnsi="Aptos"/>
                <w:b w:val="0"/>
                <w:color w:val="414141"/>
                <w:sz w:val="16"/>
              </w:rPr>
              <w:t>Code-bit rank  80    position  80</w:t>
            </w:r>
          </w:p>
          <w:p>
            <w:pPr>
              <w:spacing w:before="0" w:after="22" w:line="240" w:lineRule="auto"/>
              <w:jc w:val="center"/>
            </w:pPr>
            <w:r>
              <w:rPr>
                <w:rFonts w:ascii="Aptos" w:hAnsi="Aptos"/>
                <w:b w:val="0"/>
                <w:color w:val="414141"/>
                <w:sz w:val="16"/>
              </w:rPr>
              <w:t>Quadtree code bits  1,108</w:t>
            </w:r>
          </w:p>
          <w:p>
            <w:pPr>
              <w:spacing w:before="0" w:after="22" w:line="240" w:lineRule="auto"/>
              <w:jc w:val="center"/>
            </w:pPr>
            <w:r>
              <w:rPr>
                <w:rFonts w:ascii="Aptos" w:hAnsi="Aptos"/>
                <w:b w:val="0"/>
                <w:color w:val="414141"/>
                <w:sz w:val="16"/>
              </w:rPr>
              <w:t>q/random  0.07685    PNG/random  0.2097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X3021_M3</w:t>
            </w:r>
          </w:p>
          <w:p>
            <w:pPr>
              <w:spacing w:before="0" w:after="22" w:line="240" w:lineRule="auto"/>
              <w:jc w:val="center"/>
            </w:pPr>
            <w:r>
              <w:rPr>
                <w:rFonts w:ascii="Aptos" w:hAnsi="Aptos"/>
                <w:b w:val="0"/>
                <w:color w:val="414141"/>
                <w:sz w:val="16"/>
              </w:rPr>
              <w:t>Definition  X(3021); M3 pedal triangle</w:t>
            </w:r>
          </w:p>
          <w:p>
            <w:pPr>
              <w:spacing w:before="0" w:after="22" w:line="240" w:lineRule="auto"/>
              <w:jc w:val="center"/>
            </w:pPr>
            <w:r>
              <w:rPr>
                <w:rFonts w:ascii="Aptos" w:hAnsi="Aptos"/>
                <w:b w:val="0"/>
                <w:color w:val="414141"/>
                <w:sz w:val="16"/>
              </w:rPr>
              <w:t>Wundt position  80</w:t>
            </w:r>
          </w:p>
          <w:p>
            <w:pPr>
              <w:spacing w:before="0" w:after="22" w:line="240" w:lineRule="auto"/>
              <w:jc w:val="center"/>
            </w:pPr>
            <w:r>
              <w:rPr>
                <w:rFonts w:ascii="Aptos" w:hAnsi="Aptos"/>
                <w:b w:val="0"/>
                <w:color w:val="414141"/>
                <w:sz w:val="16"/>
              </w:rPr>
              <w:t>Wundt gate  0.996502</w:t>
            </w:r>
          </w:p>
          <w:p>
            <w:pPr>
              <w:spacing w:before="0" w:after="22" w:line="240" w:lineRule="auto"/>
              <w:jc w:val="center"/>
            </w:pPr>
            <w:r>
              <w:rPr>
                <w:rFonts w:ascii="Aptos" w:hAnsi="Aptos"/>
                <w:b w:val="0"/>
                <w:color w:val="414141"/>
                <w:sz w:val="16"/>
              </w:rPr>
              <w:t>q/random  0.5296    code bits  9,466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1" name="Picture 81" descr="Three triangle comparison: X23941_M3, X26655_M3, X58670_M3"/>
            <wp:cNvGraphicFramePr>
              <a:graphicFrameLocks noChangeAspect="1"/>
            </wp:cNvGraphicFramePr>
            <a:graphic>
              <a:graphicData uri="http://schemas.openxmlformats.org/drawingml/2006/picture">
                <pic:pic>
                  <pic:nvPicPr>
                    <pic:cNvPr id="0" name="web_081.jpg"/>
                    <pic:cNvPicPr/>
                  </pic:nvPicPr>
                  <pic:blipFill>
                    <a:blip r:embed="rId8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X23941_M3</w:t>
            </w:r>
          </w:p>
          <w:p>
            <w:pPr>
              <w:spacing w:before="0" w:after="22" w:line="240" w:lineRule="auto"/>
              <w:jc w:val="center"/>
            </w:pPr>
            <w:r>
              <w:rPr>
                <w:rFonts w:ascii="Aptos" w:hAnsi="Aptos"/>
                <w:b w:val="0"/>
                <w:color w:val="414141"/>
                <w:sz w:val="16"/>
              </w:rPr>
              <w:t>Definition  X(23941); M3 pedal triangle</w:t>
            </w:r>
          </w:p>
          <w:p>
            <w:pPr>
              <w:spacing w:before="0" w:after="22" w:line="240" w:lineRule="auto"/>
              <w:jc w:val="center"/>
            </w:pPr>
            <w:r>
              <w:rPr>
                <w:rFonts w:ascii="Aptos" w:hAnsi="Aptos"/>
                <w:b w:val="0"/>
                <w:color w:val="414141"/>
                <w:sz w:val="16"/>
              </w:rPr>
              <w:t>Neural score  57.164</w:t>
            </w:r>
          </w:p>
          <w:p>
            <w:pPr>
              <w:spacing w:before="0" w:after="22" w:line="240" w:lineRule="auto"/>
              <w:jc w:val="center"/>
            </w:pPr>
            <w:r>
              <w:rPr>
                <w:rFonts w:ascii="Aptos" w:hAnsi="Aptos"/>
                <w:b w:val="0"/>
                <w:color w:val="414141"/>
                <w:sz w:val="16"/>
              </w:rPr>
              <w:t>Code bits  3,649    q/random  0.2094</w:t>
            </w:r>
          </w:p>
          <w:p>
            <w:pPr>
              <w:spacing w:before="0" w:after="22" w:line="240" w:lineRule="auto"/>
              <w:jc w:val="center"/>
            </w:pPr>
            <w:r>
              <w:rPr>
                <w:rFonts w:ascii="Aptos" w:hAnsi="Aptos"/>
                <w:b w:val="0"/>
                <w:color w:val="414141"/>
                <w:sz w:val="16"/>
              </w:rPr>
              <w:t>Fitted taste  0.790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X26655_M3</w:t>
            </w:r>
          </w:p>
          <w:p>
            <w:pPr>
              <w:spacing w:before="0" w:after="22" w:line="240" w:lineRule="auto"/>
              <w:jc w:val="center"/>
            </w:pPr>
            <w:r>
              <w:rPr>
                <w:rFonts w:ascii="Aptos" w:hAnsi="Aptos"/>
                <w:b w:val="0"/>
                <w:color w:val="414141"/>
                <w:sz w:val="16"/>
              </w:rPr>
              <w:t>Definition  X(26655); M3 pedal triangle</w:t>
            </w:r>
          </w:p>
          <w:p>
            <w:pPr>
              <w:spacing w:before="0" w:after="22" w:line="240" w:lineRule="auto"/>
              <w:jc w:val="center"/>
            </w:pPr>
            <w:r>
              <w:rPr>
                <w:rFonts w:ascii="Aptos" w:hAnsi="Aptos"/>
                <w:b w:val="0"/>
                <w:color w:val="414141"/>
                <w:sz w:val="16"/>
              </w:rPr>
              <w:t>Code-bit rank  81    position  81</w:t>
            </w:r>
          </w:p>
          <w:p>
            <w:pPr>
              <w:spacing w:before="0" w:after="22" w:line="240" w:lineRule="auto"/>
              <w:jc w:val="center"/>
            </w:pPr>
            <w:r>
              <w:rPr>
                <w:rFonts w:ascii="Aptos" w:hAnsi="Aptos"/>
                <w:b w:val="0"/>
                <w:color w:val="414141"/>
                <w:sz w:val="16"/>
              </w:rPr>
              <w:t>Quadtree code bits  1,115</w:t>
            </w:r>
          </w:p>
          <w:p>
            <w:pPr>
              <w:spacing w:before="0" w:after="22" w:line="240" w:lineRule="auto"/>
              <w:jc w:val="center"/>
            </w:pPr>
            <w:r>
              <w:rPr>
                <w:rFonts w:ascii="Aptos" w:hAnsi="Aptos"/>
                <w:b w:val="0"/>
                <w:color w:val="414141"/>
                <w:sz w:val="16"/>
              </w:rPr>
              <w:t>q/random  0.05902    PNG/random  0.1883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X58670_M3</w:t>
            </w:r>
          </w:p>
          <w:p>
            <w:pPr>
              <w:spacing w:before="0" w:after="22" w:line="240" w:lineRule="auto"/>
              <w:jc w:val="center"/>
            </w:pPr>
            <w:r>
              <w:rPr>
                <w:rFonts w:ascii="Aptos" w:hAnsi="Aptos"/>
                <w:b w:val="0"/>
                <w:color w:val="414141"/>
                <w:sz w:val="16"/>
              </w:rPr>
              <w:t>Definition  X(58670); M3 pedal triangle</w:t>
            </w:r>
          </w:p>
          <w:p>
            <w:pPr>
              <w:spacing w:before="0" w:after="22" w:line="240" w:lineRule="auto"/>
              <w:jc w:val="center"/>
            </w:pPr>
            <w:r>
              <w:rPr>
                <w:rFonts w:ascii="Aptos" w:hAnsi="Aptos"/>
                <w:b w:val="0"/>
                <w:color w:val="414141"/>
                <w:sz w:val="16"/>
              </w:rPr>
              <w:t>Wundt position  81</w:t>
            </w:r>
          </w:p>
          <w:p>
            <w:pPr>
              <w:spacing w:before="0" w:after="22" w:line="240" w:lineRule="auto"/>
              <w:jc w:val="center"/>
            </w:pPr>
            <w:r>
              <w:rPr>
                <w:rFonts w:ascii="Aptos" w:hAnsi="Aptos"/>
                <w:b w:val="0"/>
                <w:color w:val="414141"/>
                <w:sz w:val="16"/>
              </w:rPr>
              <w:t>Wundt gate  0.996443</w:t>
            </w:r>
          </w:p>
          <w:p>
            <w:pPr>
              <w:spacing w:before="0" w:after="22" w:line="240" w:lineRule="auto"/>
              <w:jc w:val="center"/>
            </w:pPr>
            <w:r>
              <w:rPr>
                <w:rFonts w:ascii="Aptos" w:hAnsi="Aptos"/>
                <w:b w:val="0"/>
                <w:color w:val="414141"/>
                <w:sz w:val="16"/>
              </w:rPr>
              <w:t>q/random  0.4702    code bits  5,686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2" name="Picture 82" descr="Three triangle comparison: X3924_M1, X32245_M1, X16881_M3"/>
            <wp:cNvGraphicFramePr>
              <a:graphicFrameLocks noChangeAspect="1"/>
            </wp:cNvGraphicFramePr>
            <a:graphic>
              <a:graphicData uri="http://schemas.openxmlformats.org/drawingml/2006/picture">
                <pic:pic>
                  <pic:nvPicPr>
                    <pic:cNvPr id="0" name="web_082.jpg"/>
                    <pic:cNvPicPr/>
                  </pic:nvPicPr>
                  <pic:blipFill>
                    <a:blip r:embed="rId9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X3924_M1</w:t>
            </w:r>
          </w:p>
          <w:p>
            <w:pPr>
              <w:spacing w:before="0" w:after="22" w:line="240" w:lineRule="auto"/>
              <w:jc w:val="center"/>
            </w:pPr>
            <w:r>
              <w:rPr>
                <w:rFonts w:ascii="Aptos" w:hAnsi="Aptos"/>
                <w:b w:val="0"/>
                <w:color w:val="414141"/>
                <w:sz w:val="16"/>
              </w:rPr>
              <w:t>Definition  X(3924); M1 cevian triangle</w:t>
            </w:r>
          </w:p>
          <w:p>
            <w:pPr>
              <w:spacing w:before="0" w:after="22" w:line="240" w:lineRule="auto"/>
              <w:jc w:val="center"/>
            </w:pPr>
            <w:r>
              <w:rPr>
                <w:rFonts w:ascii="Aptos" w:hAnsi="Aptos"/>
                <w:b w:val="0"/>
                <w:color w:val="414141"/>
                <w:sz w:val="16"/>
              </w:rPr>
              <w:t>Neural score  57.060</w:t>
            </w:r>
          </w:p>
          <w:p>
            <w:pPr>
              <w:spacing w:before="0" w:after="22" w:line="240" w:lineRule="auto"/>
              <w:jc w:val="center"/>
            </w:pPr>
            <w:r>
              <w:rPr>
                <w:rFonts w:ascii="Aptos" w:hAnsi="Aptos"/>
                <w:b w:val="0"/>
                <w:color w:val="414141"/>
                <w:sz w:val="16"/>
              </w:rPr>
              <w:t>Code bits  2,368    q/random  0.1419</w:t>
            </w:r>
          </w:p>
          <w:p>
            <w:pPr>
              <w:spacing w:before="0" w:after="22" w:line="240" w:lineRule="auto"/>
              <w:jc w:val="center"/>
            </w:pPr>
            <w:r>
              <w:rPr>
                <w:rFonts w:ascii="Aptos" w:hAnsi="Aptos"/>
                <w:b w:val="0"/>
                <w:color w:val="414141"/>
                <w:sz w:val="16"/>
              </w:rPr>
              <w:t>Fitted taste  0.614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X32245_M1</w:t>
            </w:r>
          </w:p>
          <w:p>
            <w:pPr>
              <w:spacing w:before="0" w:after="22" w:line="240" w:lineRule="auto"/>
              <w:jc w:val="center"/>
            </w:pPr>
            <w:r>
              <w:rPr>
                <w:rFonts w:ascii="Aptos" w:hAnsi="Aptos"/>
                <w:b w:val="0"/>
                <w:color w:val="414141"/>
                <w:sz w:val="16"/>
              </w:rPr>
              <w:t>Definition  X(32245); M1 cevian triangle</w:t>
            </w:r>
          </w:p>
          <w:p>
            <w:pPr>
              <w:spacing w:before="0" w:after="22" w:line="240" w:lineRule="auto"/>
              <w:jc w:val="center"/>
            </w:pPr>
            <w:r>
              <w:rPr>
                <w:rFonts w:ascii="Aptos" w:hAnsi="Aptos"/>
                <w:b w:val="0"/>
                <w:color w:val="414141"/>
                <w:sz w:val="16"/>
              </w:rPr>
              <w:t>Code-bit rank  81    position  82</w:t>
            </w:r>
          </w:p>
          <w:p>
            <w:pPr>
              <w:spacing w:before="0" w:after="22" w:line="240" w:lineRule="auto"/>
              <w:jc w:val="center"/>
            </w:pPr>
            <w:r>
              <w:rPr>
                <w:rFonts w:ascii="Aptos" w:hAnsi="Aptos"/>
                <w:b w:val="0"/>
                <w:color w:val="414141"/>
                <w:sz w:val="16"/>
              </w:rPr>
              <w:t>Quadtree code bits  1,115</w:t>
            </w:r>
          </w:p>
          <w:p>
            <w:pPr>
              <w:spacing w:before="0" w:after="22" w:line="240" w:lineRule="auto"/>
              <w:jc w:val="center"/>
            </w:pPr>
            <w:r>
              <w:rPr>
                <w:rFonts w:ascii="Aptos" w:hAnsi="Aptos"/>
                <w:b w:val="0"/>
                <w:color w:val="414141"/>
                <w:sz w:val="16"/>
              </w:rPr>
              <w:t>q/random  0.07677    PNG/random  0.1746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X16881_M3</w:t>
            </w:r>
          </w:p>
          <w:p>
            <w:pPr>
              <w:spacing w:before="0" w:after="22" w:line="240" w:lineRule="auto"/>
              <w:jc w:val="center"/>
            </w:pPr>
            <w:r>
              <w:rPr>
                <w:rFonts w:ascii="Aptos" w:hAnsi="Aptos"/>
                <w:b w:val="0"/>
                <w:color w:val="414141"/>
                <w:sz w:val="16"/>
              </w:rPr>
              <w:t>Definition  X(16881); M3 pedal triangle</w:t>
            </w:r>
          </w:p>
          <w:p>
            <w:pPr>
              <w:spacing w:before="0" w:after="22" w:line="240" w:lineRule="auto"/>
              <w:jc w:val="center"/>
            </w:pPr>
            <w:r>
              <w:rPr>
                <w:rFonts w:ascii="Aptos" w:hAnsi="Aptos"/>
                <w:b w:val="0"/>
                <w:color w:val="414141"/>
                <w:sz w:val="16"/>
              </w:rPr>
              <w:t>Wundt position  82</w:t>
            </w:r>
          </w:p>
          <w:p>
            <w:pPr>
              <w:spacing w:before="0" w:after="22" w:line="240" w:lineRule="auto"/>
              <w:jc w:val="center"/>
            </w:pPr>
            <w:r>
              <w:rPr>
                <w:rFonts w:ascii="Aptos" w:hAnsi="Aptos"/>
                <w:b w:val="0"/>
                <w:color w:val="414141"/>
                <w:sz w:val="16"/>
              </w:rPr>
              <w:t>Wundt gate  0.996340</w:t>
            </w:r>
          </w:p>
          <w:p>
            <w:pPr>
              <w:spacing w:before="0" w:after="22" w:line="240" w:lineRule="auto"/>
              <w:jc w:val="center"/>
            </w:pPr>
            <w:r>
              <w:rPr>
                <w:rFonts w:ascii="Aptos" w:hAnsi="Aptos"/>
                <w:b w:val="0"/>
                <w:color w:val="414141"/>
                <w:sz w:val="16"/>
              </w:rPr>
              <w:t>q/random  0.4698    code bits  10,656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3" name="Picture 83" descr="Three triangle comparison: X48714_M1, X65825_M3, X51810_M3"/>
            <wp:cNvGraphicFramePr>
              <a:graphicFrameLocks noChangeAspect="1"/>
            </wp:cNvGraphicFramePr>
            <a:graphic>
              <a:graphicData uri="http://schemas.openxmlformats.org/drawingml/2006/picture">
                <pic:pic>
                  <pic:nvPicPr>
                    <pic:cNvPr id="0" name="web_083.jpg"/>
                    <pic:cNvPicPr/>
                  </pic:nvPicPr>
                  <pic:blipFill>
                    <a:blip r:embed="rId9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X48714_M1</w:t>
            </w:r>
          </w:p>
          <w:p>
            <w:pPr>
              <w:spacing w:before="0" w:after="22" w:line="240" w:lineRule="auto"/>
              <w:jc w:val="center"/>
            </w:pPr>
            <w:r>
              <w:rPr>
                <w:rFonts w:ascii="Aptos" w:hAnsi="Aptos"/>
                <w:b w:val="0"/>
                <w:color w:val="414141"/>
                <w:sz w:val="16"/>
              </w:rPr>
              <w:t>Definition  X(48714); M1 cevian triangle</w:t>
            </w:r>
          </w:p>
          <w:p>
            <w:pPr>
              <w:spacing w:before="0" w:after="22" w:line="240" w:lineRule="auto"/>
              <w:jc w:val="center"/>
            </w:pPr>
            <w:r>
              <w:rPr>
                <w:rFonts w:ascii="Aptos" w:hAnsi="Aptos"/>
                <w:b w:val="0"/>
                <w:color w:val="414141"/>
                <w:sz w:val="16"/>
              </w:rPr>
              <w:t>Neural score  56.994</w:t>
            </w:r>
          </w:p>
          <w:p>
            <w:pPr>
              <w:spacing w:before="0" w:after="22" w:line="240" w:lineRule="auto"/>
              <w:jc w:val="center"/>
            </w:pPr>
            <w:r>
              <w:rPr>
                <w:rFonts w:ascii="Aptos" w:hAnsi="Aptos"/>
                <w:b w:val="0"/>
                <w:color w:val="414141"/>
                <w:sz w:val="16"/>
              </w:rPr>
              <w:t>Code bits  5,217    q/random  0.2484</w:t>
            </w:r>
          </w:p>
          <w:p>
            <w:pPr>
              <w:spacing w:before="0" w:after="22" w:line="240" w:lineRule="auto"/>
              <w:jc w:val="center"/>
            </w:pPr>
            <w:r>
              <w:rPr>
                <w:rFonts w:ascii="Aptos" w:hAnsi="Aptos"/>
                <w:b w:val="0"/>
                <w:color w:val="414141"/>
                <w:sz w:val="16"/>
              </w:rPr>
              <w:t>Fitted taste  1.036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X65825_M3</w:t>
            </w:r>
          </w:p>
          <w:p>
            <w:pPr>
              <w:spacing w:before="0" w:after="22" w:line="240" w:lineRule="auto"/>
              <w:jc w:val="center"/>
            </w:pPr>
            <w:r>
              <w:rPr>
                <w:rFonts w:ascii="Aptos" w:hAnsi="Aptos"/>
                <w:b w:val="0"/>
                <w:color w:val="414141"/>
                <w:sz w:val="16"/>
              </w:rPr>
              <w:t>Definition  X(65825); M3 pedal triangle</w:t>
            </w:r>
          </w:p>
          <w:p>
            <w:pPr>
              <w:spacing w:before="0" w:after="22" w:line="240" w:lineRule="auto"/>
              <w:jc w:val="center"/>
            </w:pPr>
            <w:r>
              <w:rPr>
                <w:rFonts w:ascii="Aptos" w:hAnsi="Aptos"/>
                <w:b w:val="0"/>
                <w:color w:val="414141"/>
                <w:sz w:val="16"/>
              </w:rPr>
              <w:t>Code-bit rank  81    position  83</w:t>
            </w:r>
          </w:p>
          <w:p>
            <w:pPr>
              <w:spacing w:before="0" w:after="22" w:line="240" w:lineRule="auto"/>
              <w:jc w:val="center"/>
            </w:pPr>
            <w:r>
              <w:rPr>
                <w:rFonts w:ascii="Aptos" w:hAnsi="Aptos"/>
                <w:b w:val="0"/>
                <w:color w:val="414141"/>
                <w:sz w:val="16"/>
              </w:rPr>
              <w:t>Quadtree code bits  1,115</w:t>
            </w:r>
          </w:p>
          <w:p>
            <w:pPr>
              <w:spacing w:before="0" w:after="22" w:line="240" w:lineRule="auto"/>
              <w:jc w:val="center"/>
            </w:pPr>
            <w:r>
              <w:rPr>
                <w:rFonts w:ascii="Aptos" w:hAnsi="Aptos"/>
                <w:b w:val="0"/>
                <w:color w:val="414141"/>
                <w:sz w:val="16"/>
              </w:rPr>
              <w:t>q/random  0.11317    PNG/random  0.2355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X51810_M3</w:t>
            </w:r>
          </w:p>
          <w:p>
            <w:pPr>
              <w:spacing w:before="0" w:after="22" w:line="240" w:lineRule="auto"/>
              <w:jc w:val="center"/>
            </w:pPr>
            <w:r>
              <w:rPr>
                <w:rFonts w:ascii="Aptos" w:hAnsi="Aptos"/>
                <w:b w:val="0"/>
                <w:color w:val="414141"/>
                <w:sz w:val="16"/>
              </w:rPr>
              <w:t>Definition  X(51810); M3 pedal triangle</w:t>
            </w:r>
          </w:p>
          <w:p>
            <w:pPr>
              <w:spacing w:before="0" w:after="22" w:line="240" w:lineRule="auto"/>
              <w:jc w:val="center"/>
            </w:pPr>
            <w:r>
              <w:rPr>
                <w:rFonts w:ascii="Aptos" w:hAnsi="Aptos"/>
                <w:b w:val="0"/>
                <w:color w:val="414141"/>
                <w:sz w:val="16"/>
              </w:rPr>
              <w:t>Wundt position  83</w:t>
            </w:r>
          </w:p>
          <w:p>
            <w:pPr>
              <w:spacing w:before="0" w:after="22" w:line="240" w:lineRule="auto"/>
              <w:jc w:val="center"/>
            </w:pPr>
            <w:r>
              <w:rPr>
                <w:rFonts w:ascii="Aptos" w:hAnsi="Aptos"/>
                <w:b w:val="0"/>
                <w:color w:val="414141"/>
                <w:sz w:val="16"/>
              </w:rPr>
              <w:t>Wundt gate  0.996287</w:t>
            </w:r>
          </w:p>
          <w:p>
            <w:pPr>
              <w:spacing w:before="0" w:after="22" w:line="240" w:lineRule="auto"/>
              <w:jc w:val="center"/>
            </w:pPr>
            <w:r>
              <w:rPr>
                <w:rFonts w:ascii="Aptos" w:hAnsi="Aptos"/>
                <w:b w:val="0"/>
                <w:color w:val="414141"/>
                <w:sz w:val="16"/>
              </w:rPr>
              <w:t>q/random  0.4695    code bits  7,877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4" name="Picture 84" descr="Three triangle comparison: X13183_M3, X12774_M3, X43757_M1"/>
            <wp:cNvGraphicFramePr>
              <a:graphicFrameLocks noChangeAspect="1"/>
            </wp:cNvGraphicFramePr>
            <a:graphic>
              <a:graphicData uri="http://schemas.openxmlformats.org/drawingml/2006/picture">
                <pic:pic>
                  <pic:nvPicPr>
                    <pic:cNvPr id="0" name="web_084.jpg"/>
                    <pic:cNvPicPr/>
                  </pic:nvPicPr>
                  <pic:blipFill>
                    <a:blip r:embed="rId9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X13183_M3</w:t>
            </w:r>
          </w:p>
          <w:p>
            <w:pPr>
              <w:spacing w:before="0" w:after="22" w:line="240" w:lineRule="auto"/>
              <w:jc w:val="center"/>
            </w:pPr>
            <w:r>
              <w:rPr>
                <w:rFonts w:ascii="Aptos" w:hAnsi="Aptos"/>
                <w:b w:val="0"/>
                <w:color w:val="414141"/>
                <w:sz w:val="16"/>
              </w:rPr>
              <w:t>Definition  X(13183); M3 pedal triangle</w:t>
            </w:r>
          </w:p>
          <w:p>
            <w:pPr>
              <w:spacing w:before="0" w:after="22" w:line="240" w:lineRule="auto"/>
              <w:jc w:val="center"/>
            </w:pPr>
            <w:r>
              <w:rPr>
                <w:rFonts w:ascii="Aptos" w:hAnsi="Aptos"/>
                <w:b w:val="0"/>
                <w:color w:val="414141"/>
                <w:sz w:val="16"/>
              </w:rPr>
              <w:t>Neural score  56.949</w:t>
            </w:r>
          </w:p>
          <w:p>
            <w:pPr>
              <w:spacing w:before="0" w:after="22" w:line="240" w:lineRule="auto"/>
              <w:jc w:val="center"/>
            </w:pPr>
            <w:r>
              <w:rPr>
                <w:rFonts w:ascii="Aptos" w:hAnsi="Aptos"/>
                <w:b w:val="0"/>
                <w:color w:val="414141"/>
                <w:sz w:val="16"/>
              </w:rPr>
              <w:t>Code bits  5,917    q/random  0.2823</w:t>
            </w:r>
          </w:p>
          <w:p>
            <w:pPr>
              <w:spacing w:before="0" w:after="22" w:line="240" w:lineRule="auto"/>
              <w:jc w:val="center"/>
            </w:pPr>
            <w:r>
              <w:rPr>
                <w:rFonts w:ascii="Aptos" w:hAnsi="Aptos"/>
                <w:b w:val="0"/>
                <w:color w:val="414141"/>
                <w:sz w:val="16"/>
              </w:rPr>
              <w:t>Fitted taste  0.625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X12774_M3</w:t>
            </w:r>
          </w:p>
          <w:p>
            <w:pPr>
              <w:spacing w:before="0" w:after="22" w:line="240" w:lineRule="auto"/>
              <w:jc w:val="center"/>
            </w:pPr>
            <w:r>
              <w:rPr>
                <w:rFonts w:ascii="Aptos" w:hAnsi="Aptos"/>
                <w:b w:val="0"/>
                <w:color w:val="414141"/>
                <w:sz w:val="16"/>
              </w:rPr>
              <w:t>Definition  X(12774); M3 pedal triangle</w:t>
            </w:r>
          </w:p>
          <w:p>
            <w:pPr>
              <w:spacing w:before="0" w:after="22" w:line="240" w:lineRule="auto"/>
              <w:jc w:val="center"/>
            </w:pPr>
            <w:r>
              <w:rPr>
                <w:rFonts w:ascii="Aptos" w:hAnsi="Aptos"/>
                <w:b w:val="0"/>
                <w:color w:val="414141"/>
                <w:sz w:val="16"/>
              </w:rPr>
              <w:t>Code-bit rank  84    position  84</w:t>
            </w:r>
          </w:p>
          <w:p>
            <w:pPr>
              <w:spacing w:before="0" w:after="22" w:line="240" w:lineRule="auto"/>
              <w:jc w:val="center"/>
            </w:pPr>
            <w:r>
              <w:rPr>
                <w:rFonts w:ascii="Aptos" w:hAnsi="Aptos"/>
                <w:b w:val="0"/>
                <w:color w:val="414141"/>
                <w:sz w:val="16"/>
              </w:rPr>
              <w:t>Quadtree code bits  1,122</w:t>
            </w:r>
          </w:p>
          <w:p>
            <w:pPr>
              <w:spacing w:before="0" w:after="22" w:line="240" w:lineRule="auto"/>
              <w:jc w:val="center"/>
            </w:pPr>
            <w:r>
              <w:rPr>
                <w:rFonts w:ascii="Aptos" w:hAnsi="Aptos"/>
                <w:b w:val="0"/>
                <w:color w:val="414141"/>
                <w:sz w:val="16"/>
              </w:rPr>
              <w:t>q/random  0.07893    PNG/random  0.2022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X43757_M1</w:t>
            </w:r>
          </w:p>
          <w:p>
            <w:pPr>
              <w:spacing w:before="0" w:after="22" w:line="240" w:lineRule="auto"/>
              <w:jc w:val="center"/>
            </w:pPr>
            <w:r>
              <w:rPr>
                <w:rFonts w:ascii="Aptos" w:hAnsi="Aptos"/>
                <w:b w:val="0"/>
                <w:color w:val="414141"/>
                <w:sz w:val="16"/>
              </w:rPr>
              <w:t>Definition  X(43757); M1 cevian triangle</w:t>
            </w:r>
          </w:p>
          <w:p>
            <w:pPr>
              <w:spacing w:before="0" w:after="22" w:line="240" w:lineRule="auto"/>
              <w:jc w:val="center"/>
            </w:pPr>
            <w:r>
              <w:rPr>
                <w:rFonts w:ascii="Aptos" w:hAnsi="Aptos"/>
                <w:b w:val="0"/>
                <w:color w:val="414141"/>
                <w:sz w:val="16"/>
              </w:rPr>
              <w:t>Wundt position  84</w:t>
            </w:r>
          </w:p>
          <w:p>
            <w:pPr>
              <w:spacing w:before="0" w:after="22" w:line="240" w:lineRule="auto"/>
              <w:jc w:val="center"/>
            </w:pPr>
            <w:r>
              <w:rPr>
                <w:rFonts w:ascii="Aptos" w:hAnsi="Aptos"/>
                <w:b w:val="0"/>
                <w:color w:val="414141"/>
                <w:sz w:val="16"/>
              </w:rPr>
              <w:t>Wundt gate  0.996225</w:t>
            </w:r>
          </w:p>
          <w:p>
            <w:pPr>
              <w:spacing w:before="0" w:after="22" w:line="240" w:lineRule="auto"/>
              <w:jc w:val="center"/>
            </w:pPr>
            <w:r>
              <w:rPr>
                <w:rFonts w:ascii="Aptos" w:hAnsi="Aptos"/>
                <w:b w:val="0"/>
                <w:color w:val="414141"/>
                <w:sz w:val="16"/>
              </w:rPr>
              <w:t>q/random  0.4693    code bits  3,691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5" name="Picture 85" descr="Three triangle comparison: X53559_M3, X23558_M3, X71424_M3"/>
            <wp:cNvGraphicFramePr>
              <a:graphicFrameLocks noChangeAspect="1"/>
            </wp:cNvGraphicFramePr>
            <a:graphic>
              <a:graphicData uri="http://schemas.openxmlformats.org/drawingml/2006/picture">
                <pic:pic>
                  <pic:nvPicPr>
                    <pic:cNvPr id="0" name="web_085.jpg"/>
                    <pic:cNvPicPr/>
                  </pic:nvPicPr>
                  <pic:blipFill>
                    <a:blip r:embed="rId9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X53559_M3</w:t>
            </w:r>
          </w:p>
          <w:p>
            <w:pPr>
              <w:spacing w:before="0" w:after="22" w:line="240" w:lineRule="auto"/>
              <w:jc w:val="center"/>
            </w:pPr>
            <w:r>
              <w:rPr>
                <w:rFonts w:ascii="Aptos" w:hAnsi="Aptos"/>
                <w:b w:val="0"/>
                <w:color w:val="414141"/>
                <w:sz w:val="16"/>
              </w:rPr>
              <w:t>Definition  X(53559); M3 pedal triangle</w:t>
            </w:r>
          </w:p>
          <w:p>
            <w:pPr>
              <w:spacing w:before="0" w:after="22" w:line="240" w:lineRule="auto"/>
              <w:jc w:val="center"/>
            </w:pPr>
            <w:r>
              <w:rPr>
                <w:rFonts w:ascii="Aptos" w:hAnsi="Aptos"/>
                <w:b w:val="0"/>
                <w:color w:val="414141"/>
                <w:sz w:val="16"/>
              </w:rPr>
              <w:t>Neural score  56.894</w:t>
            </w:r>
          </w:p>
          <w:p>
            <w:pPr>
              <w:spacing w:before="0" w:after="22" w:line="240" w:lineRule="auto"/>
              <w:jc w:val="center"/>
            </w:pPr>
            <w:r>
              <w:rPr>
                <w:rFonts w:ascii="Aptos" w:hAnsi="Aptos"/>
                <w:b w:val="0"/>
                <w:color w:val="414141"/>
                <w:sz w:val="16"/>
              </w:rPr>
              <w:t>Code bits  4,839    q/random  0.2230</w:t>
            </w:r>
          </w:p>
          <w:p>
            <w:pPr>
              <w:spacing w:before="0" w:after="22" w:line="240" w:lineRule="auto"/>
              <w:jc w:val="center"/>
            </w:pPr>
            <w:r>
              <w:rPr>
                <w:rFonts w:ascii="Aptos" w:hAnsi="Aptos"/>
                <w:b w:val="0"/>
                <w:color w:val="414141"/>
                <w:sz w:val="16"/>
              </w:rPr>
              <w:t>Fitted taste  1.157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X23558_M3</w:t>
            </w:r>
          </w:p>
          <w:p>
            <w:pPr>
              <w:spacing w:before="0" w:after="22" w:line="240" w:lineRule="auto"/>
              <w:jc w:val="center"/>
            </w:pPr>
            <w:r>
              <w:rPr>
                <w:rFonts w:ascii="Aptos" w:hAnsi="Aptos"/>
                <w:b w:val="0"/>
                <w:color w:val="414141"/>
                <w:sz w:val="16"/>
              </w:rPr>
              <w:t>Definition  X(23558); M3 pedal triangle</w:t>
            </w:r>
          </w:p>
          <w:p>
            <w:pPr>
              <w:spacing w:before="0" w:after="22" w:line="240" w:lineRule="auto"/>
              <w:jc w:val="center"/>
            </w:pPr>
            <w:r>
              <w:rPr>
                <w:rFonts w:ascii="Aptos" w:hAnsi="Aptos"/>
                <w:b w:val="0"/>
                <w:color w:val="414141"/>
                <w:sz w:val="16"/>
              </w:rPr>
              <w:t>Code-bit rank  84    position  85</w:t>
            </w:r>
          </w:p>
          <w:p>
            <w:pPr>
              <w:spacing w:before="0" w:after="22" w:line="240" w:lineRule="auto"/>
              <w:jc w:val="center"/>
            </w:pPr>
            <w:r>
              <w:rPr>
                <w:rFonts w:ascii="Aptos" w:hAnsi="Aptos"/>
                <w:b w:val="0"/>
                <w:color w:val="414141"/>
                <w:sz w:val="16"/>
              </w:rPr>
              <w:t>Quadtree code bits  1,122</w:t>
            </w:r>
          </w:p>
          <w:p>
            <w:pPr>
              <w:spacing w:before="0" w:after="22" w:line="240" w:lineRule="auto"/>
              <w:jc w:val="center"/>
            </w:pPr>
            <w:r>
              <w:rPr>
                <w:rFonts w:ascii="Aptos" w:hAnsi="Aptos"/>
                <w:b w:val="0"/>
                <w:color w:val="414141"/>
                <w:sz w:val="16"/>
              </w:rPr>
              <w:t>q/random  0.06309    PNG/random  0.1663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X71424_M3</w:t>
            </w:r>
          </w:p>
          <w:p>
            <w:pPr>
              <w:spacing w:before="0" w:after="22" w:line="240" w:lineRule="auto"/>
              <w:jc w:val="center"/>
            </w:pPr>
            <w:r>
              <w:rPr>
                <w:rFonts w:ascii="Aptos" w:hAnsi="Aptos"/>
                <w:b w:val="0"/>
                <w:color w:val="414141"/>
                <w:sz w:val="16"/>
              </w:rPr>
              <w:t>Definition  X(71424); M3 pedal triangle</w:t>
            </w:r>
          </w:p>
          <w:p>
            <w:pPr>
              <w:spacing w:before="0" w:after="22" w:line="240" w:lineRule="auto"/>
              <w:jc w:val="center"/>
            </w:pPr>
            <w:r>
              <w:rPr>
                <w:rFonts w:ascii="Aptos" w:hAnsi="Aptos"/>
                <w:b w:val="0"/>
                <w:color w:val="414141"/>
                <w:sz w:val="16"/>
              </w:rPr>
              <w:t>Wundt position  85</w:t>
            </w:r>
          </w:p>
          <w:p>
            <w:pPr>
              <w:spacing w:before="0" w:after="22" w:line="240" w:lineRule="auto"/>
              <w:jc w:val="center"/>
            </w:pPr>
            <w:r>
              <w:rPr>
                <w:rFonts w:ascii="Aptos" w:hAnsi="Aptos"/>
                <w:b w:val="0"/>
                <w:color w:val="414141"/>
                <w:sz w:val="16"/>
              </w:rPr>
              <w:t>Wundt gate  0.996184</w:t>
            </w:r>
          </w:p>
          <w:p>
            <w:pPr>
              <w:spacing w:before="0" w:after="22" w:line="240" w:lineRule="auto"/>
              <w:jc w:val="center"/>
            </w:pPr>
            <w:r>
              <w:rPr>
                <w:rFonts w:ascii="Aptos" w:hAnsi="Aptos"/>
                <w:b w:val="0"/>
                <w:color w:val="414141"/>
                <w:sz w:val="16"/>
              </w:rPr>
              <w:t>q/random  0.5309    code bits  10,229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6" name="Picture 86" descr="Three triangle comparison: X21725_M3, X25484_M3, X8573_M1"/>
            <wp:cNvGraphicFramePr>
              <a:graphicFrameLocks noChangeAspect="1"/>
            </wp:cNvGraphicFramePr>
            <a:graphic>
              <a:graphicData uri="http://schemas.openxmlformats.org/drawingml/2006/picture">
                <pic:pic>
                  <pic:nvPicPr>
                    <pic:cNvPr id="0" name="web_086.jpg"/>
                    <pic:cNvPicPr/>
                  </pic:nvPicPr>
                  <pic:blipFill>
                    <a:blip r:embed="rId9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X21725_M3</w:t>
            </w:r>
          </w:p>
          <w:p>
            <w:pPr>
              <w:spacing w:before="0" w:after="22" w:line="240" w:lineRule="auto"/>
              <w:jc w:val="center"/>
            </w:pPr>
            <w:r>
              <w:rPr>
                <w:rFonts w:ascii="Aptos" w:hAnsi="Aptos"/>
                <w:b w:val="0"/>
                <w:color w:val="414141"/>
                <w:sz w:val="16"/>
              </w:rPr>
              <w:t>Definition  X(21725); M3 pedal triangle</w:t>
            </w:r>
          </w:p>
          <w:p>
            <w:pPr>
              <w:spacing w:before="0" w:after="22" w:line="240" w:lineRule="auto"/>
              <w:jc w:val="center"/>
            </w:pPr>
            <w:r>
              <w:rPr>
                <w:rFonts w:ascii="Aptos" w:hAnsi="Aptos"/>
                <w:b w:val="0"/>
                <w:color w:val="414141"/>
                <w:sz w:val="16"/>
              </w:rPr>
              <w:t>Neural score  56.744</w:t>
            </w:r>
          </w:p>
          <w:p>
            <w:pPr>
              <w:spacing w:before="0" w:after="22" w:line="240" w:lineRule="auto"/>
              <w:jc w:val="center"/>
            </w:pPr>
            <w:r>
              <w:rPr>
                <w:rFonts w:ascii="Aptos" w:hAnsi="Aptos"/>
                <w:b w:val="0"/>
                <w:color w:val="414141"/>
                <w:sz w:val="16"/>
              </w:rPr>
              <w:t>Code bits  7,058    q/random  0.3297</w:t>
            </w:r>
          </w:p>
          <w:p>
            <w:pPr>
              <w:spacing w:before="0" w:after="22" w:line="240" w:lineRule="auto"/>
              <w:jc w:val="center"/>
            </w:pPr>
            <w:r>
              <w:rPr>
                <w:rFonts w:ascii="Aptos" w:hAnsi="Aptos"/>
                <w:b w:val="0"/>
                <w:color w:val="414141"/>
                <w:sz w:val="16"/>
              </w:rPr>
              <w:t>Fitted taste  1.086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X25484_M3</w:t>
            </w:r>
          </w:p>
          <w:p>
            <w:pPr>
              <w:spacing w:before="0" w:after="22" w:line="240" w:lineRule="auto"/>
              <w:jc w:val="center"/>
            </w:pPr>
            <w:r>
              <w:rPr>
                <w:rFonts w:ascii="Aptos" w:hAnsi="Aptos"/>
                <w:b w:val="0"/>
                <w:color w:val="414141"/>
                <w:sz w:val="16"/>
              </w:rPr>
              <w:t>Definition  X(25484); M3 pedal triangle</w:t>
            </w:r>
          </w:p>
          <w:p>
            <w:pPr>
              <w:spacing w:before="0" w:after="22" w:line="240" w:lineRule="auto"/>
              <w:jc w:val="center"/>
            </w:pPr>
            <w:r>
              <w:rPr>
                <w:rFonts w:ascii="Aptos" w:hAnsi="Aptos"/>
                <w:b w:val="0"/>
                <w:color w:val="414141"/>
                <w:sz w:val="16"/>
              </w:rPr>
              <w:t>Code-bit rank  84    position  86</w:t>
            </w:r>
          </w:p>
          <w:p>
            <w:pPr>
              <w:spacing w:before="0" w:after="22" w:line="240" w:lineRule="auto"/>
              <w:jc w:val="center"/>
            </w:pPr>
            <w:r>
              <w:rPr>
                <w:rFonts w:ascii="Aptos" w:hAnsi="Aptos"/>
                <w:b w:val="0"/>
                <w:color w:val="414141"/>
                <w:sz w:val="16"/>
              </w:rPr>
              <w:t>Quadtree code bits  1,122</w:t>
            </w:r>
          </w:p>
          <w:p>
            <w:pPr>
              <w:spacing w:before="0" w:after="22" w:line="240" w:lineRule="auto"/>
              <w:jc w:val="center"/>
            </w:pPr>
            <w:r>
              <w:rPr>
                <w:rFonts w:ascii="Aptos" w:hAnsi="Aptos"/>
                <w:b w:val="0"/>
                <w:color w:val="414141"/>
                <w:sz w:val="16"/>
              </w:rPr>
              <w:t>q/random  0.06185    PNG/random  0.2036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X8573_M1</w:t>
            </w:r>
          </w:p>
          <w:p>
            <w:pPr>
              <w:spacing w:before="0" w:after="22" w:line="240" w:lineRule="auto"/>
              <w:jc w:val="center"/>
            </w:pPr>
            <w:r>
              <w:rPr>
                <w:rFonts w:ascii="Aptos" w:hAnsi="Aptos"/>
                <w:b w:val="0"/>
                <w:color w:val="414141"/>
                <w:sz w:val="16"/>
              </w:rPr>
              <w:t>Definition  X(8573); M1 cevian triangle</w:t>
            </w:r>
          </w:p>
          <w:p>
            <w:pPr>
              <w:spacing w:before="0" w:after="22" w:line="240" w:lineRule="auto"/>
              <w:jc w:val="center"/>
            </w:pPr>
            <w:r>
              <w:rPr>
                <w:rFonts w:ascii="Aptos" w:hAnsi="Aptos"/>
                <w:b w:val="0"/>
                <w:color w:val="414141"/>
                <w:sz w:val="16"/>
              </w:rPr>
              <w:t>Wundt position  86</w:t>
            </w:r>
          </w:p>
          <w:p>
            <w:pPr>
              <w:spacing w:before="0" w:after="22" w:line="240" w:lineRule="auto"/>
              <w:jc w:val="center"/>
            </w:pPr>
            <w:r>
              <w:rPr>
                <w:rFonts w:ascii="Aptos" w:hAnsi="Aptos"/>
                <w:b w:val="0"/>
                <w:color w:val="414141"/>
                <w:sz w:val="16"/>
              </w:rPr>
              <w:t>Wundt gate  0.996128</w:t>
            </w:r>
          </w:p>
          <w:p>
            <w:pPr>
              <w:spacing w:before="0" w:after="22" w:line="240" w:lineRule="auto"/>
              <w:jc w:val="center"/>
            </w:pPr>
            <w:r>
              <w:rPr>
                <w:rFonts w:ascii="Aptos" w:hAnsi="Aptos"/>
                <w:b w:val="0"/>
                <w:color w:val="414141"/>
                <w:sz w:val="16"/>
              </w:rPr>
              <w:t>q/random  0.4689    code bits  10,341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7" name="Picture 87" descr="Three triangle comparison: X40958_M1, X64598_M3, X65122_M3"/>
            <wp:cNvGraphicFramePr>
              <a:graphicFrameLocks noChangeAspect="1"/>
            </wp:cNvGraphicFramePr>
            <a:graphic>
              <a:graphicData uri="http://schemas.openxmlformats.org/drawingml/2006/picture">
                <pic:pic>
                  <pic:nvPicPr>
                    <pic:cNvPr id="0" name="web_087.jpg"/>
                    <pic:cNvPicPr/>
                  </pic:nvPicPr>
                  <pic:blipFill>
                    <a:blip r:embed="rId9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X40958_M1</w:t>
            </w:r>
          </w:p>
          <w:p>
            <w:pPr>
              <w:spacing w:before="0" w:after="22" w:line="240" w:lineRule="auto"/>
              <w:jc w:val="center"/>
            </w:pPr>
            <w:r>
              <w:rPr>
                <w:rFonts w:ascii="Aptos" w:hAnsi="Aptos"/>
                <w:b w:val="0"/>
                <w:color w:val="414141"/>
                <w:sz w:val="16"/>
              </w:rPr>
              <w:t>Definition  X(40958); M1 cevian triangle</w:t>
            </w:r>
          </w:p>
          <w:p>
            <w:pPr>
              <w:spacing w:before="0" w:after="22" w:line="240" w:lineRule="auto"/>
              <w:jc w:val="center"/>
            </w:pPr>
            <w:r>
              <w:rPr>
                <w:rFonts w:ascii="Aptos" w:hAnsi="Aptos"/>
                <w:b w:val="0"/>
                <w:color w:val="414141"/>
                <w:sz w:val="16"/>
              </w:rPr>
              <w:t>Neural score  56.738</w:t>
            </w:r>
          </w:p>
          <w:p>
            <w:pPr>
              <w:spacing w:before="0" w:after="22" w:line="240" w:lineRule="auto"/>
              <w:jc w:val="center"/>
            </w:pPr>
            <w:r>
              <w:rPr>
                <w:rFonts w:ascii="Aptos" w:hAnsi="Aptos"/>
                <w:b w:val="0"/>
                <w:color w:val="414141"/>
                <w:sz w:val="16"/>
              </w:rPr>
              <w:t>Code bits  7,730    q/random  0.3575</w:t>
            </w:r>
          </w:p>
          <w:p>
            <w:pPr>
              <w:spacing w:before="0" w:after="22" w:line="240" w:lineRule="auto"/>
              <w:jc w:val="center"/>
            </w:pPr>
            <w:r>
              <w:rPr>
                <w:rFonts w:ascii="Aptos" w:hAnsi="Aptos"/>
                <w:b w:val="0"/>
                <w:color w:val="414141"/>
                <w:sz w:val="16"/>
              </w:rPr>
              <w:t>Fitted taste  0.460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X64598_M3</w:t>
            </w:r>
          </w:p>
          <w:p>
            <w:pPr>
              <w:spacing w:before="0" w:after="22" w:line="240" w:lineRule="auto"/>
              <w:jc w:val="center"/>
            </w:pPr>
            <w:r>
              <w:rPr>
                <w:rFonts w:ascii="Aptos" w:hAnsi="Aptos"/>
                <w:b w:val="0"/>
                <w:color w:val="414141"/>
                <w:sz w:val="16"/>
              </w:rPr>
              <w:t>Definition  X(64598); M3 pedal triangle</w:t>
            </w:r>
          </w:p>
          <w:p>
            <w:pPr>
              <w:spacing w:before="0" w:after="22" w:line="240" w:lineRule="auto"/>
              <w:jc w:val="center"/>
            </w:pPr>
            <w:r>
              <w:rPr>
                <w:rFonts w:ascii="Aptos" w:hAnsi="Aptos"/>
                <w:b w:val="0"/>
                <w:color w:val="414141"/>
                <w:sz w:val="16"/>
              </w:rPr>
              <w:t>Code-bit rank  84    position  87</w:t>
            </w:r>
          </w:p>
          <w:p>
            <w:pPr>
              <w:spacing w:before="0" w:after="22" w:line="240" w:lineRule="auto"/>
              <w:jc w:val="center"/>
            </w:pPr>
            <w:r>
              <w:rPr>
                <w:rFonts w:ascii="Aptos" w:hAnsi="Aptos"/>
                <w:b w:val="0"/>
                <w:color w:val="414141"/>
                <w:sz w:val="16"/>
              </w:rPr>
              <w:t>Quadtree code bits  1,122</w:t>
            </w:r>
          </w:p>
          <w:p>
            <w:pPr>
              <w:spacing w:before="0" w:after="22" w:line="240" w:lineRule="auto"/>
              <w:jc w:val="center"/>
            </w:pPr>
            <w:r>
              <w:rPr>
                <w:rFonts w:ascii="Aptos" w:hAnsi="Aptos"/>
                <w:b w:val="0"/>
                <w:color w:val="414141"/>
                <w:sz w:val="16"/>
              </w:rPr>
              <w:t>q/random  0.10760    PNG/random  0.2394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X65122_M3</w:t>
            </w:r>
          </w:p>
          <w:p>
            <w:pPr>
              <w:spacing w:before="0" w:after="22" w:line="240" w:lineRule="auto"/>
              <w:jc w:val="center"/>
            </w:pPr>
            <w:r>
              <w:rPr>
                <w:rFonts w:ascii="Aptos" w:hAnsi="Aptos"/>
                <w:b w:val="0"/>
                <w:color w:val="414141"/>
                <w:sz w:val="16"/>
              </w:rPr>
              <w:t>Definition  X(65122); M3 pedal triangle</w:t>
            </w:r>
          </w:p>
          <w:p>
            <w:pPr>
              <w:spacing w:before="0" w:after="22" w:line="240" w:lineRule="auto"/>
              <w:jc w:val="center"/>
            </w:pPr>
            <w:r>
              <w:rPr>
                <w:rFonts w:ascii="Aptos" w:hAnsi="Aptos"/>
                <w:b w:val="0"/>
                <w:color w:val="414141"/>
                <w:sz w:val="16"/>
              </w:rPr>
              <w:t>Wundt position  87</w:t>
            </w:r>
          </w:p>
          <w:p>
            <w:pPr>
              <w:spacing w:before="0" w:after="22" w:line="240" w:lineRule="auto"/>
              <w:jc w:val="center"/>
            </w:pPr>
            <w:r>
              <w:rPr>
                <w:rFonts w:ascii="Aptos" w:hAnsi="Aptos"/>
                <w:b w:val="0"/>
                <w:color w:val="414141"/>
                <w:sz w:val="16"/>
              </w:rPr>
              <w:t>Wundt gate  0.996071</w:t>
            </w:r>
          </w:p>
          <w:p>
            <w:pPr>
              <w:spacing w:before="0" w:after="22" w:line="240" w:lineRule="auto"/>
              <w:jc w:val="center"/>
            </w:pPr>
            <w:r>
              <w:rPr>
                <w:rFonts w:ascii="Aptos" w:hAnsi="Aptos"/>
                <w:b w:val="0"/>
                <w:color w:val="414141"/>
                <w:sz w:val="16"/>
              </w:rPr>
              <w:t>q/random  0.4687    code bits  5,707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8" name="Picture 88" descr="Three triangle comparison: X65608_M3, X66787_M3, X8519_M3"/>
            <wp:cNvGraphicFramePr>
              <a:graphicFrameLocks noChangeAspect="1"/>
            </wp:cNvGraphicFramePr>
            <a:graphic>
              <a:graphicData uri="http://schemas.openxmlformats.org/drawingml/2006/picture">
                <pic:pic>
                  <pic:nvPicPr>
                    <pic:cNvPr id="0" name="web_088.jpg"/>
                    <pic:cNvPicPr/>
                  </pic:nvPicPr>
                  <pic:blipFill>
                    <a:blip r:embed="rId9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X65608_M3</w:t>
            </w:r>
          </w:p>
          <w:p>
            <w:pPr>
              <w:spacing w:before="0" w:after="22" w:line="240" w:lineRule="auto"/>
              <w:jc w:val="center"/>
            </w:pPr>
            <w:r>
              <w:rPr>
                <w:rFonts w:ascii="Aptos" w:hAnsi="Aptos"/>
                <w:b w:val="0"/>
                <w:color w:val="414141"/>
                <w:sz w:val="16"/>
              </w:rPr>
              <w:t>Definition  X(65608); M3 pedal triangle</w:t>
            </w:r>
          </w:p>
          <w:p>
            <w:pPr>
              <w:spacing w:before="0" w:after="22" w:line="240" w:lineRule="auto"/>
              <w:jc w:val="center"/>
            </w:pPr>
            <w:r>
              <w:rPr>
                <w:rFonts w:ascii="Aptos" w:hAnsi="Aptos"/>
                <w:b w:val="0"/>
                <w:color w:val="414141"/>
                <w:sz w:val="16"/>
              </w:rPr>
              <w:t>Neural score  56.694</w:t>
            </w:r>
          </w:p>
          <w:p>
            <w:pPr>
              <w:spacing w:before="0" w:after="22" w:line="240" w:lineRule="auto"/>
              <w:jc w:val="center"/>
            </w:pPr>
            <w:r>
              <w:rPr>
                <w:rFonts w:ascii="Aptos" w:hAnsi="Aptos"/>
                <w:b w:val="0"/>
                <w:color w:val="414141"/>
                <w:sz w:val="16"/>
              </w:rPr>
              <w:t>Code bits  2,963    q/random  0.1957</w:t>
            </w:r>
          </w:p>
          <w:p>
            <w:pPr>
              <w:spacing w:before="0" w:after="22" w:line="240" w:lineRule="auto"/>
              <w:jc w:val="center"/>
            </w:pPr>
            <w:r>
              <w:rPr>
                <w:rFonts w:ascii="Aptos" w:hAnsi="Aptos"/>
                <w:b w:val="0"/>
                <w:color w:val="414141"/>
                <w:sz w:val="16"/>
              </w:rPr>
              <w:t>Fitted taste  0.895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X66787_M3</w:t>
            </w:r>
          </w:p>
          <w:p>
            <w:pPr>
              <w:spacing w:before="0" w:after="22" w:line="240" w:lineRule="auto"/>
              <w:jc w:val="center"/>
            </w:pPr>
            <w:r>
              <w:rPr>
                <w:rFonts w:ascii="Aptos" w:hAnsi="Aptos"/>
                <w:b w:val="0"/>
                <w:color w:val="414141"/>
                <w:sz w:val="16"/>
              </w:rPr>
              <w:t>Definition  X(66787); M3 pedal triangle</w:t>
            </w:r>
          </w:p>
          <w:p>
            <w:pPr>
              <w:spacing w:before="0" w:after="22" w:line="240" w:lineRule="auto"/>
              <w:jc w:val="center"/>
            </w:pPr>
            <w:r>
              <w:rPr>
                <w:rFonts w:ascii="Aptos" w:hAnsi="Aptos"/>
                <w:b w:val="0"/>
                <w:color w:val="414141"/>
                <w:sz w:val="16"/>
              </w:rPr>
              <w:t>Code-bit rank  84    position  88</w:t>
            </w:r>
          </w:p>
          <w:p>
            <w:pPr>
              <w:spacing w:before="0" w:after="22" w:line="240" w:lineRule="auto"/>
              <w:jc w:val="center"/>
            </w:pPr>
            <w:r>
              <w:rPr>
                <w:rFonts w:ascii="Aptos" w:hAnsi="Aptos"/>
                <w:b w:val="0"/>
                <w:color w:val="414141"/>
                <w:sz w:val="16"/>
              </w:rPr>
              <w:t>Quadtree code bits  1,122</w:t>
            </w:r>
          </w:p>
          <w:p>
            <w:pPr>
              <w:spacing w:before="0" w:after="22" w:line="240" w:lineRule="auto"/>
              <w:jc w:val="center"/>
            </w:pPr>
            <w:r>
              <w:rPr>
                <w:rFonts w:ascii="Aptos" w:hAnsi="Aptos"/>
                <w:b w:val="0"/>
                <w:color w:val="414141"/>
                <w:sz w:val="16"/>
              </w:rPr>
              <w:t>q/random  0.09615    PNG/random  0.1622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X8519_M3</w:t>
            </w:r>
          </w:p>
          <w:p>
            <w:pPr>
              <w:spacing w:before="0" w:after="22" w:line="240" w:lineRule="auto"/>
              <w:jc w:val="center"/>
            </w:pPr>
            <w:r>
              <w:rPr>
                <w:rFonts w:ascii="Aptos" w:hAnsi="Aptos"/>
                <w:b w:val="0"/>
                <w:color w:val="414141"/>
                <w:sz w:val="16"/>
              </w:rPr>
              <w:t>Definition  X(8519); M3 pedal triangle</w:t>
            </w:r>
          </w:p>
          <w:p>
            <w:pPr>
              <w:spacing w:before="0" w:after="22" w:line="240" w:lineRule="auto"/>
              <w:jc w:val="center"/>
            </w:pPr>
            <w:r>
              <w:rPr>
                <w:rFonts w:ascii="Aptos" w:hAnsi="Aptos"/>
                <w:b w:val="0"/>
                <w:color w:val="414141"/>
                <w:sz w:val="16"/>
              </w:rPr>
              <w:t>Wundt position  88</w:t>
            </w:r>
          </w:p>
          <w:p>
            <w:pPr>
              <w:spacing w:before="0" w:after="22" w:line="240" w:lineRule="auto"/>
              <w:jc w:val="center"/>
            </w:pPr>
            <w:r>
              <w:rPr>
                <w:rFonts w:ascii="Aptos" w:hAnsi="Aptos"/>
                <w:b w:val="0"/>
                <w:color w:val="414141"/>
                <w:sz w:val="16"/>
              </w:rPr>
              <w:t>Wundt gate  0.996007</w:t>
            </w:r>
          </w:p>
          <w:p>
            <w:pPr>
              <w:spacing w:before="0" w:after="22" w:line="240" w:lineRule="auto"/>
              <w:jc w:val="center"/>
            </w:pPr>
            <w:r>
              <w:rPr>
                <w:rFonts w:ascii="Aptos" w:hAnsi="Aptos"/>
                <w:b w:val="0"/>
                <w:color w:val="414141"/>
                <w:sz w:val="16"/>
              </w:rPr>
              <w:t>q/random  0.4684    code bits  10,691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89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89" name="Picture 89" descr="Three triangle comparison: X19384_M3, X35951_M3, X14554_M3"/>
            <wp:cNvGraphicFramePr>
              <a:graphicFrameLocks noChangeAspect="1"/>
            </wp:cNvGraphicFramePr>
            <a:graphic>
              <a:graphicData uri="http://schemas.openxmlformats.org/drawingml/2006/picture">
                <pic:pic>
                  <pic:nvPicPr>
                    <pic:cNvPr id="0" name="web_089.jpg"/>
                    <pic:cNvPicPr/>
                  </pic:nvPicPr>
                  <pic:blipFill>
                    <a:blip r:embed="rId9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89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89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89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X19384_M3</w:t>
            </w:r>
          </w:p>
          <w:p>
            <w:pPr>
              <w:spacing w:before="0" w:after="22" w:line="240" w:lineRule="auto"/>
              <w:jc w:val="center"/>
            </w:pPr>
            <w:r>
              <w:rPr>
                <w:rFonts w:ascii="Aptos" w:hAnsi="Aptos"/>
                <w:b w:val="0"/>
                <w:color w:val="414141"/>
                <w:sz w:val="16"/>
              </w:rPr>
              <w:t>Definition  X(19384); M3 pedal triangle</w:t>
            </w:r>
          </w:p>
          <w:p>
            <w:pPr>
              <w:spacing w:before="0" w:after="22" w:line="240" w:lineRule="auto"/>
              <w:jc w:val="center"/>
            </w:pPr>
            <w:r>
              <w:rPr>
                <w:rFonts w:ascii="Aptos" w:hAnsi="Aptos"/>
                <w:b w:val="0"/>
                <w:color w:val="414141"/>
                <w:sz w:val="16"/>
              </w:rPr>
              <w:t>Neural score  56.673</w:t>
            </w:r>
          </w:p>
          <w:p>
            <w:pPr>
              <w:spacing w:before="0" w:after="22" w:line="240" w:lineRule="auto"/>
              <w:jc w:val="center"/>
            </w:pPr>
            <w:r>
              <w:rPr>
                <w:rFonts w:ascii="Aptos" w:hAnsi="Aptos"/>
                <w:b w:val="0"/>
                <w:color w:val="414141"/>
                <w:sz w:val="16"/>
              </w:rPr>
              <w:t>Code bits  6,344    q/random  0.2839</w:t>
            </w:r>
          </w:p>
          <w:p>
            <w:pPr>
              <w:spacing w:before="0" w:after="22" w:line="240" w:lineRule="auto"/>
              <w:jc w:val="center"/>
            </w:pPr>
            <w:r>
              <w:rPr>
                <w:rFonts w:ascii="Aptos" w:hAnsi="Aptos"/>
                <w:b w:val="0"/>
                <w:color w:val="414141"/>
                <w:sz w:val="16"/>
              </w:rPr>
              <w:t>Fitted taste  0.834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X35951_M3</w:t>
            </w:r>
          </w:p>
          <w:p>
            <w:pPr>
              <w:spacing w:before="0" w:after="22" w:line="240" w:lineRule="auto"/>
              <w:jc w:val="center"/>
            </w:pPr>
            <w:r>
              <w:rPr>
                <w:rFonts w:ascii="Aptos" w:hAnsi="Aptos"/>
                <w:b w:val="0"/>
                <w:color w:val="414141"/>
                <w:sz w:val="16"/>
              </w:rPr>
              <w:t>Definition  X(35951); M3 pedal triangle</w:t>
            </w:r>
          </w:p>
          <w:p>
            <w:pPr>
              <w:spacing w:before="0" w:after="22" w:line="240" w:lineRule="auto"/>
              <w:jc w:val="center"/>
            </w:pPr>
            <w:r>
              <w:rPr>
                <w:rFonts w:ascii="Aptos" w:hAnsi="Aptos"/>
                <w:b w:val="0"/>
                <w:color w:val="414141"/>
                <w:sz w:val="16"/>
              </w:rPr>
              <w:t>Code-bit rank  89    position  89</w:t>
            </w:r>
          </w:p>
          <w:p>
            <w:pPr>
              <w:spacing w:before="0" w:after="22" w:line="240" w:lineRule="auto"/>
              <w:jc w:val="center"/>
            </w:pPr>
            <w:r>
              <w:rPr>
                <w:rFonts w:ascii="Aptos" w:hAnsi="Aptos"/>
                <w:b w:val="0"/>
                <w:color w:val="414141"/>
                <w:sz w:val="16"/>
              </w:rPr>
              <w:t>Quadtree code bits  1,129</w:t>
            </w:r>
          </w:p>
          <w:p>
            <w:pPr>
              <w:spacing w:before="0" w:after="22" w:line="240" w:lineRule="auto"/>
              <w:jc w:val="center"/>
            </w:pPr>
            <w:r>
              <w:rPr>
                <w:rFonts w:ascii="Aptos" w:hAnsi="Aptos"/>
                <w:b w:val="0"/>
                <w:color w:val="414141"/>
                <w:sz w:val="16"/>
              </w:rPr>
              <w:t>q/random  0.06877    PNG/random  0.1988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X14554_M3</w:t>
            </w:r>
          </w:p>
          <w:p>
            <w:pPr>
              <w:spacing w:before="0" w:after="22" w:line="240" w:lineRule="auto"/>
              <w:jc w:val="center"/>
            </w:pPr>
            <w:r>
              <w:rPr>
                <w:rFonts w:ascii="Aptos" w:hAnsi="Aptos"/>
                <w:b w:val="0"/>
                <w:color w:val="414141"/>
                <w:sz w:val="16"/>
              </w:rPr>
              <w:t>Definition  X(14554); M3 pedal triangle</w:t>
            </w:r>
          </w:p>
          <w:p>
            <w:pPr>
              <w:spacing w:before="0" w:after="22" w:line="240" w:lineRule="auto"/>
              <w:jc w:val="center"/>
            </w:pPr>
            <w:r>
              <w:rPr>
                <w:rFonts w:ascii="Aptos" w:hAnsi="Aptos"/>
                <w:b w:val="0"/>
                <w:color w:val="414141"/>
                <w:sz w:val="16"/>
              </w:rPr>
              <w:t>Wundt position  89</w:t>
            </w:r>
          </w:p>
          <w:p>
            <w:pPr>
              <w:spacing w:before="0" w:after="22" w:line="240" w:lineRule="auto"/>
              <w:jc w:val="center"/>
            </w:pPr>
            <w:r>
              <w:rPr>
                <w:rFonts w:ascii="Aptos" w:hAnsi="Aptos"/>
                <w:b w:val="0"/>
                <w:color w:val="414141"/>
                <w:sz w:val="16"/>
              </w:rPr>
              <w:t>Wundt gate  0.995941</w:t>
            </w:r>
          </w:p>
          <w:p>
            <w:pPr>
              <w:spacing w:before="0" w:after="22" w:line="240" w:lineRule="auto"/>
              <w:jc w:val="center"/>
            </w:pPr>
            <w:r>
              <w:rPr>
                <w:rFonts w:ascii="Aptos" w:hAnsi="Aptos"/>
                <w:b w:val="0"/>
                <w:color w:val="414141"/>
                <w:sz w:val="16"/>
              </w:rPr>
              <w:t>q/random  0.5319    code bits  11,923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0" name="Picture 90" descr="Three triangle comparison: X23823_M3, X23648_M3, X32199_M3"/>
            <wp:cNvGraphicFramePr>
              <a:graphicFrameLocks noChangeAspect="1"/>
            </wp:cNvGraphicFramePr>
            <a:graphic>
              <a:graphicData uri="http://schemas.openxmlformats.org/drawingml/2006/picture">
                <pic:pic>
                  <pic:nvPicPr>
                    <pic:cNvPr id="0" name="web_090.jpg"/>
                    <pic:cNvPicPr/>
                  </pic:nvPicPr>
                  <pic:blipFill>
                    <a:blip r:embed="rId9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X23823_M3</w:t>
            </w:r>
          </w:p>
          <w:p>
            <w:pPr>
              <w:spacing w:before="0" w:after="22" w:line="240" w:lineRule="auto"/>
              <w:jc w:val="center"/>
            </w:pPr>
            <w:r>
              <w:rPr>
                <w:rFonts w:ascii="Aptos" w:hAnsi="Aptos"/>
                <w:b w:val="0"/>
                <w:color w:val="414141"/>
                <w:sz w:val="16"/>
              </w:rPr>
              <w:t>Definition  X(23823); M3 pedal triangle</w:t>
            </w:r>
          </w:p>
          <w:p>
            <w:pPr>
              <w:spacing w:before="0" w:after="22" w:line="240" w:lineRule="auto"/>
              <w:jc w:val="center"/>
            </w:pPr>
            <w:r>
              <w:rPr>
                <w:rFonts w:ascii="Aptos" w:hAnsi="Aptos"/>
                <w:b w:val="0"/>
                <w:color w:val="414141"/>
                <w:sz w:val="16"/>
              </w:rPr>
              <w:t>Neural score  56.612</w:t>
            </w:r>
          </w:p>
          <w:p>
            <w:pPr>
              <w:spacing w:before="0" w:after="22" w:line="240" w:lineRule="auto"/>
              <w:jc w:val="center"/>
            </w:pPr>
            <w:r>
              <w:rPr>
                <w:rFonts w:ascii="Aptos" w:hAnsi="Aptos"/>
                <w:b w:val="0"/>
                <w:color w:val="414141"/>
                <w:sz w:val="16"/>
              </w:rPr>
              <w:t>Code bits  5,938    q/random  0.2648</w:t>
            </w:r>
          </w:p>
          <w:p>
            <w:pPr>
              <w:spacing w:before="0" w:after="22" w:line="240" w:lineRule="auto"/>
              <w:jc w:val="center"/>
            </w:pPr>
            <w:r>
              <w:rPr>
                <w:rFonts w:ascii="Aptos" w:hAnsi="Aptos"/>
                <w:b w:val="0"/>
                <w:color w:val="414141"/>
                <w:sz w:val="16"/>
              </w:rPr>
              <w:t>Fitted taste  1.063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X23648_M3</w:t>
            </w:r>
          </w:p>
          <w:p>
            <w:pPr>
              <w:spacing w:before="0" w:after="22" w:line="240" w:lineRule="auto"/>
              <w:jc w:val="center"/>
            </w:pPr>
            <w:r>
              <w:rPr>
                <w:rFonts w:ascii="Aptos" w:hAnsi="Aptos"/>
                <w:b w:val="0"/>
                <w:color w:val="414141"/>
                <w:sz w:val="16"/>
              </w:rPr>
              <w:t>Definition  X(23648); M3 pedal triangle</w:t>
            </w:r>
          </w:p>
          <w:p>
            <w:pPr>
              <w:spacing w:before="0" w:after="22" w:line="240" w:lineRule="auto"/>
              <w:jc w:val="center"/>
            </w:pPr>
            <w:r>
              <w:rPr>
                <w:rFonts w:ascii="Aptos" w:hAnsi="Aptos"/>
                <w:b w:val="0"/>
                <w:color w:val="414141"/>
                <w:sz w:val="16"/>
              </w:rPr>
              <w:t>Code-bit rank  90    position  90</w:t>
            </w:r>
          </w:p>
          <w:p>
            <w:pPr>
              <w:spacing w:before="0" w:after="22" w:line="240" w:lineRule="auto"/>
              <w:jc w:val="center"/>
            </w:pPr>
            <w:r>
              <w:rPr>
                <w:rFonts w:ascii="Aptos" w:hAnsi="Aptos"/>
                <w:b w:val="0"/>
                <w:color w:val="414141"/>
                <w:sz w:val="16"/>
              </w:rPr>
              <w:t>Quadtree code bits  1,157</w:t>
            </w:r>
          </w:p>
          <w:p>
            <w:pPr>
              <w:spacing w:before="0" w:after="22" w:line="240" w:lineRule="auto"/>
              <w:jc w:val="center"/>
            </w:pPr>
            <w:r>
              <w:rPr>
                <w:rFonts w:ascii="Aptos" w:hAnsi="Aptos"/>
                <w:b w:val="0"/>
                <w:color w:val="414141"/>
                <w:sz w:val="16"/>
              </w:rPr>
              <w:t>q/random  0.06829    PNG/random  0.1854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X32199_M3</w:t>
            </w:r>
          </w:p>
          <w:p>
            <w:pPr>
              <w:spacing w:before="0" w:after="22" w:line="240" w:lineRule="auto"/>
              <w:jc w:val="center"/>
            </w:pPr>
            <w:r>
              <w:rPr>
                <w:rFonts w:ascii="Aptos" w:hAnsi="Aptos"/>
                <w:b w:val="0"/>
                <w:color w:val="414141"/>
                <w:sz w:val="16"/>
              </w:rPr>
              <w:t>Definition  X(32199); M3 pedal triangle</w:t>
            </w:r>
          </w:p>
          <w:p>
            <w:pPr>
              <w:spacing w:before="0" w:after="22" w:line="240" w:lineRule="auto"/>
              <w:jc w:val="center"/>
            </w:pPr>
            <w:r>
              <w:rPr>
                <w:rFonts w:ascii="Aptos" w:hAnsi="Aptos"/>
                <w:b w:val="0"/>
                <w:color w:val="414141"/>
                <w:sz w:val="16"/>
              </w:rPr>
              <w:t>Wundt position  90</w:t>
            </w:r>
          </w:p>
          <w:p>
            <w:pPr>
              <w:spacing w:before="0" w:after="22" w:line="240" w:lineRule="auto"/>
              <w:jc w:val="center"/>
            </w:pPr>
            <w:r>
              <w:rPr>
                <w:rFonts w:ascii="Aptos" w:hAnsi="Aptos"/>
                <w:b w:val="0"/>
                <w:color w:val="414141"/>
                <w:sz w:val="16"/>
              </w:rPr>
              <w:t>Wundt gate  0.995810</w:t>
            </w:r>
          </w:p>
          <w:p>
            <w:pPr>
              <w:spacing w:before="0" w:after="22" w:line="240" w:lineRule="auto"/>
              <w:jc w:val="center"/>
            </w:pPr>
            <w:r>
              <w:rPr>
                <w:rFonts w:ascii="Aptos" w:hAnsi="Aptos"/>
                <w:b w:val="0"/>
                <w:color w:val="414141"/>
                <w:sz w:val="16"/>
              </w:rPr>
              <w:t>q/random  0.5324    code bits  8,983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1" name="Picture 91" descr="Three triangle comparison: X11652_M1, X1391_M1, X56449_M1"/>
            <wp:cNvGraphicFramePr>
              <a:graphicFrameLocks noChangeAspect="1"/>
            </wp:cNvGraphicFramePr>
            <a:graphic>
              <a:graphicData uri="http://schemas.openxmlformats.org/drawingml/2006/picture">
                <pic:pic>
                  <pic:nvPicPr>
                    <pic:cNvPr id="0" name="web_091.jpg"/>
                    <pic:cNvPicPr/>
                  </pic:nvPicPr>
                  <pic:blipFill>
                    <a:blip r:embed="rId9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X11652_M1</w:t>
            </w:r>
          </w:p>
          <w:p>
            <w:pPr>
              <w:spacing w:before="0" w:after="22" w:line="240" w:lineRule="auto"/>
              <w:jc w:val="center"/>
            </w:pPr>
            <w:r>
              <w:rPr>
                <w:rFonts w:ascii="Aptos" w:hAnsi="Aptos"/>
                <w:b w:val="0"/>
                <w:color w:val="414141"/>
                <w:sz w:val="16"/>
              </w:rPr>
              <w:t>Definition  X(11652); M1 cevian triangle</w:t>
            </w:r>
          </w:p>
          <w:p>
            <w:pPr>
              <w:spacing w:before="0" w:after="22" w:line="240" w:lineRule="auto"/>
              <w:jc w:val="center"/>
            </w:pPr>
            <w:r>
              <w:rPr>
                <w:rFonts w:ascii="Aptos" w:hAnsi="Aptos"/>
                <w:b w:val="0"/>
                <w:color w:val="414141"/>
                <w:sz w:val="16"/>
              </w:rPr>
              <w:t>Neural score  56.590</w:t>
            </w:r>
          </w:p>
          <w:p>
            <w:pPr>
              <w:spacing w:before="0" w:after="22" w:line="240" w:lineRule="auto"/>
              <w:jc w:val="center"/>
            </w:pPr>
            <w:r>
              <w:rPr>
                <w:rFonts w:ascii="Aptos" w:hAnsi="Aptos"/>
                <w:b w:val="0"/>
                <w:color w:val="414141"/>
                <w:sz w:val="16"/>
              </w:rPr>
              <w:t>Code bits  7,737    q/random  0.3397</w:t>
            </w:r>
          </w:p>
          <w:p>
            <w:pPr>
              <w:spacing w:before="0" w:after="22" w:line="240" w:lineRule="auto"/>
              <w:jc w:val="center"/>
            </w:pPr>
            <w:r>
              <w:rPr>
                <w:rFonts w:ascii="Aptos" w:hAnsi="Aptos"/>
                <w:b w:val="0"/>
                <w:color w:val="414141"/>
                <w:sz w:val="16"/>
              </w:rPr>
              <w:t>Fitted taste  1.214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X1391_M1</w:t>
            </w:r>
          </w:p>
          <w:p>
            <w:pPr>
              <w:spacing w:before="0" w:after="22" w:line="240" w:lineRule="auto"/>
              <w:jc w:val="center"/>
            </w:pPr>
            <w:r>
              <w:rPr>
                <w:rFonts w:ascii="Aptos" w:hAnsi="Aptos"/>
                <w:b w:val="0"/>
                <w:color w:val="414141"/>
                <w:sz w:val="16"/>
              </w:rPr>
              <w:t>Definition  X(1391); M1 cevian triangle</w:t>
            </w:r>
          </w:p>
          <w:p>
            <w:pPr>
              <w:spacing w:before="0" w:after="22" w:line="240" w:lineRule="auto"/>
              <w:jc w:val="center"/>
            </w:pPr>
            <w:r>
              <w:rPr>
                <w:rFonts w:ascii="Aptos" w:hAnsi="Aptos"/>
                <w:b w:val="0"/>
                <w:color w:val="414141"/>
                <w:sz w:val="16"/>
              </w:rPr>
              <w:t>Code-bit rank  91    position  91</w:t>
            </w:r>
          </w:p>
          <w:p>
            <w:pPr>
              <w:spacing w:before="0" w:after="22" w:line="240" w:lineRule="auto"/>
              <w:jc w:val="center"/>
            </w:pPr>
            <w:r>
              <w:rPr>
                <w:rFonts w:ascii="Aptos" w:hAnsi="Aptos"/>
                <w:b w:val="0"/>
                <w:color w:val="414141"/>
                <w:sz w:val="16"/>
              </w:rPr>
              <w:t>Quadtree code bits  1,164</w:t>
            </w:r>
          </w:p>
          <w:p>
            <w:pPr>
              <w:spacing w:before="0" w:after="22" w:line="240" w:lineRule="auto"/>
              <w:jc w:val="center"/>
            </w:pPr>
            <w:r>
              <w:rPr>
                <w:rFonts w:ascii="Aptos" w:hAnsi="Aptos"/>
                <w:b w:val="0"/>
                <w:color w:val="414141"/>
                <w:sz w:val="16"/>
              </w:rPr>
              <w:t>q/random  0.23380    PNG/random  0.2965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X56449_M1</w:t>
            </w:r>
          </w:p>
          <w:p>
            <w:pPr>
              <w:spacing w:before="0" w:after="22" w:line="240" w:lineRule="auto"/>
              <w:jc w:val="center"/>
            </w:pPr>
            <w:r>
              <w:rPr>
                <w:rFonts w:ascii="Aptos" w:hAnsi="Aptos"/>
                <w:b w:val="0"/>
                <w:color w:val="414141"/>
                <w:sz w:val="16"/>
              </w:rPr>
              <w:t>Definition  X(56449); M1 cevian triangle</w:t>
            </w:r>
          </w:p>
          <w:p>
            <w:pPr>
              <w:spacing w:before="0" w:after="22" w:line="240" w:lineRule="auto"/>
              <w:jc w:val="center"/>
            </w:pPr>
            <w:r>
              <w:rPr>
                <w:rFonts w:ascii="Aptos" w:hAnsi="Aptos"/>
                <w:b w:val="0"/>
                <w:color w:val="414141"/>
                <w:sz w:val="16"/>
              </w:rPr>
              <w:t>Wundt position  91</w:t>
            </w:r>
          </w:p>
          <w:p>
            <w:pPr>
              <w:spacing w:before="0" w:after="22" w:line="240" w:lineRule="auto"/>
              <w:jc w:val="center"/>
            </w:pPr>
            <w:r>
              <w:rPr>
                <w:rFonts w:ascii="Aptos" w:hAnsi="Aptos"/>
                <w:b w:val="0"/>
                <w:color w:val="414141"/>
                <w:sz w:val="16"/>
              </w:rPr>
              <w:t>Wundt gate  0.995779</w:t>
            </w:r>
          </w:p>
          <w:p>
            <w:pPr>
              <w:spacing w:before="0" w:after="22" w:line="240" w:lineRule="auto"/>
              <w:jc w:val="center"/>
            </w:pPr>
            <w:r>
              <w:rPr>
                <w:rFonts w:ascii="Aptos" w:hAnsi="Aptos"/>
                <w:b w:val="0"/>
                <w:color w:val="414141"/>
                <w:sz w:val="16"/>
              </w:rPr>
              <w:t>q/random  0.5325    code bits  10,845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2" name="Picture 92" descr="Three triangle comparison: X1569_M3, X33280_M3, X18634_M3"/>
            <wp:cNvGraphicFramePr>
              <a:graphicFrameLocks noChangeAspect="1"/>
            </wp:cNvGraphicFramePr>
            <a:graphic>
              <a:graphicData uri="http://schemas.openxmlformats.org/drawingml/2006/picture">
                <pic:pic>
                  <pic:nvPicPr>
                    <pic:cNvPr id="0" name="web_092.jpg"/>
                    <pic:cNvPicPr/>
                  </pic:nvPicPr>
                  <pic:blipFill>
                    <a:blip r:embed="rId10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X1569_M3</w:t>
            </w:r>
          </w:p>
          <w:p>
            <w:pPr>
              <w:spacing w:before="0" w:after="22" w:line="240" w:lineRule="auto"/>
              <w:jc w:val="center"/>
            </w:pPr>
            <w:r>
              <w:rPr>
                <w:rFonts w:ascii="Aptos" w:hAnsi="Aptos"/>
                <w:b w:val="0"/>
                <w:color w:val="414141"/>
                <w:sz w:val="16"/>
              </w:rPr>
              <w:t>Definition  X(1569); M3 pedal triangle</w:t>
            </w:r>
          </w:p>
          <w:p>
            <w:pPr>
              <w:spacing w:before="0" w:after="22" w:line="240" w:lineRule="auto"/>
              <w:jc w:val="center"/>
            </w:pPr>
            <w:r>
              <w:rPr>
                <w:rFonts w:ascii="Aptos" w:hAnsi="Aptos"/>
                <w:b w:val="0"/>
                <w:color w:val="414141"/>
                <w:sz w:val="16"/>
              </w:rPr>
              <w:t>Neural score  56.585</w:t>
            </w:r>
          </w:p>
          <w:p>
            <w:pPr>
              <w:spacing w:before="0" w:after="22" w:line="240" w:lineRule="auto"/>
              <w:jc w:val="center"/>
            </w:pPr>
            <w:r>
              <w:rPr>
                <w:rFonts w:ascii="Aptos" w:hAnsi="Aptos"/>
                <w:b w:val="0"/>
                <w:color w:val="414141"/>
                <w:sz w:val="16"/>
              </w:rPr>
              <w:t>Code bits  6,883    q/random  0.2982</w:t>
            </w:r>
          </w:p>
          <w:p>
            <w:pPr>
              <w:spacing w:before="0" w:after="22" w:line="240" w:lineRule="auto"/>
              <w:jc w:val="center"/>
            </w:pPr>
            <w:r>
              <w:rPr>
                <w:rFonts w:ascii="Aptos" w:hAnsi="Aptos"/>
                <w:b w:val="0"/>
                <w:color w:val="414141"/>
                <w:sz w:val="16"/>
              </w:rPr>
              <w:t>Fitted taste  0.187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X33280_M3</w:t>
            </w:r>
          </w:p>
          <w:p>
            <w:pPr>
              <w:spacing w:before="0" w:after="22" w:line="240" w:lineRule="auto"/>
              <w:jc w:val="center"/>
            </w:pPr>
            <w:r>
              <w:rPr>
                <w:rFonts w:ascii="Aptos" w:hAnsi="Aptos"/>
                <w:b w:val="0"/>
                <w:color w:val="414141"/>
                <w:sz w:val="16"/>
              </w:rPr>
              <w:t>Definition  X(33280); M3 pedal triangle</w:t>
            </w:r>
          </w:p>
          <w:p>
            <w:pPr>
              <w:spacing w:before="0" w:after="22" w:line="240" w:lineRule="auto"/>
              <w:jc w:val="center"/>
            </w:pPr>
            <w:r>
              <w:rPr>
                <w:rFonts w:ascii="Aptos" w:hAnsi="Aptos"/>
                <w:b w:val="0"/>
                <w:color w:val="414141"/>
                <w:sz w:val="16"/>
              </w:rPr>
              <w:t>Code-bit rank  91    position  92</w:t>
            </w:r>
          </w:p>
          <w:p>
            <w:pPr>
              <w:spacing w:before="0" w:after="22" w:line="240" w:lineRule="auto"/>
              <w:jc w:val="center"/>
            </w:pPr>
            <w:r>
              <w:rPr>
                <w:rFonts w:ascii="Aptos" w:hAnsi="Aptos"/>
                <w:b w:val="0"/>
                <w:color w:val="414141"/>
                <w:sz w:val="16"/>
              </w:rPr>
              <w:t>Quadtree code bits  1,164</w:t>
            </w:r>
          </w:p>
          <w:p>
            <w:pPr>
              <w:spacing w:before="0" w:after="22" w:line="240" w:lineRule="auto"/>
              <w:jc w:val="center"/>
            </w:pPr>
            <w:r>
              <w:rPr>
                <w:rFonts w:ascii="Aptos" w:hAnsi="Aptos"/>
                <w:b w:val="0"/>
                <w:color w:val="414141"/>
                <w:sz w:val="16"/>
              </w:rPr>
              <w:t>q/random  0.06162    PNG/random  0.1992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X18634_M3</w:t>
            </w:r>
          </w:p>
          <w:p>
            <w:pPr>
              <w:spacing w:before="0" w:after="22" w:line="240" w:lineRule="auto"/>
              <w:jc w:val="center"/>
            </w:pPr>
            <w:r>
              <w:rPr>
                <w:rFonts w:ascii="Aptos" w:hAnsi="Aptos"/>
                <w:b w:val="0"/>
                <w:color w:val="414141"/>
                <w:sz w:val="16"/>
              </w:rPr>
              <w:t>Definition  X(18634); M3 pedal triangle</w:t>
            </w:r>
          </w:p>
          <w:p>
            <w:pPr>
              <w:spacing w:before="0" w:after="22" w:line="240" w:lineRule="auto"/>
              <w:jc w:val="center"/>
            </w:pPr>
            <w:r>
              <w:rPr>
                <w:rFonts w:ascii="Aptos" w:hAnsi="Aptos"/>
                <w:b w:val="0"/>
                <w:color w:val="414141"/>
                <w:sz w:val="16"/>
              </w:rPr>
              <w:t>Wundt position  92</w:t>
            </w:r>
          </w:p>
          <w:p>
            <w:pPr>
              <w:spacing w:before="0" w:after="22" w:line="240" w:lineRule="auto"/>
              <w:jc w:val="center"/>
            </w:pPr>
            <w:r>
              <w:rPr>
                <w:rFonts w:ascii="Aptos" w:hAnsi="Aptos"/>
                <w:b w:val="0"/>
                <w:color w:val="414141"/>
                <w:sz w:val="16"/>
              </w:rPr>
              <w:t>Wundt gate  0.995744</w:t>
            </w:r>
          </w:p>
          <w:p>
            <w:pPr>
              <w:spacing w:before="0" w:after="22" w:line="240" w:lineRule="auto"/>
              <w:jc w:val="center"/>
            </w:pPr>
            <w:r>
              <w:rPr>
                <w:rFonts w:ascii="Aptos" w:hAnsi="Aptos"/>
                <w:b w:val="0"/>
                <w:color w:val="414141"/>
                <w:sz w:val="16"/>
              </w:rPr>
              <w:t>q/random  0.4674    code bits  6,722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3" name="Picture 93" descr="Three triangle comparison: X12736_M1, X56587_M3, X63770_M3"/>
            <wp:cNvGraphicFramePr>
              <a:graphicFrameLocks noChangeAspect="1"/>
            </wp:cNvGraphicFramePr>
            <a:graphic>
              <a:graphicData uri="http://schemas.openxmlformats.org/drawingml/2006/picture">
                <pic:pic>
                  <pic:nvPicPr>
                    <pic:cNvPr id="0" name="web_093.jpg"/>
                    <pic:cNvPicPr/>
                  </pic:nvPicPr>
                  <pic:blipFill>
                    <a:blip r:embed="rId10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X12736_M1</w:t>
            </w:r>
          </w:p>
          <w:p>
            <w:pPr>
              <w:spacing w:before="0" w:after="22" w:line="240" w:lineRule="auto"/>
              <w:jc w:val="center"/>
            </w:pPr>
            <w:r>
              <w:rPr>
                <w:rFonts w:ascii="Aptos" w:hAnsi="Aptos"/>
                <w:b w:val="0"/>
                <w:color w:val="414141"/>
                <w:sz w:val="16"/>
              </w:rPr>
              <w:t>Definition  X(12736); M1 cevian triangle</w:t>
            </w:r>
          </w:p>
          <w:p>
            <w:pPr>
              <w:spacing w:before="0" w:after="22" w:line="240" w:lineRule="auto"/>
              <w:jc w:val="center"/>
            </w:pPr>
            <w:r>
              <w:rPr>
                <w:rFonts w:ascii="Aptos" w:hAnsi="Aptos"/>
                <w:b w:val="0"/>
                <w:color w:val="414141"/>
                <w:sz w:val="16"/>
              </w:rPr>
              <w:t>Neural score  56.582</w:t>
            </w:r>
          </w:p>
          <w:p>
            <w:pPr>
              <w:spacing w:before="0" w:after="22" w:line="240" w:lineRule="auto"/>
              <w:jc w:val="center"/>
            </w:pPr>
            <w:r>
              <w:rPr>
                <w:rFonts w:ascii="Aptos" w:hAnsi="Aptos"/>
                <w:b w:val="0"/>
                <w:color w:val="414141"/>
                <w:sz w:val="16"/>
              </w:rPr>
              <w:t>Code bits  1,766    q/random  0.2754</w:t>
            </w:r>
          </w:p>
          <w:p>
            <w:pPr>
              <w:spacing w:before="0" w:after="22" w:line="240" w:lineRule="auto"/>
              <w:jc w:val="center"/>
            </w:pPr>
            <w:r>
              <w:rPr>
                <w:rFonts w:ascii="Aptos" w:hAnsi="Aptos"/>
                <w:b w:val="0"/>
                <w:color w:val="414141"/>
                <w:sz w:val="16"/>
              </w:rPr>
              <w:t>Fitted taste  0.026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X56587_M3</w:t>
            </w:r>
          </w:p>
          <w:p>
            <w:pPr>
              <w:spacing w:before="0" w:after="22" w:line="240" w:lineRule="auto"/>
              <w:jc w:val="center"/>
            </w:pPr>
            <w:r>
              <w:rPr>
                <w:rFonts w:ascii="Aptos" w:hAnsi="Aptos"/>
                <w:b w:val="0"/>
                <w:color w:val="414141"/>
                <w:sz w:val="16"/>
              </w:rPr>
              <w:t>Definition  X(56587); M3 pedal triangle</w:t>
            </w:r>
          </w:p>
          <w:p>
            <w:pPr>
              <w:spacing w:before="0" w:after="22" w:line="240" w:lineRule="auto"/>
              <w:jc w:val="center"/>
            </w:pPr>
            <w:r>
              <w:rPr>
                <w:rFonts w:ascii="Aptos" w:hAnsi="Aptos"/>
                <w:b w:val="0"/>
                <w:color w:val="414141"/>
                <w:sz w:val="16"/>
              </w:rPr>
              <w:t>Code-bit rank  91    position  93</w:t>
            </w:r>
          </w:p>
          <w:p>
            <w:pPr>
              <w:spacing w:before="0" w:after="22" w:line="240" w:lineRule="auto"/>
              <w:jc w:val="center"/>
            </w:pPr>
            <w:r>
              <w:rPr>
                <w:rFonts w:ascii="Aptos" w:hAnsi="Aptos"/>
                <w:b w:val="0"/>
                <w:color w:val="414141"/>
                <w:sz w:val="16"/>
              </w:rPr>
              <w:t>Quadtree code bits  1,164</w:t>
            </w:r>
          </w:p>
          <w:p>
            <w:pPr>
              <w:spacing w:before="0" w:after="22" w:line="240" w:lineRule="auto"/>
              <w:jc w:val="center"/>
            </w:pPr>
            <w:r>
              <w:rPr>
                <w:rFonts w:ascii="Aptos" w:hAnsi="Aptos"/>
                <w:b w:val="0"/>
                <w:color w:val="414141"/>
                <w:sz w:val="16"/>
              </w:rPr>
              <w:t>q/random  0.05946    PNG/random  0.1975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X63770_M3</w:t>
            </w:r>
          </w:p>
          <w:p>
            <w:pPr>
              <w:spacing w:before="0" w:after="22" w:line="240" w:lineRule="auto"/>
              <w:jc w:val="center"/>
            </w:pPr>
            <w:r>
              <w:rPr>
                <w:rFonts w:ascii="Aptos" w:hAnsi="Aptos"/>
                <w:b w:val="0"/>
                <w:color w:val="414141"/>
                <w:sz w:val="16"/>
              </w:rPr>
              <w:t>Definition  X(63770); M3 pedal triangle</w:t>
            </w:r>
          </w:p>
          <w:p>
            <w:pPr>
              <w:spacing w:before="0" w:after="22" w:line="240" w:lineRule="auto"/>
              <w:jc w:val="center"/>
            </w:pPr>
            <w:r>
              <w:rPr>
                <w:rFonts w:ascii="Aptos" w:hAnsi="Aptos"/>
                <w:b w:val="0"/>
                <w:color w:val="414141"/>
                <w:sz w:val="16"/>
              </w:rPr>
              <w:t>Wundt position  93</w:t>
            </w:r>
          </w:p>
          <w:p>
            <w:pPr>
              <w:spacing w:before="0" w:after="22" w:line="240" w:lineRule="auto"/>
              <w:jc w:val="center"/>
            </w:pPr>
            <w:r>
              <w:rPr>
                <w:rFonts w:ascii="Aptos" w:hAnsi="Aptos"/>
                <w:b w:val="0"/>
                <w:color w:val="414141"/>
                <w:sz w:val="16"/>
              </w:rPr>
              <w:t>Wundt gate  0.995484</w:t>
            </w:r>
          </w:p>
          <w:p>
            <w:pPr>
              <w:spacing w:before="0" w:after="22" w:line="240" w:lineRule="auto"/>
              <w:jc w:val="center"/>
            </w:pPr>
            <w:r>
              <w:rPr>
                <w:rFonts w:ascii="Aptos" w:hAnsi="Aptos"/>
                <w:b w:val="0"/>
                <w:color w:val="414141"/>
                <w:sz w:val="16"/>
              </w:rPr>
              <w:t>q/random  0.4664    code bits  6,561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4" name="Picture 94" descr="Three triangle comparison: X38961_M3, X22237_M1, X8765_M3"/>
            <wp:cNvGraphicFramePr>
              <a:graphicFrameLocks noChangeAspect="1"/>
            </wp:cNvGraphicFramePr>
            <a:graphic>
              <a:graphicData uri="http://schemas.openxmlformats.org/drawingml/2006/picture">
                <pic:pic>
                  <pic:nvPicPr>
                    <pic:cNvPr id="0" name="web_094.jpg"/>
                    <pic:cNvPicPr/>
                  </pic:nvPicPr>
                  <pic:blipFill>
                    <a:blip r:embed="rId10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X38961_M3</w:t>
            </w:r>
          </w:p>
          <w:p>
            <w:pPr>
              <w:spacing w:before="0" w:after="22" w:line="240" w:lineRule="auto"/>
              <w:jc w:val="center"/>
            </w:pPr>
            <w:r>
              <w:rPr>
                <w:rFonts w:ascii="Aptos" w:hAnsi="Aptos"/>
                <w:b w:val="0"/>
                <w:color w:val="414141"/>
                <w:sz w:val="16"/>
              </w:rPr>
              <w:t>Definition  X(38961); M3 pedal triangle</w:t>
            </w:r>
          </w:p>
          <w:p>
            <w:pPr>
              <w:spacing w:before="0" w:after="22" w:line="240" w:lineRule="auto"/>
              <w:jc w:val="center"/>
            </w:pPr>
            <w:r>
              <w:rPr>
                <w:rFonts w:ascii="Aptos" w:hAnsi="Aptos"/>
                <w:b w:val="0"/>
                <w:color w:val="414141"/>
                <w:sz w:val="16"/>
              </w:rPr>
              <w:t>Neural score  56.463</w:t>
            </w:r>
          </w:p>
          <w:p>
            <w:pPr>
              <w:spacing w:before="0" w:after="22" w:line="240" w:lineRule="auto"/>
              <w:jc w:val="center"/>
            </w:pPr>
            <w:r>
              <w:rPr>
                <w:rFonts w:ascii="Aptos" w:hAnsi="Aptos"/>
                <w:b w:val="0"/>
                <w:color w:val="414141"/>
                <w:sz w:val="16"/>
              </w:rPr>
              <w:t>Code bits  6,134    q/random  0.2697</w:t>
            </w:r>
          </w:p>
          <w:p>
            <w:pPr>
              <w:spacing w:before="0" w:after="22" w:line="240" w:lineRule="auto"/>
              <w:jc w:val="center"/>
            </w:pPr>
            <w:r>
              <w:rPr>
                <w:rFonts w:ascii="Aptos" w:hAnsi="Aptos"/>
                <w:b w:val="0"/>
                <w:color w:val="414141"/>
                <w:sz w:val="16"/>
              </w:rPr>
              <w:t>Fitted taste  0.976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X22237_M1</w:t>
            </w:r>
          </w:p>
          <w:p>
            <w:pPr>
              <w:spacing w:before="0" w:after="22" w:line="240" w:lineRule="auto"/>
              <w:jc w:val="center"/>
            </w:pPr>
            <w:r>
              <w:rPr>
                <w:rFonts w:ascii="Aptos" w:hAnsi="Aptos"/>
                <w:b w:val="0"/>
                <w:color w:val="414141"/>
                <w:sz w:val="16"/>
              </w:rPr>
              <w:t>Definition  X(22237); M1 cevian triangle</w:t>
            </w:r>
          </w:p>
          <w:p>
            <w:pPr>
              <w:spacing w:before="0" w:after="22" w:line="240" w:lineRule="auto"/>
              <w:jc w:val="center"/>
            </w:pPr>
            <w:r>
              <w:rPr>
                <w:rFonts w:ascii="Aptos" w:hAnsi="Aptos"/>
                <w:b w:val="0"/>
                <w:color w:val="414141"/>
                <w:sz w:val="16"/>
              </w:rPr>
              <w:t>Code-bit rank  94    position  94</w:t>
            </w:r>
          </w:p>
          <w:p>
            <w:pPr>
              <w:spacing w:before="0" w:after="22" w:line="240" w:lineRule="auto"/>
              <w:jc w:val="center"/>
            </w:pPr>
            <w:r>
              <w:rPr>
                <w:rFonts w:ascii="Aptos" w:hAnsi="Aptos"/>
                <w:b w:val="0"/>
                <w:color w:val="414141"/>
                <w:sz w:val="16"/>
              </w:rPr>
              <w:t>Quadtree code bits  1,171</w:t>
            </w:r>
          </w:p>
          <w:p>
            <w:pPr>
              <w:spacing w:before="0" w:after="22" w:line="240" w:lineRule="auto"/>
              <w:jc w:val="center"/>
            </w:pPr>
            <w:r>
              <w:rPr>
                <w:rFonts w:ascii="Aptos" w:hAnsi="Aptos"/>
                <w:b w:val="0"/>
                <w:color w:val="414141"/>
                <w:sz w:val="16"/>
              </w:rPr>
              <w:t>q/random  0.07710    PNG/random  0.2406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X8765_M3</w:t>
            </w:r>
          </w:p>
          <w:p>
            <w:pPr>
              <w:spacing w:before="0" w:after="22" w:line="240" w:lineRule="auto"/>
              <w:jc w:val="center"/>
            </w:pPr>
            <w:r>
              <w:rPr>
                <w:rFonts w:ascii="Aptos" w:hAnsi="Aptos"/>
                <w:b w:val="0"/>
                <w:color w:val="414141"/>
                <w:sz w:val="16"/>
              </w:rPr>
              <w:t>Definition  X(8765); M3 pedal triangle</w:t>
            </w:r>
          </w:p>
          <w:p>
            <w:pPr>
              <w:spacing w:before="0" w:after="22" w:line="240" w:lineRule="auto"/>
              <w:jc w:val="center"/>
            </w:pPr>
            <w:r>
              <w:rPr>
                <w:rFonts w:ascii="Aptos" w:hAnsi="Aptos"/>
                <w:b w:val="0"/>
                <w:color w:val="414141"/>
                <w:sz w:val="16"/>
              </w:rPr>
              <w:t>Wundt position  94</w:t>
            </w:r>
          </w:p>
          <w:p>
            <w:pPr>
              <w:spacing w:before="0" w:after="22" w:line="240" w:lineRule="auto"/>
              <w:jc w:val="center"/>
            </w:pPr>
            <w:r>
              <w:rPr>
                <w:rFonts w:ascii="Aptos" w:hAnsi="Aptos"/>
                <w:b w:val="0"/>
                <w:color w:val="414141"/>
                <w:sz w:val="16"/>
              </w:rPr>
              <w:t>Wundt gate  0.995483</w:t>
            </w:r>
          </w:p>
          <w:p>
            <w:pPr>
              <w:spacing w:before="0" w:after="22" w:line="240" w:lineRule="auto"/>
              <w:jc w:val="center"/>
            </w:pPr>
            <w:r>
              <w:rPr>
                <w:rFonts w:ascii="Aptos" w:hAnsi="Aptos"/>
                <w:b w:val="0"/>
                <w:color w:val="414141"/>
                <w:sz w:val="16"/>
              </w:rPr>
              <w:t>q/random  0.4664    code bits  8,066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5" name="Picture 95" descr="Three triangle comparison: X3554_M1, X58594_M3, X51920_M1"/>
            <wp:cNvGraphicFramePr>
              <a:graphicFrameLocks noChangeAspect="1"/>
            </wp:cNvGraphicFramePr>
            <a:graphic>
              <a:graphicData uri="http://schemas.openxmlformats.org/drawingml/2006/picture">
                <pic:pic>
                  <pic:nvPicPr>
                    <pic:cNvPr id="0" name="web_095.jpg"/>
                    <pic:cNvPicPr/>
                  </pic:nvPicPr>
                  <pic:blipFill>
                    <a:blip r:embed="rId10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X3554_M1</w:t>
            </w:r>
          </w:p>
          <w:p>
            <w:pPr>
              <w:spacing w:before="0" w:after="22" w:line="240" w:lineRule="auto"/>
              <w:jc w:val="center"/>
            </w:pPr>
            <w:r>
              <w:rPr>
                <w:rFonts w:ascii="Aptos" w:hAnsi="Aptos"/>
                <w:b w:val="0"/>
                <w:color w:val="414141"/>
                <w:sz w:val="16"/>
              </w:rPr>
              <w:t>Definition  X(3554); M1 cevian triangle</w:t>
            </w:r>
          </w:p>
          <w:p>
            <w:pPr>
              <w:spacing w:before="0" w:after="22" w:line="240" w:lineRule="auto"/>
              <w:jc w:val="center"/>
            </w:pPr>
            <w:r>
              <w:rPr>
                <w:rFonts w:ascii="Aptos" w:hAnsi="Aptos"/>
                <w:b w:val="0"/>
                <w:color w:val="414141"/>
                <w:sz w:val="16"/>
              </w:rPr>
              <w:t>Neural score  56.447</w:t>
            </w:r>
          </w:p>
          <w:p>
            <w:pPr>
              <w:spacing w:before="0" w:after="22" w:line="240" w:lineRule="auto"/>
              <w:jc w:val="center"/>
            </w:pPr>
            <w:r>
              <w:rPr>
                <w:rFonts w:ascii="Aptos" w:hAnsi="Aptos"/>
                <w:b w:val="0"/>
                <w:color w:val="414141"/>
                <w:sz w:val="16"/>
              </w:rPr>
              <w:t>Code bits  6,281    q/random  0.3131</w:t>
            </w:r>
          </w:p>
          <w:p>
            <w:pPr>
              <w:spacing w:before="0" w:after="22" w:line="240" w:lineRule="auto"/>
              <w:jc w:val="center"/>
            </w:pPr>
            <w:r>
              <w:rPr>
                <w:rFonts w:ascii="Aptos" w:hAnsi="Aptos"/>
                <w:b w:val="0"/>
                <w:color w:val="414141"/>
                <w:sz w:val="16"/>
              </w:rPr>
              <w:t>Fitted taste  0.849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X58594_M3</w:t>
            </w:r>
          </w:p>
          <w:p>
            <w:pPr>
              <w:spacing w:before="0" w:after="22" w:line="240" w:lineRule="auto"/>
              <w:jc w:val="center"/>
            </w:pPr>
            <w:r>
              <w:rPr>
                <w:rFonts w:ascii="Aptos" w:hAnsi="Aptos"/>
                <w:b w:val="0"/>
                <w:color w:val="414141"/>
                <w:sz w:val="16"/>
              </w:rPr>
              <w:t>Definition  X(58594); M3 pedal triangle</w:t>
            </w:r>
          </w:p>
          <w:p>
            <w:pPr>
              <w:spacing w:before="0" w:after="22" w:line="240" w:lineRule="auto"/>
              <w:jc w:val="center"/>
            </w:pPr>
            <w:r>
              <w:rPr>
                <w:rFonts w:ascii="Aptos" w:hAnsi="Aptos"/>
                <w:b w:val="0"/>
                <w:color w:val="414141"/>
                <w:sz w:val="16"/>
              </w:rPr>
              <w:t>Code-bit rank  94    position  95</w:t>
            </w:r>
          </w:p>
          <w:p>
            <w:pPr>
              <w:spacing w:before="0" w:after="22" w:line="240" w:lineRule="auto"/>
              <w:jc w:val="center"/>
            </w:pPr>
            <w:r>
              <w:rPr>
                <w:rFonts w:ascii="Aptos" w:hAnsi="Aptos"/>
                <w:b w:val="0"/>
                <w:color w:val="414141"/>
                <w:sz w:val="16"/>
              </w:rPr>
              <w:t>Quadtree code bits  1,171</w:t>
            </w:r>
          </w:p>
          <w:p>
            <w:pPr>
              <w:spacing w:before="0" w:after="22" w:line="240" w:lineRule="auto"/>
              <w:jc w:val="center"/>
            </w:pPr>
            <w:r>
              <w:rPr>
                <w:rFonts w:ascii="Aptos" w:hAnsi="Aptos"/>
                <w:b w:val="0"/>
                <w:color w:val="414141"/>
                <w:sz w:val="16"/>
              </w:rPr>
              <w:t>q/random  0.21830    PNG/random  0.3165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X51920_M1</w:t>
            </w:r>
          </w:p>
          <w:p>
            <w:pPr>
              <w:spacing w:before="0" w:after="22" w:line="240" w:lineRule="auto"/>
              <w:jc w:val="center"/>
            </w:pPr>
            <w:r>
              <w:rPr>
                <w:rFonts w:ascii="Aptos" w:hAnsi="Aptos"/>
                <w:b w:val="0"/>
                <w:color w:val="414141"/>
                <w:sz w:val="16"/>
              </w:rPr>
              <w:t>Definition  X(51920); M1 cevian triangle</w:t>
            </w:r>
          </w:p>
          <w:p>
            <w:pPr>
              <w:spacing w:before="0" w:after="22" w:line="240" w:lineRule="auto"/>
              <w:jc w:val="center"/>
            </w:pPr>
            <w:r>
              <w:rPr>
                <w:rFonts w:ascii="Aptos" w:hAnsi="Aptos"/>
                <w:b w:val="0"/>
                <w:color w:val="414141"/>
                <w:sz w:val="16"/>
              </w:rPr>
              <w:t>Wundt position  95</w:t>
            </w:r>
          </w:p>
          <w:p>
            <w:pPr>
              <w:spacing w:before="0" w:after="22" w:line="240" w:lineRule="auto"/>
              <w:jc w:val="center"/>
            </w:pPr>
            <w:r>
              <w:rPr>
                <w:rFonts w:ascii="Aptos" w:hAnsi="Aptos"/>
                <w:b w:val="0"/>
                <w:color w:val="414141"/>
                <w:sz w:val="16"/>
              </w:rPr>
              <w:t>Wundt gate  0.995380</w:t>
            </w:r>
          </w:p>
          <w:p>
            <w:pPr>
              <w:spacing w:before="0" w:after="22" w:line="240" w:lineRule="auto"/>
              <w:jc w:val="center"/>
            </w:pPr>
            <w:r>
              <w:rPr>
                <w:rFonts w:ascii="Aptos" w:hAnsi="Aptos"/>
                <w:b w:val="0"/>
                <w:color w:val="414141"/>
                <w:sz w:val="16"/>
              </w:rPr>
              <w:t>q/random  0.4660    code bits  10,369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6" name="Picture 96" descr="Three triangle comparison: X61567_M3, X71281_M3, X24930_M3"/>
            <wp:cNvGraphicFramePr>
              <a:graphicFrameLocks noChangeAspect="1"/>
            </wp:cNvGraphicFramePr>
            <a:graphic>
              <a:graphicData uri="http://schemas.openxmlformats.org/drawingml/2006/picture">
                <pic:pic>
                  <pic:nvPicPr>
                    <pic:cNvPr id="0" name="web_096.jpg"/>
                    <pic:cNvPicPr/>
                  </pic:nvPicPr>
                  <pic:blipFill>
                    <a:blip r:embed="rId10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X61567_M3</w:t>
            </w:r>
          </w:p>
          <w:p>
            <w:pPr>
              <w:spacing w:before="0" w:after="22" w:line="240" w:lineRule="auto"/>
              <w:jc w:val="center"/>
            </w:pPr>
            <w:r>
              <w:rPr>
                <w:rFonts w:ascii="Aptos" w:hAnsi="Aptos"/>
                <w:b w:val="0"/>
                <w:color w:val="414141"/>
                <w:sz w:val="16"/>
              </w:rPr>
              <w:t>Definition  X(61567); M3 pedal triangle</w:t>
            </w:r>
          </w:p>
          <w:p>
            <w:pPr>
              <w:spacing w:before="0" w:after="22" w:line="240" w:lineRule="auto"/>
              <w:jc w:val="center"/>
            </w:pPr>
            <w:r>
              <w:rPr>
                <w:rFonts w:ascii="Aptos" w:hAnsi="Aptos"/>
                <w:b w:val="0"/>
                <w:color w:val="414141"/>
                <w:sz w:val="16"/>
              </w:rPr>
              <w:t>Neural score  56.387</w:t>
            </w:r>
          </w:p>
          <w:p>
            <w:pPr>
              <w:spacing w:before="0" w:after="22" w:line="240" w:lineRule="auto"/>
              <w:jc w:val="center"/>
            </w:pPr>
            <w:r>
              <w:rPr>
                <w:rFonts w:ascii="Aptos" w:hAnsi="Aptos"/>
                <w:b w:val="0"/>
                <w:color w:val="414141"/>
                <w:sz w:val="16"/>
              </w:rPr>
              <w:t>Code bits  1,822    q/random  0.1887</w:t>
            </w:r>
          </w:p>
          <w:p>
            <w:pPr>
              <w:spacing w:before="0" w:after="22" w:line="240" w:lineRule="auto"/>
              <w:jc w:val="center"/>
            </w:pPr>
            <w:r>
              <w:rPr>
                <w:rFonts w:ascii="Aptos" w:hAnsi="Aptos"/>
                <w:b w:val="0"/>
                <w:color w:val="414141"/>
                <w:sz w:val="16"/>
              </w:rPr>
              <w:t>Fitted taste  0.011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X71281_M3</w:t>
            </w:r>
          </w:p>
          <w:p>
            <w:pPr>
              <w:spacing w:before="0" w:after="22" w:line="240" w:lineRule="auto"/>
              <w:jc w:val="center"/>
            </w:pPr>
            <w:r>
              <w:rPr>
                <w:rFonts w:ascii="Aptos" w:hAnsi="Aptos"/>
                <w:b w:val="0"/>
                <w:color w:val="414141"/>
                <w:sz w:val="16"/>
              </w:rPr>
              <w:t>Definition  X(71281); M3 pedal triangle</w:t>
            </w:r>
          </w:p>
          <w:p>
            <w:pPr>
              <w:spacing w:before="0" w:after="22" w:line="240" w:lineRule="auto"/>
              <w:jc w:val="center"/>
            </w:pPr>
            <w:r>
              <w:rPr>
                <w:rFonts w:ascii="Aptos" w:hAnsi="Aptos"/>
                <w:b w:val="0"/>
                <w:color w:val="414141"/>
                <w:sz w:val="16"/>
              </w:rPr>
              <w:t>Code-bit rank  94    position  96</w:t>
            </w:r>
          </w:p>
          <w:p>
            <w:pPr>
              <w:spacing w:before="0" w:after="22" w:line="240" w:lineRule="auto"/>
              <w:jc w:val="center"/>
            </w:pPr>
            <w:r>
              <w:rPr>
                <w:rFonts w:ascii="Aptos" w:hAnsi="Aptos"/>
                <w:b w:val="0"/>
                <w:color w:val="414141"/>
                <w:sz w:val="16"/>
              </w:rPr>
              <w:t>Quadtree code bits  1,171</w:t>
            </w:r>
          </w:p>
          <w:p>
            <w:pPr>
              <w:spacing w:before="0" w:after="22" w:line="240" w:lineRule="auto"/>
              <w:jc w:val="center"/>
            </w:pPr>
            <w:r>
              <w:rPr>
                <w:rFonts w:ascii="Aptos" w:hAnsi="Aptos"/>
                <w:b w:val="0"/>
                <w:color w:val="414141"/>
                <w:sz w:val="16"/>
              </w:rPr>
              <w:t>q/random  0.06737    PNG/random  0.1691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X24930_M3</w:t>
            </w:r>
          </w:p>
          <w:p>
            <w:pPr>
              <w:spacing w:before="0" w:after="22" w:line="240" w:lineRule="auto"/>
              <w:jc w:val="center"/>
            </w:pPr>
            <w:r>
              <w:rPr>
                <w:rFonts w:ascii="Aptos" w:hAnsi="Aptos"/>
                <w:b w:val="0"/>
                <w:color w:val="414141"/>
                <w:sz w:val="16"/>
              </w:rPr>
              <w:t>Definition  X(24930); M3 pedal triangle</w:t>
            </w:r>
          </w:p>
          <w:p>
            <w:pPr>
              <w:spacing w:before="0" w:after="22" w:line="240" w:lineRule="auto"/>
              <w:jc w:val="center"/>
            </w:pPr>
            <w:r>
              <w:rPr>
                <w:rFonts w:ascii="Aptos" w:hAnsi="Aptos"/>
                <w:b w:val="0"/>
                <w:color w:val="414141"/>
                <w:sz w:val="16"/>
              </w:rPr>
              <w:t>Wundt position  96</w:t>
            </w:r>
          </w:p>
          <w:p>
            <w:pPr>
              <w:spacing w:before="0" w:after="22" w:line="240" w:lineRule="auto"/>
              <w:jc w:val="center"/>
            </w:pPr>
            <w:r>
              <w:rPr>
                <w:rFonts w:ascii="Aptos" w:hAnsi="Aptos"/>
                <w:b w:val="0"/>
                <w:color w:val="414141"/>
                <w:sz w:val="16"/>
              </w:rPr>
              <w:t>Wundt gate  0.995323</w:t>
            </w:r>
          </w:p>
          <w:p>
            <w:pPr>
              <w:spacing w:before="0" w:after="22" w:line="240" w:lineRule="auto"/>
              <w:jc w:val="center"/>
            </w:pPr>
            <w:r>
              <w:rPr>
                <w:rFonts w:ascii="Aptos" w:hAnsi="Aptos"/>
                <w:b w:val="0"/>
                <w:color w:val="414141"/>
                <w:sz w:val="16"/>
              </w:rPr>
              <w:t>q/random  0.4658    code bits  10,348</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7" name="Picture 97" descr="Three triangle comparison: X16592_M3, X10086_M3, X65074_M3"/>
            <wp:cNvGraphicFramePr>
              <a:graphicFrameLocks noChangeAspect="1"/>
            </wp:cNvGraphicFramePr>
            <a:graphic>
              <a:graphicData uri="http://schemas.openxmlformats.org/drawingml/2006/picture">
                <pic:pic>
                  <pic:nvPicPr>
                    <pic:cNvPr id="0" name="web_097.jpg"/>
                    <pic:cNvPicPr/>
                  </pic:nvPicPr>
                  <pic:blipFill>
                    <a:blip r:embed="rId10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X16592_M3</w:t>
            </w:r>
          </w:p>
          <w:p>
            <w:pPr>
              <w:spacing w:before="0" w:after="22" w:line="240" w:lineRule="auto"/>
              <w:jc w:val="center"/>
            </w:pPr>
            <w:r>
              <w:rPr>
                <w:rFonts w:ascii="Aptos" w:hAnsi="Aptos"/>
                <w:b w:val="0"/>
                <w:color w:val="414141"/>
                <w:sz w:val="16"/>
              </w:rPr>
              <w:t>Definition  X(16592); M3 pedal triangle</w:t>
            </w:r>
          </w:p>
          <w:p>
            <w:pPr>
              <w:spacing w:before="0" w:after="22" w:line="240" w:lineRule="auto"/>
              <w:jc w:val="center"/>
            </w:pPr>
            <w:r>
              <w:rPr>
                <w:rFonts w:ascii="Aptos" w:hAnsi="Aptos"/>
                <w:b w:val="0"/>
                <w:color w:val="414141"/>
                <w:sz w:val="16"/>
              </w:rPr>
              <w:t>Neural score  56.351</w:t>
            </w:r>
          </w:p>
          <w:p>
            <w:pPr>
              <w:spacing w:before="0" w:after="22" w:line="240" w:lineRule="auto"/>
              <w:jc w:val="center"/>
            </w:pPr>
            <w:r>
              <w:rPr>
                <w:rFonts w:ascii="Aptos" w:hAnsi="Aptos"/>
                <w:b w:val="0"/>
                <w:color w:val="414141"/>
                <w:sz w:val="16"/>
              </w:rPr>
              <w:t>Code bits  7,814    q/random  0.3512</w:t>
            </w:r>
          </w:p>
          <w:p>
            <w:pPr>
              <w:spacing w:before="0" w:after="22" w:line="240" w:lineRule="auto"/>
              <w:jc w:val="center"/>
            </w:pPr>
            <w:r>
              <w:rPr>
                <w:rFonts w:ascii="Aptos" w:hAnsi="Aptos"/>
                <w:b w:val="0"/>
                <w:color w:val="414141"/>
                <w:sz w:val="16"/>
              </w:rPr>
              <w:t>Fitted taste  0.854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X10086_M3</w:t>
            </w:r>
          </w:p>
          <w:p>
            <w:pPr>
              <w:spacing w:before="0" w:after="22" w:line="240" w:lineRule="auto"/>
              <w:jc w:val="center"/>
            </w:pPr>
            <w:r>
              <w:rPr>
                <w:rFonts w:ascii="Aptos" w:hAnsi="Aptos"/>
                <w:b w:val="0"/>
                <w:color w:val="414141"/>
                <w:sz w:val="16"/>
              </w:rPr>
              <w:t>Definition  X(10086); M3 pedal triangle</w:t>
            </w:r>
          </w:p>
          <w:p>
            <w:pPr>
              <w:spacing w:before="0" w:after="22" w:line="240" w:lineRule="auto"/>
              <w:jc w:val="center"/>
            </w:pPr>
            <w:r>
              <w:rPr>
                <w:rFonts w:ascii="Aptos" w:hAnsi="Aptos"/>
                <w:b w:val="0"/>
                <w:color w:val="414141"/>
                <w:sz w:val="16"/>
              </w:rPr>
              <w:t>Code-bit rank  97    position  97</w:t>
            </w:r>
          </w:p>
          <w:p>
            <w:pPr>
              <w:spacing w:before="0" w:after="22" w:line="240" w:lineRule="auto"/>
              <w:jc w:val="center"/>
            </w:pPr>
            <w:r>
              <w:rPr>
                <w:rFonts w:ascii="Aptos" w:hAnsi="Aptos"/>
                <w:b w:val="0"/>
                <w:color w:val="414141"/>
                <w:sz w:val="16"/>
              </w:rPr>
              <w:t>Quadtree code bits  1,178</w:t>
            </w:r>
          </w:p>
          <w:p>
            <w:pPr>
              <w:spacing w:before="0" w:after="22" w:line="240" w:lineRule="auto"/>
              <w:jc w:val="center"/>
            </w:pPr>
            <w:r>
              <w:rPr>
                <w:rFonts w:ascii="Aptos" w:hAnsi="Aptos"/>
                <w:b w:val="0"/>
                <w:color w:val="414141"/>
                <w:sz w:val="16"/>
              </w:rPr>
              <w:t>q/random  0.24277    PNG/random  0.2249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X65074_M3</w:t>
            </w:r>
          </w:p>
          <w:p>
            <w:pPr>
              <w:spacing w:before="0" w:after="22" w:line="240" w:lineRule="auto"/>
              <w:jc w:val="center"/>
            </w:pPr>
            <w:r>
              <w:rPr>
                <w:rFonts w:ascii="Aptos" w:hAnsi="Aptos"/>
                <w:b w:val="0"/>
                <w:color w:val="414141"/>
                <w:sz w:val="16"/>
              </w:rPr>
              <w:t>Definition  X(65074); M3 pedal triangle</w:t>
            </w:r>
          </w:p>
          <w:p>
            <w:pPr>
              <w:spacing w:before="0" w:after="22" w:line="240" w:lineRule="auto"/>
              <w:jc w:val="center"/>
            </w:pPr>
            <w:r>
              <w:rPr>
                <w:rFonts w:ascii="Aptos" w:hAnsi="Aptos"/>
                <w:b w:val="0"/>
                <w:color w:val="414141"/>
                <w:sz w:val="16"/>
              </w:rPr>
              <w:t>Wundt position  97</w:t>
            </w:r>
          </w:p>
          <w:p>
            <w:pPr>
              <w:spacing w:before="0" w:after="22" w:line="240" w:lineRule="auto"/>
              <w:jc w:val="center"/>
            </w:pPr>
            <w:r>
              <w:rPr>
                <w:rFonts w:ascii="Aptos" w:hAnsi="Aptos"/>
                <w:b w:val="0"/>
                <w:color w:val="414141"/>
                <w:sz w:val="16"/>
              </w:rPr>
              <w:t>Wundt gate  0.995321</w:t>
            </w:r>
          </w:p>
          <w:p>
            <w:pPr>
              <w:spacing w:before="0" w:after="22" w:line="240" w:lineRule="auto"/>
              <w:jc w:val="center"/>
            </w:pPr>
            <w:r>
              <w:rPr>
                <w:rFonts w:ascii="Aptos" w:hAnsi="Aptos"/>
                <w:b w:val="0"/>
                <w:color w:val="414141"/>
                <w:sz w:val="16"/>
              </w:rPr>
              <w:t>q/random  0.5342    code bits  12,357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8" name="Picture 98" descr="Three triangle comparison: X69204_M1, X10088_M3, X13221_M3"/>
            <wp:cNvGraphicFramePr>
              <a:graphicFrameLocks noChangeAspect="1"/>
            </wp:cNvGraphicFramePr>
            <a:graphic>
              <a:graphicData uri="http://schemas.openxmlformats.org/drawingml/2006/picture">
                <pic:pic>
                  <pic:nvPicPr>
                    <pic:cNvPr id="0" name="web_098.jpg"/>
                    <pic:cNvPicPr/>
                  </pic:nvPicPr>
                  <pic:blipFill>
                    <a:blip r:embed="rId10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X69204_M1</w:t>
            </w:r>
          </w:p>
          <w:p>
            <w:pPr>
              <w:spacing w:before="0" w:after="22" w:line="240" w:lineRule="auto"/>
              <w:jc w:val="center"/>
            </w:pPr>
            <w:r>
              <w:rPr>
                <w:rFonts w:ascii="Aptos" w:hAnsi="Aptos"/>
                <w:b w:val="0"/>
                <w:color w:val="414141"/>
                <w:sz w:val="16"/>
              </w:rPr>
              <w:t>Definition  X(69204); M1 cevian triangle</w:t>
            </w:r>
          </w:p>
          <w:p>
            <w:pPr>
              <w:spacing w:before="0" w:after="22" w:line="240" w:lineRule="auto"/>
              <w:jc w:val="center"/>
            </w:pPr>
            <w:r>
              <w:rPr>
                <w:rFonts w:ascii="Aptos" w:hAnsi="Aptos"/>
                <w:b w:val="0"/>
                <w:color w:val="414141"/>
                <w:sz w:val="16"/>
              </w:rPr>
              <w:t>Neural score  56.222</w:t>
            </w:r>
          </w:p>
          <w:p>
            <w:pPr>
              <w:spacing w:before="0" w:after="22" w:line="240" w:lineRule="auto"/>
              <w:jc w:val="center"/>
            </w:pPr>
            <w:r>
              <w:rPr>
                <w:rFonts w:ascii="Aptos" w:hAnsi="Aptos"/>
                <w:b w:val="0"/>
                <w:color w:val="414141"/>
                <w:sz w:val="16"/>
              </w:rPr>
              <w:t>Code bits  4,377    q/random  0.2163</w:t>
            </w:r>
          </w:p>
          <w:p>
            <w:pPr>
              <w:spacing w:before="0" w:after="22" w:line="240" w:lineRule="auto"/>
              <w:jc w:val="center"/>
            </w:pPr>
            <w:r>
              <w:rPr>
                <w:rFonts w:ascii="Aptos" w:hAnsi="Aptos"/>
                <w:b w:val="0"/>
                <w:color w:val="414141"/>
                <w:sz w:val="16"/>
              </w:rPr>
              <w:t>Fitted taste  0.821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X10088_M3</w:t>
            </w:r>
          </w:p>
          <w:p>
            <w:pPr>
              <w:spacing w:before="0" w:after="22" w:line="240" w:lineRule="auto"/>
              <w:jc w:val="center"/>
            </w:pPr>
            <w:r>
              <w:rPr>
                <w:rFonts w:ascii="Aptos" w:hAnsi="Aptos"/>
                <w:b w:val="0"/>
                <w:color w:val="414141"/>
                <w:sz w:val="16"/>
              </w:rPr>
              <w:t>Definition  X(10088); M3 pedal triangle</w:t>
            </w:r>
          </w:p>
          <w:p>
            <w:pPr>
              <w:spacing w:before="0" w:after="22" w:line="240" w:lineRule="auto"/>
              <w:jc w:val="center"/>
            </w:pPr>
            <w:r>
              <w:rPr>
                <w:rFonts w:ascii="Aptos" w:hAnsi="Aptos"/>
                <w:b w:val="0"/>
                <w:color w:val="414141"/>
                <w:sz w:val="16"/>
              </w:rPr>
              <w:t>Code-bit rank  98    position  98</w:t>
            </w:r>
          </w:p>
          <w:p>
            <w:pPr>
              <w:spacing w:before="0" w:after="22" w:line="240" w:lineRule="auto"/>
              <w:jc w:val="center"/>
            </w:pPr>
            <w:r>
              <w:rPr>
                <w:rFonts w:ascii="Aptos" w:hAnsi="Aptos"/>
                <w:b w:val="0"/>
                <w:color w:val="414141"/>
                <w:sz w:val="16"/>
              </w:rPr>
              <w:t>Quadtree code bits  1,185</w:t>
            </w:r>
          </w:p>
          <w:p>
            <w:pPr>
              <w:spacing w:before="0" w:after="22" w:line="240" w:lineRule="auto"/>
              <w:jc w:val="center"/>
            </w:pPr>
            <w:r>
              <w:rPr>
                <w:rFonts w:ascii="Aptos" w:hAnsi="Aptos"/>
                <w:b w:val="0"/>
                <w:color w:val="414141"/>
                <w:sz w:val="16"/>
              </w:rPr>
              <w:t>q/random  0.25684    PNG/random  0.2474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X13221_M3</w:t>
            </w:r>
          </w:p>
          <w:p>
            <w:pPr>
              <w:spacing w:before="0" w:after="22" w:line="240" w:lineRule="auto"/>
              <w:jc w:val="center"/>
            </w:pPr>
            <w:r>
              <w:rPr>
                <w:rFonts w:ascii="Aptos" w:hAnsi="Aptos"/>
                <w:b w:val="0"/>
                <w:color w:val="414141"/>
                <w:sz w:val="16"/>
              </w:rPr>
              <w:t>Definition  X(13221); M3 pedal triangle</w:t>
            </w:r>
          </w:p>
          <w:p>
            <w:pPr>
              <w:spacing w:before="0" w:after="22" w:line="240" w:lineRule="auto"/>
              <w:jc w:val="center"/>
            </w:pPr>
            <w:r>
              <w:rPr>
                <w:rFonts w:ascii="Aptos" w:hAnsi="Aptos"/>
                <w:b w:val="0"/>
                <w:color w:val="414141"/>
                <w:sz w:val="16"/>
              </w:rPr>
              <w:t>Wundt position  98</w:t>
            </w:r>
          </w:p>
          <w:p>
            <w:pPr>
              <w:spacing w:before="0" w:after="22" w:line="240" w:lineRule="auto"/>
              <w:jc w:val="center"/>
            </w:pPr>
            <w:r>
              <w:rPr>
                <w:rFonts w:ascii="Aptos" w:hAnsi="Aptos"/>
                <w:b w:val="0"/>
                <w:color w:val="414141"/>
                <w:sz w:val="16"/>
              </w:rPr>
              <w:t>Wundt gate  0.995286</w:t>
            </w:r>
          </w:p>
          <w:p>
            <w:pPr>
              <w:spacing w:before="0" w:after="22" w:line="240" w:lineRule="auto"/>
              <w:jc w:val="center"/>
            </w:pPr>
            <w:r>
              <w:rPr>
                <w:rFonts w:ascii="Aptos" w:hAnsi="Aptos"/>
                <w:b w:val="0"/>
                <w:color w:val="414141"/>
                <w:sz w:val="16"/>
              </w:rPr>
              <w:t>q/random  0.4657    code bits  7,646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99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99" name="Picture 99" descr="Three triangle comparison: X71532_M3, X18407_M3, X11608_M1"/>
            <wp:cNvGraphicFramePr>
              <a:graphicFrameLocks noChangeAspect="1"/>
            </wp:cNvGraphicFramePr>
            <a:graphic>
              <a:graphicData uri="http://schemas.openxmlformats.org/drawingml/2006/picture">
                <pic:pic>
                  <pic:nvPicPr>
                    <pic:cNvPr id="0" name="web_099.jpg"/>
                    <pic:cNvPicPr/>
                  </pic:nvPicPr>
                  <pic:blipFill>
                    <a:blip r:embed="rId10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99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99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99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X71532_M3</w:t>
            </w:r>
          </w:p>
          <w:p>
            <w:pPr>
              <w:spacing w:before="0" w:after="22" w:line="240" w:lineRule="auto"/>
              <w:jc w:val="center"/>
            </w:pPr>
            <w:r>
              <w:rPr>
                <w:rFonts w:ascii="Aptos" w:hAnsi="Aptos"/>
                <w:b w:val="0"/>
                <w:color w:val="414141"/>
                <w:sz w:val="16"/>
              </w:rPr>
              <w:t>Definition  X(71532); M3 pedal triangle</w:t>
            </w:r>
          </w:p>
          <w:p>
            <w:pPr>
              <w:spacing w:before="0" w:after="22" w:line="240" w:lineRule="auto"/>
              <w:jc w:val="center"/>
            </w:pPr>
            <w:r>
              <w:rPr>
                <w:rFonts w:ascii="Aptos" w:hAnsi="Aptos"/>
                <w:b w:val="0"/>
                <w:color w:val="414141"/>
                <w:sz w:val="16"/>
              </w:rPr>
              <w:t>Neural score  56.193</w:t>
            </w:r>
          </w:p>
          <w:p>
            <w:pPr>
              <w:spacing w:before="0" w:after="22" w:line="240" w:lineRule="auto"/>
              <w:jc w:val="center"/>
            </w:pPr>
            <w:r>
              <w:rPr>
                <w:rFonts w:ascii="Aptos" w:hAnsi="Aptos"/>
                <w:b w:val="0"/>
                <w:color w:val="414141"/>
                <w:sz w:val="16"/>
              </w:rPr>
              <w:t>Code bits  7,387    q/random  0.3316</w:t>
            </w:r>
          </w:p>
          <w:p>
            <w:pPr>
              <w:spacing w:before="0" w:after="22" w:line="240" w:lineRule="auto"/>
              <w:jc w:val="center"/>
            </w:pPr>
            <w:r>
              <w:rPr>
                <w:rFonts w:ascii="Aptos" w:hAnsi="Aptos"/>
                <w:b w:val="0"/>
                <w:color w:val="414141"/>
                <w:sz w:val="16"/>
              </w:rPr>
              <w:t>Fitted taste  1.016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X18407_M3</w:t>
            </w:r>
          </w:p>
          <w:p>
            <w:pPr>
              <w:spacing w:before="0" w:after="22" w:line="240" w:lineRule="auto"/>
              <w:jc w:val="center"/>
            </w:pPr>
            <w:r>
              <w:rPr>
                <w:rFonts w:ascii="Aptos" w:hAnsi="Aptos"/>
                <w:b w:val="0"/>
                <w:color w:val="414141"/>
                <w:sz w:val="16"/>
              </w:rPr>
              <w:t>Definition  X(18407); M3 pedal triangle</w:t>
            </w:r>
          </w:p>
          <w:p>
            <w:pPr>
              <w:spacing w:before="0" w:after="22" w:line="240" w:lineRule="auto"/>
              <w:jc w:val="center"/>
            </w:pPr>
            <w:r>
              <w:rPr>
                <w:rFonts w:ascii="Aptos" w:hAnsi="Aptos"/>
                <w:b w:val="0"/>
                <w:color w:val="414141"/>
                <w:sz w:val="16"/>
              </w:rPr>
              <w:t>Code-bit rank  98    position  99</w:t>
            </w:r>
          </w:p>
          <w:p>
            <w:pPr>
              <w:spacing w:before="0" w:after="22" w:line="240" w:lineRule="auto"/>
              <w:jc w:val="center"/>
            </w:pPr>
            <w:r>
              <w:rPr>
                <w:rFonts w:ascii="Aptos" w:hAnsi="Aptos"/>
                <w:b w:val="0"/>
                <w:color w:val="414141"/>
                <w:sz w:val="16"/>
              </w:rPr>
              <w:t>Quadtree code bits  1,185</w:t>
            </w:r>
          </w:p>
          <w:p>
            <w:pPr>
              <w:spacing w:before="0" w:after="22" w:line="240" w:lineRule="auto"/>
              <w:jc w:val="center"/>
            </w:pPr>
            <w:r>
              <w:rPr>
                <w:rFonts w:ascii="Aptos" w:hAnsi="Aptos"/>
                <w:b w:val="0"/>
                <w:color w:val="414141"/>
                <w:sz w:val="16"/>
              </w:rPr>
              <w:t>q/random  0.07409    PNG/random  0.2164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X11608_M1</w:t>
            </w:r>
          </w:p>
          <w:p>
            <w:pPr>
              <w:spacing w:before="0" w:after="22" w:line="240" w:lineRule="auto"/>
              <w:jc w:val="center"/>
            </w:pPr>
            <w:r>
              <w:rPr>
                <w:rFonts w:ascii="Aptos" w:hAnsi="Aptos"/>
                <w:b w:val="0"/>
                <w:color w:val="414141"/>
                <w:sz w:val="16"/>
              </w:rPr>
              <w:t>Definition  X(11608); M1 cevian triangle</w:t>
            </w:r>
          </w:p>
          <w:p>
            <w:pPr>
              <w:spacing w:before="0" w:after="22" w:line="240" w:lineRule="auto"/>
              <w:jc w:val="center"/>
            </w:pPr>
            <w:r>
              <w:rPr>
                <w:rFonts w:ascii="Aptos" w:hAnsi="Aptos"/>
                <w:b w:val="0"/>
                <w:color w:val="414141"/>
                <w:sz w:val="16"/>
              </w:rPr>
              <w:t>Wundt position  99</w:t>
            </w:r>
          </w:p>
          <w:p>
            <w:pPr>
              <w:spacing w:before="0" w:after="22" w:line="240" w:lineRule="auto"/>
              <w:jc w:val="center"/>
            </w:pPr>
            <w:r>
              <w:rPr>
                <w:rFonts w:ascii="Aptos" w:hAnsi="Aptos"/>
                <w:b w:val="0"/>
                <w:color w:val="414141"/>
                <w:sz w:val="16"/>
              </w:rPr>
              <w:t>Wundt gate  0.995239</w:t>
            </w:r>
          </w:p>
          <w:p>
            <w:pPr>
              <w:spacing w:before="0" w:after="22" w:line="240" w:lineRule="auto"/>
              <w:jc w:val="center"/>
            </w:pPr>
            <w:r>
              <w:rPr>
                <w:rFonts w:ascii="Aptos" w:hAnsi="Aptos"/>
                <w:b w:val="0"/>
                <w:color w:val="414141"/>
                <w:sz w:val="16"/>
              </w:rPr>
              <w:t>q/random  0.4655    code bits  10,439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0" name="Picture 100" descr="Three triangle comparison: X16727_M3, X45202_M3, X54390_M3"/>
            <wp:cNvGraphicFramePr>
              <a:graphicFrameLocks noChangeAspect="1"/>
            </wp:cNvGraphicFramePr>
            <a:graphic>
              <a:graphicData uri="http://schemas.openxmlformats.org/drawingml/2006/picture">
                <pic:pic>
                  <pic:nvPicPr>
                    <pic:cNvPr id="0" name="web_100.jpg"/>
                    <pic:cNvPicPr/>
                  </pic:nvPicPr>
                  <pic:blipFill>
                    <a:blip r:embed="rId10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X16727_M3</w:t>
            </w:r>
          </w:p>
          <w:p>
            <w:pPr>
              <w:spacing w:before="0" w:after="22" w:line="240" w:lineRule="auto"/>
              <w:jc w:val="center"/>
            </w:pPr>
            <w:r>
              <w:rPr>
                <w:rFonts w:ascii="Aptos" w:hAnsi="Aptos"/>
                <w:b w:val="0"/>
                <w:color w:val="414141"/>
                <w:sz w:val="16"/>
              </w:rPr>
              <w:t>Definition  X(16727); M3 pedal triangle</w:t>
            </w:r>
          </w:p>
          <w:p>
            <w:pPr>
              <w:spacing w:before="0" w:after="22" w:line="240" w:lineRule="auto"/>
              <w:jc w:val="center"/>
            </w:pPr>
            <w:r>
              <w:rPr>
                <w:rFonts w:ascii="Aptos" w:hAnsi="Aptos"/>
                <w:b w:val="0"/>
                <w:color w:val="414141"/>
                <w:sz w:val="16"/>
              </w:rPr>
              <w:t>Neural score  56.183</w:t>
            </w:r>
          </w:p>
          <w:p>
            <w:pPr>
              <w:spacing w:before="0" w:after="22" w:line="240" w:lineRule="auto"/>
              <w:jc w:val="center"/>
            </w:pPr>
            <w:r>
              <w:rPr>
                <w:rFonts w:ascii="Aptos" w:hAnsi="Aptos"/>
                <w:b w:val="0"/>
                <w:color w:val="414141"/>
                <w:sz w:val="16"/>
              </w:rPr>
              <w:t>Code bits  3,271    q/random  0.1722</w:t>
            </w:r>
          </w:p>
          <w:p>
            <w:pPr>
              <w:spacing w:before="0" w:after="22" w:line="240" w:lineRule="auto"/>
              <w:jc w:val="center"/>
            </w:pPr>
            <w:r>
              <w:rPr>
                <w:rFonts w:ascii="Aptos" w:hAnsi="Aptos"/>
                <w:b w:val="0"/>
                <w:color w:val="414141"/>
                <w:sz w:val="16"/>
              </w:rPr>
              <w:t>Fitted taste  1.315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X45202_M3</w:t>
            </w:r>
          </w:p>
          <w:p>
            <w:pPr>
              <w:spacing w:before="0" w:after="22" w:line="240" w:lineRule="auto"/>
              <w:jc w:val="center"/>
            </w:pPr>
            <w:r>
              <w:rPr>
                <w:rFonts w:ascii="Aptos" w:hAnsi="Aptos"/>
                <w:b w:val="0"/>
                <w:color w:val="414141"/>
                <w:sz w:val="16"/>
              </w:rPr>
              <w:t>Definition  X(45202); M3 pedal triangle</w:t>
            </w:r>
          </w:p>
          <w:p>
            <w:pPr>
              <w:spacing w:before="0" w:after="22" w:line="240" w:lineRule="auto"/>
              <w:jc w:val="center"/>
            </w:pPr>
            <w:r>
              <w:rPr>
                <w:rFonts w:ascii="Aptos" w:hAnsi="Aptos"/>
                <w:b w:val="0"/>
                <w:color w:val="414141"/>
                <w:sz w:val="16"/>
              </w:rPr>
              <w:t>Code-bit rank  98    position  100</w:t>
            </w:r>
          </w:p>
          <w:p>
            <w:pPr>
              <w:spacing w:before="0" w:after="22" w:line="240" w:lineRule="auto"/>
              <w:jc w:val="center"/>
            </w:pPr>
            <w:r>
              <w:rPr>
                <w:rFonts w:ascii="Aptos" w:hAnsi="Aptos"/>
                <w:b w:val="0"/>
                <w:color w:val="414141"/>
                <w:sz w:val="16"/>
              </w:rPr>
              <w:t>Quadtree code bits  1,185</w:t>
            </w:r>
          </w:p>
          <w:p>
            <w:pPr>
              <w:spacing w:before="0" w:after="22" w:line="240" w:lineRule="auto"/>
              <w:jc w:val="center"/>
            </w:pPr>
            <w:r>
              <w:rPr>
                <w:rFonts w:ascii="Aptos" w:hAnsi="Aptos"/>
                <w:b w:val="0"/>
                <w:color w:val="414141"/>
                <w:sz w:val="16"/>
              </w:rPr>
              <w:t>q/random  0.07565    PNG/random  0.2100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X54390_M3</w:t>
            </w:r>
          </w:p>
          <w:p>
            <w:pPr>
              <w:spacing w:before="0" w:after="22" w:line="240" w:lineRule="auto"/>
              <w:jc w:val="center"/>
            </w:pPr>
            <w:r>
              <w:rPr>
                <w:rFonts w:ascii="Aptos" w:hAnsi="Aptos"/>
                <w:b w:val="0"/>
                <w:color w:val="414141"/>
                <w:sz w:val="16"/>
              </w:rPr>
              <w:t>Definition  X(54390); M3 pedal triangle</w:t>
            </w:r>
          </w:p>
          <w:p>
            <w:pPr>
              <w:spacing w:before="0" w:after="22" w:line="240" w:lineRule="auto"/>
              <w:jc w:val="center"/>
            </w:pPr>
            <w:r>
              <w:rPr>
                <w:rFonts w:ascii="Aptos" w:hAnsi="Aptos"/>
                <w:b w:val="0"/>
                <w:color w:val="414141"/>
                <w:sz w:val="16"/>
              </w:rPr>
              <w:t>Wundt position  100</w:t>
            </w:r>
          </w:p>
          <w:p>
            <w:pPr>
              <w:spacing w:before="0" w:after="22" w:line="240" w:lineRule="auto"/>
              <w:jc w:val="center"/>
            </w:pPr>
            <w:r>
              <w:rPr>
                <w:rFonts w:ascii="Aptos" w:hAnsi="Aptos"/>
                <w:b w:val="0"/>
                <w:color w:val="414141"/>
                <w:sz w:val="16"/>
              </w:rPr>
              <w:t>Wundt gate  0.995230</w:t>
            </w:r>
          </w:p>
          <w:p>
            <w:pPr>
              <w:spacing w:before="0" w:after="22" w:line="240" w:lineRule="auto"/>
              <w:jc w:val="center"/>
            </w:pPr>
            <w:r>
              <w:rPr>
                <w:rFonts w:ascii="Aptos" w:hAnsi="Aptos"/>
                <w:b w:val="0"/>
                <w:color w:val="414141"/>
                <w:sz w:val="16"/>
              </w:rPr>
              <w:t>q/random  0.4655    code bits  10,523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1" name="Picture 101" descr="Three triangle comparison: X66000_M3, X58602_M3, X41558_M3"/>
            <wp:cNvGraphicFramePr>
              <a:graphicFrameLocks noChangeAspect="1"/>
            </wp:cNvGraphicFramePr>
            <a:graphic>
              <a:graphicData uri="http://schemas.openxmlformats.org/drawingml/2006/picture">
                <pic:pic>
                  <pic:nvPicPr>
                    <pic:cNvPr id="0" name="web_101.jpg"/>
                    <pic:cNvPicPr/>
                  </pic:nvPicPr>
                  <pic:blipFill>
                    <a:blip r:embed="rId10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X66000_M3</w:t>
            </w:r>
          </w:p>
          <w:p>
            <w:pPr>
              <w:spacing w:before="0" w:after="22" w:line="240" w:lineRule="auto"/>
              <w:jc w:val="center"/>
            </w:pPr>
            <w:r>
              <w:rPr>
                <w:rFonts w:ascii="Aptos" w:hAnsi="Aptos"/>
                <w:b w:val="0"/>
                <w:color w:val="414141"/>
                <w:sz w:val="16"/>
              </w:rPr>
              <w:t>Definition  X(66000); M3 pedal triangle</w:t>
            </w:r>
          </w:p>
          <w:p>
            <w:pPr>
              <w:spacing w:before="0" w:after="22" w:line="240" w:lineRule="auto"/>
              <w:jc w:val="center"/>
            </w:pPr>
            <w:r>
              <w:rPr>
                <w:rFonts w:ascii="Aptos" w:hAnsi="Aptos"/>
                <w:b w:val="0"/>
                <w:color w:val="414141"/>
                <w:sz w:val="16"/>
              </w:rPr>
              <w:t>Neural score  56.071</w:t>
            </w:r>
          </w:p>
          <w:p>
            <w:pPr>
              <w:spacing w:before="0" w:after="22" w:line="240" w:lineRule="auto"/>
              <w:jc w:val="center"/>
            </w:pPr>
            <w:r>
              <w:rPr>
                <w:rFonts w:ascii="Aptos" w:hAnsi="Aptos"/>
                <w:b w:val="0"/>
                <w:color w:val="414141"/>
                <w:sz w:val="16"/>
              </w:rPr>
              <w:t>Code bits  3,600    q/random  0.2027</w:t>
            </w:r>
          </w:p>
          <w:p>
            <w:pPr>
              <w:spacing w:before="0" w:after="22" w:line="240" w:lineRule="auto"/>
              <w:jc w:val="center"/>
            </w:pPr>
            <w:r>
              <w:rPr>
                <w:rFonts w:ascii="Aptos" w:hAnsi="Aptos"/>
                <w:b w:val="0"/>
                <w:color w:val="414141"/>
                <w:sz w:val="16"/>
              </w:rPr>
              <w:t>Fitted taste  0.829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X58602_M3</w:t>
            </w:r>
          </w:p>
          <w:p>
            <w:pPr>
              <w:spacing w:before="0" w:after="22" w:line="240" w:lineRule="auto"/>
              <w:jc w:val="center"/>
            </w:pPr>
            <w:r>
              <w:rPr>
                <w:rFonts w:ascii="Aptos" w:hAnsi="Aptos"/>
                <w:b w:val="0"/>
                <w:color w:val="414141"/>
                <w:sz w:val="16"/>
              </w:rPr>
              <w:t>Definition  X(58602); M3 pedal triangle</w:t>
            </w:r>
          </w:p>
          <w:p>
            <w:pPr>
              <w:spacing w:before="0" w:after="22" w:line="240" w:lineRule="auto"/>
              <w:jc w:val="center"/>
            </w:pPr>
            <w:r>
              <w:rPr>
                <w:rFonts w:ascii="Aptos" w:hAnsi="Aptos"/>
                <w:b w:val="0"/>
                <w:color w:val="414141"/>
                <w:sz w:val="16"/>
              </w:rPr>
              <w:t>Code-bit rank  98    position  101</w:t>
            </w:r>
          </w:p>
          <w:p>
            <w:pPr>
              <w:spacing w:before="0" w:after="22" w:line="240" w:lineRule="auto"/>
              <w:jc w:val="center"/>
            </w:pPr>
            <w:r>
              <w:rPr>
                <w:rFonts w:ascii="Aptos" w:hAnsi="Aptos"/>
                <w:b w:val="0"/>
                <w:color w:val="414141"/>
                <w:sz w:val="16"/>
              </w:rPr>
              <w:t>Quadtree code bits  1,185</w:t>
            </w:r>
          </w:p>
          <w:p>
            <w:pPr>
              <w:spacing w:before="0" w:after="22" w:line="240" w:lineRule="auto"/>
              <w:jc w:val="center"/>
            </w:pPr>
            <w:r>
              <w:rPr>
                <w:rFonts w:ascii="Aptos" w:hAnsi="Aptos"/>
                <w:b w:val="0"/>
                <w:color w:val="414141"/>
                <w:sz w:val="16"/>
              </w:rPr>
              <w:t>q/random  0.22685    PNG/random  0.2849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X41558_M3</w:t>
            </w:r>
          </w:p>
          <w:p>
            <w:pPr>
              <w:spacing w:before="0" w:after="22" w:line="240" w:lineRule="auto"/>
              <w:jc w:val="center"/>
            </w:pPr>
            <w:r>
              <w:rPr>
                <w:rFonts w:ascii="Aptos" w:hAnsi="Aptos"/>
                <w:b w:val="0"/>
                <w:color w:val="414141"/>
                <w:sz w:val="16"/>
              </w:rPr>
              <w:t>Definition  X(41558); M3 pedal triangle</w:t>
            </w:r>
          </w:p>
          <w:p>
            <w:pPr>
              <w:spacing w:before="0" w:after="22" w:line="240" w:lineRule="auto"/>
              <w:jc w:val="center"/>
            </w:pPr>
            <w:r>
              <w:rPr>
                <w:rFonts w:ascii="Aptos" w:hAnsi="Aptos"/>
                <w:b w:val="0"/>
                <w:color w:val="414141"/>
                <w:sz w:val="16"/>
              </w:rPr>
              <w:t>Wundt position  101</w:t>
            </w:r>
          </w:p>
          <w:p>
            <w:pPr>
              <w:spacing w:before="0" w:after="22" w:line="240" w:lineRule="auto"/>
              <w:jc w:val="center"/>
            </w:pPr>
            <w:r>
              <w:rPr>
                <w:rFonts w:ascii="Aptos" w:hAnsi="Aptos"/>
                <w:b w:val="0"/>
                <w:color w:val="414141"/>
                <w:sz w:val="16"/>
              </w:rPr>
              <w:t>Wundt gate  0.995128</w:t>
            </w:r>
          </w:p>
          <w:p>
            <w:pPr>
              <w:spacing w:before="0" w:after="22" w:line="240" w:lineRule="auto"/>
              <w:jc w:val="center"/>
            </w:pPr>
            <w:r>
              <w:rPr>
                <w:rFonts w:ascii="Aptos" w:hAnsi="Aptos"/>
                <w:b w:val="0"/>
                <w:color w:val="414141"/>
                <w:sz w:val="16"/>
              </w:rPr>
              <w:t>q/random  0.5349    code bits  11,482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2" name="Picture 102" descr="Three triangle comparison: X4403_M3, X12080_M3, X56362_M1"/>
            <wp:cNvGraphicFramePr>
              <a:graphicFrameLocks noChangeAspect="1"/>
            </wp:cNvGraphicFramePr>
            <a:graphic>
              <a:graphicData uri="http://schemas.openxmlformats.org/drawingml/2006/picture">
                <pic:pic>
                  <pic:nvPicPr>
                    <pic:cNvPr id="0" name="web_102.jpg"/>
                    <pic:cNvPicPr/>
                  </pic:nvPicPr>
                  <pic:blipFill>
                    <a:blip r:embed="rId11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X4403_M3</w:t>
            </w:r>
          </w:p>
          <w:p>
            <w:pPr>
              <w:spacing w:before="0" w:after="22" w:line="240" w:lineRule="auto"/>
              <w:jc w:val="center"/>
            </w:pPr>
            <w:r>
              <w:rPr>
                <w:rFonts w:ascii="Aptos" w:hAnsi="Aptos"/>
                <w:b w:val="0"/>
                <w:color w:val="414141"/>
                <w:sz w:val="16"/>
              </w:rPr>
              <w:t>Definition  X(4403); M3 pedal triangle</w:t>
            </w:r>
          </w:p>
          <w:p>
            <w:pPr>
              <w:spacing w:before="0" w:after="22" w:line="240" w:lineRule="auto"/>
              <w:jc w:val="center"/>
            </w:pPr>
            <w:r>
              <w:rPr>
                <w:rFonts w:ascii="Aptos" w:hAnsi="Aptos"/>
                <w:b w:val="0"/>
                <w:color w:val="414141"/>
                <w:sz w:val="16"/>
              </w:rPr>
              <w:t>Neural score  56.003</w:t>
            </w:r>
          </w:p>
          <w:p>
            <w:pPr>
              <w:spacing w:before="0" w:after="22" w:line="240" w:lineRule="auto"/>
              <w:jc w:val="center"/>
            </w:pPr>
            <w:r>
              <w:rPr>
                <w:rFonts w:ascii="Aptos" w:hAnsi="Aptos"/>
                <w:b w:val="0"/>
                <w:color w:val="414141"/>
                <w:sz w:val="16"/>
              </w:rPr>
              <w:t>Code bits  4,580    q/random  0.2116</w:t>
            </w:r>
          </w:p>
          <w:p>
            <w:pPr>
              <w:spacing w:before="0" w:after="22" w:line="240" w:lineRule="auto"/>
              <w:jc w:val="center"/>
            </w:pPr>
            <w:r>
              <w:rPr>
                <w:rFonts w:ascii="Aptos" w:hAnsi="Aptos"/>
                <w:b w:val="0"/>
                <w:color w:val="414141"/>
                <w:sz w:val="16"/>
              </w:rPr>
              <w:t>Fitted taste  1.217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X12080_M3</w:t>
            </w:r>
          </w:p>
          <w:p>
            <w:pPr>
              <w:spacing w:before="0" w:after="22" w:line="240" w:lineRule="auto"/>
              <w:jc w:val="center"/>
            </w:pPr>
            <w:r>
              <w:rPr>
                <w:rFonts w:ascii="Aptos" w:hAnsi="Aptos"/>
                <w:b w:val="0"/>
                <w:color w:val="414141"/>
                <w:sz w:val="16"/>
              </w:rPr>
              <w:t>Definition  X(12080); M3 pedal triangle</w:t>
            </w:r>
          </w:p>
          <w:p>
            <w:pPr>
              <w:spacing w:before="0" w:after="22" w:line="240" w:lineRule="auto"/>
              <w:jc w:val="center"/>
            </w:pPr>
            <w:r>
              <w:rPr>
                <w:rFonts w:ascii="Aptos" w:hAnsi="Aptos"/>
                <w:b w:val="0"/>
                <w:color w:val="414141"/>
                <w:sz w:val="16"/>
              </w:rPr>
              <w:t>Code-bit rank  102    position  102</w:t>
            </w:r>
          </w:p>
          <w:p>
            <w:pPr>
              <w:spacing w:before="0" w:after="22" w:line="240" w:lineRule="auto"/>
              <w:jc w:val="center"/>
            </w:pPr>
            <w:r>
              <w:rPr>
                <w:rFonts w:ascii="Aptos" w:hAnsi="Aptos"/>
                <w:b w:val="0"/>
                <w:color w:val="414141"/>
                <w:sz w:val="16"/>
              </w:rPr>
              <w:t>Quadtree code bits  1,192</w:t>
            </w:r>
          </w:p>
          <w:p>
            <w:pPr>
              <w:spacing w:before="0" w:after="22" w:line="240" w:lineRule="auto"/>
              <w:jc w:val="center"/>
            </w:pPr>
            <w:r>
              <w:rPr>
                <w:rFonts w:ascii="Aptos" w:hAnsi="Aptos"/>
                <w:b w:val="0"/>
                <w:color w:val="414141"/>
                <w:sz w:val="16"/>
              </w:rPr>
              <w:t>q/random  0.17989    PNG/random  0.2653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X56362_M1</w:t>
            </w:r>
          </w:p>
          <w:p>
            <w:pPr>
              <w:spacing w:before="0" w:after="22" w:line="240" w:lineRule="auto"/>
              <w:jc w:val="center"/>
            </w:pPr>
            <w:r>
              <w:rPr>
                <w:rFonts w:ascii="Aptos" w:hAnsi="Aptos"/>
                <w:b w:val="0"/>
                <w:color w:val="414141"/>
                <w:sz w:val="16"/>
              </w:rPr>
              <w:t>Definition  X(56362); M1 cevian triangle</w:t>
            </w:r>
          </w:p>
          <w:p>
            <w:pPr>
              <w:spacing w:before="0" w:after="22" w:line="240" w:lineRule="auto"/>
              <w:jc w:val="center"/>
            </w:pPr>
            <w:r>
              <w:rPr>
                <w:rFonts w:ascii="Aptos" w:hAnsi="Aptos"/>
                <w:b w:val="0"/>
                <w:color w:val="414141"/>
                <w:sz w:val="16"/>
              </w:rPr>
              <w:t>Wundt position  102</w:t>
            </w:r>
          </w:p>
          <w:p>
            <w:pPr>
              <w:spacing w:before="0" w:after="22" w:line="240" w:lineRule="auto"/>
              <w:jc w:val="center"/>
            </w:pPr>
            <w:r>
              <w:rPr>
                <w:rFonts w:ascii="Aptos" w:hAnsi="Aptos"/>
                <w:b w:val="0"/>
                <w:color w:val="414141"/>
                <w:sz w:val="16"/>
              </w:rPr>
              <w:t>Wundt gate  0.995066</w:t>
            </w:r>
          </w:p>
          <w:p>
            <w:pPr>
              <w:spacing w:before="0" w:after="22" w:line="240" w:lineRule="auto"/>
              <w:jc w:val="center"/>
            </w:pPr>
            <w:r>
              <w:rPr>
                <w:rFonts w:ascii="Aptos" w:hAnsi="Aptos"/>
                <w:b w:val="0"/>
                <w:color w:val="414141"/>
                <w:sz w:val="16"/>
              </w:rPr>
              <w:t>q/random  0.5351    code bits  8,801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3" name="Picture 103" descr="Three triangle comparison: X69533_M3, X55558_M3, X38608_M3"/>
            <wp:cNvGraphicFramePr>
              <a:graphicFrameLocks noChangeAspect="1"/>
            </wp:cNvGraphicFramePr>
            <a:graphic>
              <a:graphicData uri="http://schemas.openxmlformats.org/drawingml/2006/picture">
                <pic:pic>
                  <pic:nvPicPr>
                    <pic:cNvPr id="0" name="web_103.jpg"/>
                    <pic:cNvPicPr/>
                  </pic:nvPicPr>
                  <pic:blipFill>
                    <a:blip r:embed="rId11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X69533_M3</w:t>
            </w:r>
          </w:p>
          <w:p>
            <w:pPr>
              <w:spacing w:before="0" w:after="22" w:line="240" w:lineRule="auto"/>
              <w:jc w:val="center"/>
            </w:pPr>
            <w:r>
              <w:rPr>
                <w:rFonts w:ascii="Aptos" w:hAnsi="Aptos"/>
                <w:b w:val="0"/>
                <w:color w:val="414141"/>
                <w:sz w:val="16"/>
              </w:rPr>
              <w:t>Definition  X(69533); M3 pedal triangle</w:t>
            </w:r>
          </w:p>
          <w:p>
            <w:pPr>
              <w:spacing w:before="0" w:after="22" w:line="240" w:lineRule="auto"/>
              <w:jc w:val="center"/>
            </w:pPr>
            <w:r>
              <w:rPr>
                <w:rFonts w:ascii="Aptos" w:hAnsi="Aptos"/>
                <w:b w:val="0"/>
                <w:color w:val="414141"/>
                <w:sz w:val="16"/>
              </w:rPr>
              <w:t>Neural score  55.975</w:t>
            </w:r>
          </w:p>
          <w:p>
            <w:pPr>
              <w:spacing w:before="0" w:after="22" w:line="240" w:lineRule="auto"/>
              <w:jc w:val="center"/>
            </w:pPr>
            <w:r>
              <w:rPr>
                <w:rFonts w:ascii="Aptos" w:hAnsi="Aptos"/>
                <w:b w:val="0"/>
                <w:color w:val="414141"/>
                <w:sz w:val="16"/>
              </w:rPr>
              <w:t>Code bits  6,421    q/random  0.3007</w:t>
            </w:r>
          </w:p>
          <w:p>
            <w:pPr>
              <w:spacing w:before="0" w:after="22" w:line="240" w:lineRule="auto"/>
              <w:jc w:val="center"/>
            </w:pPr>
            <w:r>
              <w:rPr>
                <w:rFonts w:ascii="Aptos" w:hAnsi="Aptos"/>
                <w:b w:val="0"/>
                <w:color w:val="414141"/>
                <w:sz w:val="16"/>
              </w:rPr>
              <w:t>Fitted taste  0.576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X55558_M3</w:t>
            </w:r>
          </w:p>
          <w:p>
            <w:pPr>
              <w:spacing w:before="0" w:after="22" w:line="240" w:lineRule="auto"/>
              <w:jc w:val="center"/>
            </w:pPr>
            <w:r>
              <w:rPr>
                <w:rFonts w:ascii="Aptos" w:hAnsi="Aptos"/>
                <w:b w:val="0"/>
                <w:color w:val="414141"/>
                <w:sz w:val="16"/>
              </w:rPr>
              <w:t>Definition  X(55558); M3 pedal triangle</w:t>
            </w:r>
          </w:p>
          <w:p>
            <w:pPr>
              <w:spacing w:before="0" w:after="22" w:line="240" w:lineRule="auto"/>
              <w:jc w:val="center"/>
            </w:pPr>
            <w:r>
              <w:rPr>
                <w:rFonts w:ascii="Aptos" w:hAnsi="Aptos"/>
                <w:b w:val="0"/>
                <w:color w:val="414141"/>
                <w:sz w:val="16"/>
              </w:rPr>
              <w:t>Code-bit rank  102    position  103</w:t>
            </w:r>
          </w:p>
          <w:p>
            <w:pPr>
              <w:spacing w:before="0" w:after="22" w:line="240" w:lineRule="auto"/>
              <w:jc w:val="center"/>
            </w:pPr>
            <w:r>
              <w:rPr>
                <w:rFonts w:ascii="Aptos" w:hAnsi="Aptos"/>
                <w:b w:val="0"/>
                <w:color w:val="414141"/>
                <w:sz w:val="16"/>
              </w:rPr>
              <w:t>Quadtree code bits  1,192</w:t>
            </w:r>
          </w:p>
          <w:p>
            <w:pPr>
              <w:spacing w:before="0" w:after="22" w:line="240" w:lineRule="auto"/>
              <w:jc w:val="center"/>
            </w:pPr>
            <w:r>
              <w:rPr>
                <w:rFonts w:ascii="Aptos" w:hAnsi="Aptos"/>
                <w:b w:val="0"/>
                <w:color w:val="414141"/>
                <w:sz w:val="16"/>
              </w:rPr>
              <w:t>q/random  0.06135    PNG/random  0.2041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X38608_M3</w:t>
            </w:r>
          </w:p>
          <w:p>
            <w:pPr>
              <w:spacing w:before="0" w:after="22" w:line="240" w:lineRule="auto"/>
              <w:jc w:val="center"/>
            </w:pPr>
            <w:r>
              <w:rPr>
                <w:rFonts w:ascii="Aptos" w:hAnsi="Aptos"/>
                <w:b w:val="0"/>
                <w:color w:val="414141"/>
                <w:sz w:val="16"/>
              </w:rPr>
              <w:t>Definition  X(38608); M3 pedal triangle</w:t>
            </w:r>
          </w:p>
          <w:p>
            <w:pPr>
              <w:spacing w:before="0" w:after="22" w:line="240" w:lineRule="auto"/>
              <w:jc w:val="center"/>
            </w:pPr>
            <w:r>
              <w:rPr>
                <w:rFonts w:ascii="Aptos" w:hAnsi="Aptos"/>
                <w:b w:val="0"/>
                <w:color w:val="414141"/>
                <w:sz w:val="16"/>
              </w:rPr>
              <w:t>Wundt position  103</w:t>
            </w:r>
          </w:p>
          <w:p>
            <w:pPr>
              <w:spacing w:before="0" w:after="22" w:line="240" w:lineRule="auto"/>
              <w:jc w:val="center"/>
            </w:pPr>
            <w:r>
              <w:rPr>
                <w:rFonts w:ascii="Aptos" w:hAnsi="Aptos"/>
                <w:b w:val="0"/>
                <w:color w:val="414141"/>
                <w:sz w:val="16"/>
              </w:rPr>
              <w:t>Wundt gate  0.995026</w:t>
            </w:r>
          </w:p>
          <w:p>
            <w:pPr>
              <w:spacing w:before="0" w:after="22" w:line="240" w:lineRule="auto"/>
              <w:jc w:val="center"/>
            </w:pPr>
            <w:r>
              <w:rPr>
                <w:rFonts w:ascii="Aptos" w:hAnsi="Aptos"/>
                <w:b w:val="0"/>
                <w:color w:val="414141"/>
                <w:sz w:val="16"/>
              </w:rPr>
              <w:t>q/random  0.4647    code bits  10,565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4" name="Picture 104" descr="Three triangle comparison: X49210_M3, X58597_M3, X5579_M3"/>
            <wp:cNvGraphicFramePr>
              <a:graphicFrameLocks noChangeAspect="1"/>
            </wp:cNvGraphicFramePr>
            <a:graphic>
              <a:graphicData uri="http://schemas.openxmlformats.org/drawingml/2006/picture">
                <pic:pic>
                  <pic:nvPicPr>
                    <pic:cNvPr id="0" name="web_104.jpg"/>
                    <pic:cNvPicPr/>
                  </pic:nvPicPr>
                  <pic:blipFill>
                    <a:blip r:embed="rId11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X49210_M3</w:t>
            </w:r>
          </w:p>
          <w:p>
            <w:pPr>
              <w:spacing w:before="0" w:after="22" w:line="240" w:lineRule="auto"/>
              <w:jc w:val="center"/>
            </w:pPr>
            <w:r>
              <w:rPr>
                <w:rFonts w:ascii="Aptos" w:hAnsi="Aptos"/>
                <w:b w:val="0"/>
                <w:color w:val="414141"/>
                <w:sz w:val="16"/>
              </w:rPr>
              <w:t>Definition  X(49210); M3 pedal triangle</w:t>
            </w:r>
          </w:p>
          <w:p>
            <w:pPr>
              <w:spacing w:before="0" w:after="22" w:line="240" w:lineRule="auto"/>
              <w:jc w:val="center"/>
            </w:pPr>
            <w:r>
              <w:rPr>
                <w:rFonts w:ascii="Aptos" w:hAnsi="Aptos"/>
                <w:b w:val="0"/>
                <w:color w:val="414141"/>
                <w:sz w:val="16"/>
              </w:rPr>
              <w:t>Neural score  55.812</w:t>
            </w:r>
          </w:p>
          <w:p>
            <w:pPr>
              <w:spacing w:before="0" w:after="22" w:line="240" w:lineRule="auto"/>
              <w:jc w:val="center"/>
            </w:pPr>
            <w:r>
              <w:rPr>
                <w:rFonts w:ascii="Aptos" w:hAnsi="Aptos"/>
                <w:b w:val="0"/>
                <w:color w:val="414141"/>
                <w:sz w:val="16"/>
              </w:rPr>
              <w:t>Code bits  2,816    q/random  0.1638</w:t>
            </w:r>
          </w:p>
          <w:p>
            <w:pPr>
              <w:spacing w:before="0" w:after="22" w:line="240" w:lineRule="auto"/>
              <w:jc w:val="center"/>
            </w:pPr>
            <w:r>
              <w:rPr>
                <w:rFonts w:ascii="Aptos" w:hAnsi="Aptos"/>
                <w:b w:val="0"/>
                <w:color w:val="414141"/>
                <w:sz w:val="16"/>
              </w:rPr>
              <w:t>Fitted taste  0.782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X58597_M3</w:t>
            </w:r>
          </w:p>
          <w:p>
            <w:pPr>
              <w:spacing w:before="0" w:after="22" w:line="240" w:lineRule="auto"/>
              <w:jc w:val="center"/>
            </w:pPr>
            <w:r>
              <w:rPr>
                <w:rFonts w:ascii="Aptos" w:hAnsi="Aptos"/>
                <w:b w:val="0"/>
                <w:color w:val="414141"/>
                <w:sz w:val="16"/>
              </w:rPr>
              <w:t>Definition  X(58597); M3 pedal triangle</w:t>
            </w:r>
          </w:p>
          <w:p>
            <w:pPr>
              <w:spacing w:before="0" w:after="22" w:line="240" w:lineRule="auto"/>
              <w:jc w:val="center"/>
            </w:pPr>
            <w:r>
              <w:rPr>
                <w:rFonts w:ascii="Aptos" w:hAnsi="Aptos"/>
                <w:b w:val="0"/>
                <w:color w:val="414141"/>
                <w:sz w:val="16"/>
              </w:rPr>
              <w:t>Code-bit rank  104    position  104</w:t>
            </w:r>
          </w:p>
          <w:p>
            <w:pPr>
              <w:spacing w:before="0" w:after="22" w:line="240" w:lineRule="auto"/>
              <w:jc w:val="center"/>
            </w:pPr>
            <w:r>
              <w:rPr>
                <w:rFonts w:ascii="Aptos" w:hAnsi="Aptos"/>
                <w:b w:val="0"/>
                <w:color w:val="414141"/>
                <w:sz w:val="16"/>
              </w:rPr>
              <w:t>Quadtree code bits  1,199</w:t>
            </w:r>
          </w:p>
          <w:p>
            <w:pPr>
              <w:spacing w:before="0" w:after="22" w:line="240" w:lineRule="auto"/>
              <w:jc w:val="center"/>
            </w:pPr>
            <w:r>
              <w:rPr>
                <w:rFonts w:ascii="Aptos" w:hAnsi="Aptos"/>
                <w:b w:val="0"/>
                <w:color w:val="414141"/>
                <w:sz w:val="16"/>
              </w:rPr>
              <w:t>q/random  0.22953    PNG/random  0.2760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X5579_M3</w:t>
            </w:r>
          </w:p>
          <w:p>
            <w:pPr>
              <w:spacing w:before="0" w:after="22" w:line="240" w:lineRule="auto"/>
              <w:jc w:val="center"/>
            </w:pPr>
            <w:r>
              <w:rPr>
                <w:rFonts w:ascii="Aptos" w:hAnsi="Aptos"/>
                <w:b w:val="0"/>
                <w:color w:val="414141"/>
                <w:sz w:val="16"/>
              </w:rPr>
              <w:t>Definition  X(5579); M3 pedal triangle</w:t>
            </w:r>
          </w:p>
          <w:p>
            <w:pPr>
              <w:spacing w:before="0" w:after="22" w:line="240" w:lineRule="auto"/>
              <w:jc w:val="center"/>
            </w:pPr>
            <w:r>
              <w:rPr>
                <w:rFonts w:ascii="Aptos" w:hAnsi="Aptos"/>
                <w:b w:val="0"/>
                <w:color w:val="414141"/>
                <w:sz w:val="16"/>
              </w:rPr>
              <w:t>Wundt position  104</w:t>
            </w:r>
          </w:p>
          <w:p>
            <w:pPr>
              <w:spacing w:before="0" w:after="22" w:line="240" w:lineRule="auto"/>
              <w:jc w:val="center"/>
            </w:pPr>
            <w:r>
              <w:rPr>
                <w:rFonts w:ascii="Aptos" w:hAnsi="Aptos"/>
                <w:b w:val="0"/>
                <w:color w:val="414141"/>
                <w:sz w:val="16"/>
              </w:rPr>
              <w:t>Wundt gate  0.995009</w:t>
            </w:r>
          </w:p>
          <w:p>
            <w:pPr>
              <w:spacing w:before="0" w:after="22" w:line="240" w:lineRule="auto"/>
              <w:jc w:val="center"/>
            </w:pPr>
            <w:r>
              <w:rPr>
                <w:rFonts w:ascii="Aptos" w:hAnsi="Aptos"/>
                <w:b w:val="0"/>
                <w:color w:val="414141"/>
                <w:sz w:val="16"/>
              </w:rPr>
              <w:t>q/random  0.5353    code bits  8,913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5" name="Picture 105" descr="Three triangle comparison: X49266_M1, X10352_M3, X32584_M3"/>
            <wp:cNvGraphicFramePr>
              <a:graphicFrameLocks noChangeAspect="1"/>
            </wp:cNvGraphicFramePr>
            <a:graphic>
              <a:graphicData uri="http://schemas.openxmlformats.org/drawingml/2006/picture">
                <pic:pic>
                  <pic:nvPicPr>
                    <pic:cNvPr id="0" name="web_105.jpg"/>
                    <pic:cNvPicPr/>
                  </pic:nvPicPr>
                  <pic:blipFill>
                    <a:blip r:embed="rId11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X49266_M1</w:t>
            </w:r>
          </w:p>
          <w:p>
            <w:pPr>
              <w:spacing w:before="0" w:after="22" w:line="240" w:lineRule="auto"/>
              <w:jc w:val="center"/>
            </w:pPr>
            <w:r>
              <w:rPr>
                <w:rFonts w:ascii="Aptos" w:hAnsi="Aptos"/>
                <w:b w:val="0"/>
                <w:color w:val="414141"/>
                <w:sz w:val="16"/>
              </w:rPr>
              <w:t>Definition  X(49266); M1 cevian triangle</w:t>
            </w:r>
          </w:p>
          <w:p>
            <w:pPr>
              <w:spacing w:before="0" w:after="22" w:line="240" w:lineRule="auto"/>
              <w:jc w:val="center"/>
            </w:pPr>
            <w:r>
              <w:rPr>
                <w:rFonts w:ascii="Aptos" w:hAnsi="Aptos"/>
                <w:b w:val="0"/>
                <w:color w:val="414141"/>
                <w:sz w:val="16"/>
              </w:rPr>
              <w:t>Neural score  55.748</w:t>
            </w:r>
          </w:p>
          <w:p>
            <w:pPr>
              <w:spacing w:before="0" w:after="22" w:line="240" w:lineRule="auto"/>
              <w:jc w:val="center"/>
            </w:pPr>
            <w:r>
              <w:rPr>
                <w:rFonts w:ascii="Aptos" w:hAnsi="Aptos"/>
                <w:b w:val="0"/>
                <w:color w:val="414141"/>
                <w:sz w:val="16"/>
              </w:rPr>
              <w:t>Code bits  5,868    q/random  0.2730</w:t>
            </w:r>
          </w:p>
          <w:p>
            <w:pPr>
              <w:spacing w:before="0" w:after="22" w:line="240" w:lineRule="auto"/>
              <w:jc w:val="center"/>
            </w:pPr>
            <w:r>
              <w:rPr>
                <w:rFonts w:ascii="Aptos" w:hAnsi="Aptos"/>
                <w:b w:val="0"/>
                <w:color w:val="414141"/>
                <w:sz w:val="16"/>
              </w:rPr>
              <w:t>Fitted taste  0.921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X10352_M3</w:t>
            </w:r>
          </w:p>
          <w:p>
            <w:pPr>
              <w:spacing w:before="0" w:after="22" w:line="240" w:lineRule="auto"/>
              <w:jc w:val="center"/>
            </w:pPr>
            <w:r>
              <w:rPr>
                <w:rFonts w:ascii="Aptos" w:hAnsi="Aptos"/>
                <w:b w:val="0"/>
                <w:color w:val="414141"/>
                <w:sz w:val="16"/>
              </w:rPr>
              <w:t>Definition  X(10352); M3 pedal triangle</w:t>
            </w:r>
          </w:p>
          <w:p>
            <w:pPr>
              <w:spacing w:before="0" w:after="22" w:line="240" w:lineRule="auto"/>
              <w:jc w:val="center"/>
            </w:pPr>
            <w:r>
              <w:rPr>
                <w:rFonts w:ascii="Aptos" w:hAnsi="Aptos"/>
                <w:b w:val="0"/>
                <w:color w:val="414141"/>
                <w:sz w:val="16"/>
              </w:rPr>
              <w:t>Code-bit rank  105    position  105</w:t>
            </w:r>
          </w:p>
          <w:p>
            <w:pPr>
              <w:spacing w:before="0" w:after="22" w:line="240" w:lineRule="auto"/>
              <w:jc w:val="center"/>
            </w:pPr>
            <w:r>
              <w:rPr>
                <w:rFonts w:ascii="Aptos" w:hAnsi="Aptos"/>
                <w:b w:val="0"/>
                <w:color w:val="414141"/>
                <w:sz w:val="16"/>
              </w:rPr>
              <w:t>Quadtree code bits  1,206</w:t>
            </w:r>
          </w:p>
          <w:p>
            <w:pPr>
              <w:spacing w:before="0" w:after="22" w:line="240" w:lineRule="auto"/>
              <w:jc w:val="center"/>
            </w:pPr>
            <w:r>
              <w:rPr>
                <w:rFonts w:ascii="Aptos" w:hAnsi="Aptos"/>
                <w:b w:val="0"/>
                <w:color w:val="414141"/>
                <w:sz w:val="16"/>
              </w:rPr>
              <w:t>q/random  0.15482    PNG/random  0.1970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X32584_M3</w:t>
            </w:r>
          </w:p>
          <w:p>
            <w:pPr>
              <w:spacing w:before="0" w:after="22" w:line="240" w:lineRule="auto"/>
              <w:jc w:val="center"/>
            </w:pPr>
            <w:r>
              <w:rPr>
                <w:rFonts w:ascii="Aptos" w:hAnsi="Aptos"/>
                <w:b w:val="0"/>
                <w:color w:val="414141"/>
                <w:sz w:val="16"/>
              </w:rPr>
              <w:t>Definition  X(32584); M3 pedal triangle</w:t>
            </w:r>
          </w:p>
          <w:p>
            <w:pPr>
              <w:spacing w:before="0" w:after="22" w:line="240" w:lineRule="auto"/>
              <w:jc w:val="center"/>
            </w:pPr>
            <w:r>
              <w:rPr>
                <w:rFonts w:ascii="Aptos" w:hAnsi="Aptos"/>
                <w:b w:val="0"/>
                <w:color w:val="414141"/>
                <w:sz w:val="16"/>
              </w:rPr>
              <w:t>Wundt position  105</w:t>
            </w:r>
          </w:p>
          <w:p>
            <w:pPr>
              <w:spacing w:before="0" w:after="22" w:line="240" w:lineRule="auto"/>
              <w:jc w:val="center"/>
            </w:pPr>
            <w:r>
              <w:rPr>
                <w:rFonts w:ascii="Aptos" w:hAnsi="Aptos"/>
                <w:b w:val="0"/>
                <w:color w:val="414141"/>
                <w:sz w:val="16"/>
              </w:rPr>
              <w:t>Wundt gate  0.994980</w:t>
            </w:r>
          </w:p>
          <w:p>
            <w:pPr>
              <w:spacing w:before="0" w:after="22" w:line="240" w:lineRule="auto"/>
              <w:jc w:val="center"/>
            </w:pPr>
            <w:r>
              <w:rPr>
                <w:rFonts w:ascii="Aptos" w:hAnsi="Aptos"/>
                <w:b w:val="0"/>
                <w:color w:val="414141"/>
                <w:sz w:val="16"/>
              </w:rPr>
              <w:t>q/random  0.5354    code bits  12,063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6" name="Picture 106" descr="Three triangle comparison: X15611_M3, X11647_M3, X18793_M1"/>
            <wp:cNvGraphicFramePr>
              <a:graphicFrameLocks noChangeAspect="1"/>
            </wp:cNvGraphicFramePr>
            <a:graphic>
              <a:graphicData uri="http://schemas.openxmlformats.org/drawingml/2006/picture">
                <pic:pic>
                  <pic:nvPicPr>
                    <pic:cNvPr id="0" name="web_106.jpg"/>
                    <pic:cNvPicPr/>
                  </pic:nvPicPr>
                  <pic:blipFill>
                    <a:blip r:embed="rId11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X15611_M3</w:t>
            </w:r>
          </w:p>
          <w:p>
            <w:pPr>
              <w:spacing w:before="0" w:after="22" w:line="240" w:lineRule="auto"/>
              <w:jc w:val="center"/>
            </w:pPr>
            <w:r>
              <w:rPr>
                <w:rFonts w:ascii="Aptos" w:hAnsi="Aptos"/>
                <w:b w:val="0"/>
                <w:color w:val="414141"/>
                <w:sz w:val="16"/>
              </w:rPr>
              <w:t>Definition  X(15611); M3 pedal triangle</w:t>
            </w:r>
          </w:p>
          <w:p>
            <w:pPr>
              <w:spacing w:before="0" w:after="22" w:line="240" w:lineRule="auto"/>
              <w:jc w:val="center"/>
            </w:pPr>
            <w:r>
              <w:rPr>
                <w:rFonts w:ascii="Aptos" w:hAnsi="Aptos"/>
                <w:b w:val="0"/>
                <w:color w:val="414141"/>
                <w:sz w:val="16"/>
              </w:rPr>
              <w:t>Neural score  55.725</w:t>
            </w:r>
          </w:p>
          <w:p>
            <w:pPr>
              <w:spacing w:before="0" w:after="22" w:line="240" w:lineRule="auto"/>
              <w:jc w:val="center"/>
            </w:pPr>
            <w:r>
              <w:rPr>
                <w:rFonts w:ascii="Aptos" w:hAnsi="Aptos"/>
                <w:b w:val="0"/>
                <w:color w:val="414141"/>
                <w:sz w:val="16"/>
              </w:rPr>
              <w:t>Code bits  3,600    q/random  0.1737</w:t>
            </w:r>
          </w:p>
          <w:p>
            <w:pPr>
              <w:spacing w:before="0" w:after="22" w:line="240" w:lineRule="auto"/>
              <w:jc w:val="center"/>
            </w:pPr>
            <w:r>
              <w:rPr>
                <w:rFonts w:ascii="Aptos" w:hAnsi="Aptos"/>
                <w:b w:val="0"/>
                <w:color w:val="414141"/>
                <w:sz w:val="16"/>
              </w:rPr>
              <w:t>Fitted taste  1.306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X11647_M3</w:t>
            </w:r>
          </w:p>
          <w:p>
            <w:pPr>
              <w:spacing w:before="0" w:after="22" w:line="240" w:lineRule="auto"/>
              <w:jc w:val="center"/>
            </w:pPr>
            <w:r>
              <w:rPr>
                <w:rFonts w:ascii="Aptos" w:hAnsi="Aptos"/>
                <w:b w:val="0"/>
                <w:color w:val="414141"/>
                <w:sz w:val="16"/>
              </w:rPr>
              <w:t>Definition  X(11647); M3 pedal triangle</w:t>
            </w:r>
          </w:p>
          <w:p>
            <w:pPr>
              <w:spacing w:before="0" w:after="22" w:line="240" w:lineRule="auto"/>
              <w:jc w:val="center"/>
            </w:pPr>
            <w:r>
              <w:rPr>
                <w:rFonts w:ascii="Aptos" w:hAnsi="Aptos"/>
                <w:b w:val="0"/>
                <w:color w:val="414141"/>
                <w:sz w:val="16"/>
              </w:rPr>
              <w:t>Code-bit rank  105    position  106</w:t>
            </w:r>
          </w:p>
          <w:p>
            <w:pPr>
              <w:spacing w:before="0" w:after="22" w:line="240" w:lineRule="auto"/>
              <w:jc w:val="center"/>
            </w:pPr>
            <w:r>
              <w:rPr>
                <w:rFonts w:ascii="Aptos" w:hAnsi="Aptos"/>
                <w:b w:val="0"/>
                <w:color w:val="414141"/>
                <w:sz w:val="16"/>
              </w:rPr>
              <w:t>Quadtree code bits  1,206</w:t>
            </w:r>
          </w:p>
          <w:p>
            <w:pPr>
              <w:spacing w:before="0" w:after="22" w:line="240" w:lineRule="auto"/>
              <w:jc w:val="center"/>
            </w:pPr>
            <w:r>
              <w:rPr>
                <w:rFonts w:ascii="Aptos" w:hAnsi="Aptos"/>
                <w:b w:val="0"/>
                <w:color w:val="414141"/>
                <w:sz w:val="16"/>
              </w:rPr>
              <w:t>q/random  0.08596    PNG/random  0.2225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X18793_M1</w:t>
            </w:r>
          </w:p>
          <w:p>
            <w:pPr>
              <w:spacing w:before="0" w:after="22" w:line="240" w:lineRule="auto"/>
              <w:jc w:val="center"/>
            </w:pPr>
            <w:r>
              <w:rPr>
                <w:rFonts w:ascii="Aptos" w:hAnsi="Aptos"/>
                <w:b w:val="0"/>
                <w:color w:val="414141"/>
                <w:sz w:val="16"/>
              </w:rPr>
              <w:t>Definition  X(18793); M1 cevian triangle</w:t>
            </w:r>
          </w:p>
          <w:p>
            <w:pPr>
              <w:spacing w:before="0" w:after="22" w:line="240" w:lineRule="auto"/>
              <w:jc w:val="center"/>
            </w:pPr>
            <w:r>
              <w:rPr>
                <w:rFonts w:ascii="Aptos" w:hAnsi="Aptos"/>
                <w:b w:val="0"/>
                <w:color w:val="414141"/>
                <w:sz w:val="16"/>
              </w:rPr>
              <w:t>Wundt position  106</w:t>
            </w:r>
          </w:p>
          <w:p>
            <w:pPr>
              <w:spacing w:before="0" w:after="22" w:line="240" w:lineRule="auto"/>
              <w:jc w:val="center"/>
            </w:pPr>
            <w:r>
              <w:rPr>
                <w:rFonts w:ascii="Aptos" w:hAnsi="Aptos"/>
                <w:b w:val="0"/>
                <w:color w:val="414141"/>
                <w:sz w:val="16"/>
              </w:rPr>
              <w:t>Wundt gate  0.994863</w:t>
            </w:r>
          </w:p>
          <w:p>
            <w:pPr>
              <w:spacing w:before="0" w:after="22" w:line="240" w:lineRule="auto"/>
              <w:jc w:val="center"/>
            </w:pPr>
            <w:r>
              <w:rPr>
                <w:rFonts w:ascii="Aptos" w:hAnsi="Aptos"/>
                <w:b w:val="0"/>
                <w:color w:val="414141"/>
                <w:sz w:val="16"/>
              </w:rPr>
              <w:t>q/random  0.5358    code bits  12,196</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7" name="Picture 107" descr="Three triangle comparison: X32187_M3, X27621_M3, X13310_M3"/>
            <wp:cNvGraphicFramePr>
              <a:graphicFrameLocks noChangeAspect="1"/>
            </wp:cNvGraphicFramePr>
            <a:graphic>
              <a:graphicData uri="http://schemas.openxmlformats.org/drawingml/2006/picture">
                <pic:pic>
                  <pic:nvPicPr>
                    <pic:cNvPr id="0" name="web_107.jpg"/>
                    <pic:cNvPicPr/>
                  </pic:nvPicPr>
                  <pic:blipFill>
                    <a:blip r:embed="rId11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X32187_M3</w:t>
            </w:r>
          </w:p>
          <w:p>
            <w:pPr>
              <w:spacing w:before="0" w:after="22" w:line="240" w:lineRule="auto"/>
              <w:jc w:val="center"/>
            </w:pPr>
            <w:r>
              <w:rPr>
                <w:rFonts w:ascii="Aptos" w:hAnsi="Aptos"/>
                <w:b w:val="0"/>
                <w:color w:val="414141"/>
                <w:sz w:val="16"/>
              </w:rPr>
              <w:t>Definition  X(32187); M3 pedal triangle</w:t>
            </w:r>
          </w:p>
          <w:p>
            <w:pPr>
              <w:spacing w:before="0" w:after="22" w:line="240" w:lineRule="auto"/>
              <w:jc w:val="center"/>
            </w:pPr>
            <w:r>
              <w:rPr>
                <w:rFonts w:ascii="Aptos" w:hAnsi="Aptos"/>
                <w:b w:val="0"/>
                <w:color w:val="414141"/>
                <w:sz w:val="16"/>
              </w:rPr>
              <w:t>Neural score  55.713</w:t>
            </w:r>
          </w:p>
          <w:p>
            <w:pPr>
              <w:spacing w:before="0" w:after="22" w:line="240" w:lineRule="auto"/>
              <w:jc w:val="center"/>
            </w:pPr>
            <w:r>
              <w:rPr>
                <w:rFonts w:ascii="Aptos" w:hAnsi="Aptos"/>
                <w:b w:val="0"/>
                <w:color w:val="414141"/>
                <w:sz w:val="16"/>
              </w:rPr>
              <w:t>Code bits  1,402    q/random  0.0980</w:t>
            </w:r>
          </w:p>
          <w:p>
            <w:pPr>
              <w:spacing w:before="0" w:after="22" w:line="240" w:lineRule="auto"/>
              <w:jc w:val="center"/>
            </w:pPr>
            <w:r>
              <w:rPr>
                <w:rFonts w:ascii="Aptos" w:hAnsi="Aptos"/>
                <w:b w:val="0"/>
                <w:color w:val="414141"/>
                <w:sz w:val="16"/>
              </w:rPr>
              <w:t>Fitted taste  0.313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X27621_M3</w:t>
            </w:r>
          </w:p>
          <w:p>
            <w:pPr>
              <w:spacing w:before="0" w:after="22" w:line="240" w:lineRule="auto"/>
              <w:jc w:val="center"/>
            </w:pPr>
            <w:r>
              <w:rPr>
                <w:rFonts w:ascii="Aptos" w:hAnsi="Aptos"/>
                <w:b w:val="0"/>
                <w:color w:val="414141"/>
                <w:sz w:val="16"/>
              </w:rPr>
              <w:t>Definition  X(27621); M3 pedal triangle</w:t>
            </w:r>
          </w:p>
          <w:p>
            <w:pPr>
              <w:spacing w:before="0" w:after="22" w:line="240" w:lineRule="auto"/>
              <w:jc w:val="center"/>
            </w:pPr>
            <w:r>
              <w:rPr>
                <w:rFonts w:ascii="Aptos" w:hAnsi="Aptos"/>
                <w:b w:val="0"/>
                <w:color w:val="414141"/>
                <w:sz w:val="16"/>
              </w:rPr>
              <w:t>Code-bit rank  105    position  107</w:t>
            </w:r>
          </w:p>
          <w:p>
            <w:pPr>
              <w:spacing w:before="0" w:after="22" w:line="240" w:lineRule="auto"/>
              <w:jc w:val="center"/>
            </w:pPr>
            <w:r>
              <w:rPr>
                <w:rFonts w:ascii="Aptos" w:hAnsi="Aptos"/>
                <w:b w:val="0"/>
                <w:color w:val="414141"/>
                <w:sz w:val="16"/>
              </w:rPr>
              <w:t>Quadtree code bits  1,206</w:t>
            </w:r>
          </w:p>
          <w:p>
            <w:pPr>
              <w:spacing w:before="0" w:after="22" w:line="240" w:lineRule="auto"/>
              <w:jc w:val="center"/>
            </w:pPr>
            <w:r>
              <w:rPr>
                <w:rFonts w:ascii="Aptos" w:hAnsi="Aptos"/>
                <w:b w:val="0"/>
                <w:color w:val="414141"/>
                <w:sz w:val="16"/>
              </w:rPr>
              <w:t>q/random  0.23401    PNG/random  0.2030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X13310_M3</w:t>
            </w:r>
          </w:p>
          <w:p>
            <w:pPr>
              <w:spacing w:before="0" w:after="22" w:line="240" w:lineRule="auto"/>
              <w:jc w:val="center"/>
            </w:pPr>
            <w:r>
              <w:rPr>
                <w:rFonts w:ascii="Aptos" w:hAnsi="Aptos"/>
                <w:b w:val="0"/>
                <w:color w:val="414141"/>
                <w:sz w:val="16"/>
              </w:rPr>
              <w:t>Definition  X(13310); M3 pedal triangle</w:t>
            </w:r>
          </w:p>
          <w:p>
            <w:pPr>
              <w:spacing w:before="0" w:after="22" w:line="240" w:lineRule="auto"/>
              <w:jc w:val="center"/>
            </w:pPr>
            <w:r>
              <w:rPr>
                <w:rFonts w:ascii="Aptos" w:hAnsi="Aptos"/>
                <w:b w:val="0"/>
                <w:color w:val="414141"/>
                <w:sz w:val="16"/>
              </w:rPr>
              <w:t>Wundt position  107</w:t>
            </w:r>
          </w:p>
          <w:p>
            <w:pPr>
              <w:spacing w:before="0" w:after="22" w:line="240" w:lineRule="auto"/>
              <w:jc w:val="center"/>
            </w:pPr>
            <w:r>
              <w:rPr>
                <w:rFonts w:ascii="Aptos" w:hAnsi="Aptos"/>
                <w:b w:val="0"/>
                <w:color w:val="414141"/>
                <w:sz w:val="16"/>
              </w:rPr>
              <w:t>Wundt gate  0.994810</w:t>
            </w:r>
          </w:p>
          <w:p>
            <w:pPr>
              <w:spacing w:before="0" w:after="22" w:line="240" w:lineRule="auto"/>
              <w:jc w:val="center"/>
            </w:pPr>
            <w:r>
              <w:rPr>
                <w:rFonts w:ascii="Aptos" w:hAnsi="Aptos"/>
                <w:b w:val="0"/>
                <w:color w:val="414141"/>
                <w:sz w:val="16"/>
              </w:rPr>
              <w:t>q/random  0.4640    code bits  10,551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8" name="Picture 108" descr="Three triangle comparison: X5729_M1, X60304_M1, X40537_M1"/>
            <wp:cNvGraphicFramePr>
              <a:graphicFrameLocks noChangeAspect="1"/>
            </wp:cNvGraphicFramePr>
            <a:graphic>
              <a:graphicData uri="http://schemas.openxmlformats.org/drawingml/2006/picture">
                <pic:pic>
                  <pic:nvPicPr>
                    <pic:cNvPr id="0" name="web_108.jpg"/>
                    <pic:cNvPicPr/>
                  </pic:nvPicPr>
                  <pic:blipFill>
                    <a:blip r:embed="rId11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X5729_M1</w:t>
            </w:r>
          </w:p>
          <w:p>
            <w:pPr>
              <w:spacing w:before="0" w:after="22" w:line="240" w:lineRule="auto"/>
              <w:jc w:val="center"/>
            </w:pPr>
            <w:r>
              <w:rPr>
                <w:rFonts w:ascii="Aptos" w:hAnsi="Aptos"/>
                <w:b w:val="0"/>
                <w:color w:val="414141"/>
                <w:sz w:val="16"/>
              </w:rPr>
              <w:t>Definition  X(5729); M1 cevian triangle</w:t>
            </w:r>
          </w:p>
          <w:p>
            <w:pPr>
              <w:spacing w:before="0" w:after="22" w:line="240" w:lineRule="auto"/>
              <w:jc w:val="center"/>
            </w:pPr>
            <w:r>
              <w:rPr>
                <w:rFonts w:ascii="Aptos" w:hAnsi="Aptos"/>
                <w:b w:val="0"/>
                <w:color w:val="414141"/>
                <w:sz w:val="16"/>
              </w:rPr>
              <w:t>Neural score  55.684</w:t>
            </w:r>
          </w:p>
          <w:p>
            <w:pPr>
              <w:spacing w:before="0" w:after="22" w:line="240" w:lineRule="auto"/>
              <w:jc w:val="center"/>
            </w:pPr>
            <w:r>
              <w:rPr>
                <w:rFonts w:ascii="Aptos" w:hAnsi="Aptos"/>
                <w:b w:val="0"/>
                <w:color w:val="414141"/>
                <w:sz w:val="16"/>
              </w:rPr>
              <w:t>Code bits  3,222    q/random  0.1616</w:t>
            </w:r>
          </w:p>
          <w:p>
            <w:pPr>
              <w:spacing w:before="0" w:after="22" w:line="240" w:lineRule="auto"/>
              <w:jc w:val="center"/>
            </w:pPr>
            <w:r>
              <w:rPr>
                <w:rFonts w:ascii="Aptos" w:hAnsi="Aptos"/>
                <w:b w:val="0"/>
                <w:color w:val="414141"/>
                <w:sz w:val="16"/>
              </w:rPr>
              <w:t>Fitted taste  0.713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X60304_M1</w:t>
            </w:r>
          </w:p>
          <w:p>
            <w:pPr>
              <w:spacing w:before="0" w:after="22" w:line="240" w:lineRule="auto"/>
              <w:jc w:val="center"/>
            </w:pPr>
            <w:r>
              <w:rPr>
                <w:rFonts w:ascii="Aptos" w:hAnsi="Aptos"/>
                <w:b w:val="0"/>
                <w:color w:val="414141"/>
                <w:sz w:val="16"/>
              </w:rPr>
              <w:t>Definition  X(60304); M1 cevian triangle</w:t>
            </w:r>
          </w:p>
          <w:p>
            <w:pPr>
              <w:spacing w:before="0" w:after="22" w:line="240" w:lineRule="auto"/>
              <w:jc w:val="center"/>
            </w:pPr>
            <w:r>
              <w:rPr>
                <w:rFonts w:ascii="Aptos" w:hAnsi="Aptos"/>
                <w:b w:val="0"/>
                <w:color w:val="414141"/>
                <w:sz w:val="16"/>
              </w:rPr>
              <w:t>Code-bit rank  105    position  108</w:t>
            </w:r>
          </w:p>
          <w:p>
            <w:pPr>
              <w:spacing w:before="0" w:after="22" w:line="240" w:lineRule="auto"/>
              <w:jc w:val="center"/>
            </w:pPr>
            <w:r>
              <w:rPr>
                <w:rFonts w:ascii="Aptos" w:hAnsi="Aptos"/>
                <w:b w:val="0"/>
                <w:color w:val="414141"/>
                <w:sz w:val="16"/>
              </w:rPr>
              <w:t>Quadtree code bits  1,206</w:t>
            </w:r>
          </w:p>
          <w:p>
            <w:pPr>
              <w:spacing w:before="0" w:after="22" w:line="240" w:lineRule="auto"/>
              <w:jc w:val="center"/>
            </w:pPr>
            <w:r>
              <w:rPr>
                <w:rFonts w:ascii="Aptos" w:hAnsi="Aptos"/>
                <w:b w:val="0"/>
                <w:color w:val="414141"/>
                <w:sz w:val="16"/>
              </w:rPr>
              <w:t>q/random  0.07956    PNG/random  0.2433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X40537_M1</w:t>
            </w:r>
          </w:p>
          <w:p>
            <w:pPr>
              <w:spacing w:before="0" w:after="22" w:line="240" w:lineRule="auto"/>
              <w:jc w:val="center"/>
            </w:pPr>
            <w:r>
              <w:rPr>
                <w:rFonts w:ascii="Aptos" w:hAnsi="Aptos"/>
                <w:b w:val="0"/>
                <w:color w:val="414141"/>
                <w:sz w:val="16"/>
              </w:rPr>
              <w:t>Definition  X(40537); M1 cevian triangle</w:t>
            </w:r>
          </w:p>
          <w:p>
            <w:pPr>
              <w:spacing w:before="0" w:after="22" w:line="240" w:lineRule="auto"/>
              <w:jc w:val="center"/>
            </w:pPr>
            <w:r>
              <w:rPr>
                <w:rFonts w:ascii="Aptos" w:hAnsi="Aptos"/>
                <w:b w:val="0"/>
                <w:color w:val="414141"/>
                <w:sz w:val="16"/>
              </w:rPr>
              <w:t>Wundt position  108</w:t>
            </w:r>
          </w:p>
          <w:p>
            <w:pPr>
              <w:spacing w:before="0" w:after="22" w:line="240" w:lineRule="auto"/>
              <w:jc w:val="center"/>
            </w:pPr>
            <w:r>
              <w:rPr>
                <w:rFonts w:ascii="Aptos" w:hAnsi="Aptos"/>
                <w:b w:val="0"/>
                <w:color w:val="414141"/>
                <w:sz w:val="16"/>
              </w:rPr>
              <w:t>Wundt gate  0.994613</w:t>
            </w:r>
          </w:p>
          <w:p>
            <w:pPr>
              <w:spacing w:before="0" w:after="22" w:line="240" w:lineRule="auto"/>
              <w:jc w:val="center"/>
            </w:pPr>
            <w:r>
              <w:rPr>
                <w:rFonts w:ascii="Aptos" w:hAnsi="Aptos"/>
                <w:b w:val="0"/>
                <w:color w:val="414141"/>
                <w:sz w:val="16"/>
              </w:rPr>
              <w:t>q/random  0.4633    code bits  10,607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109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09" name="Picture 109" descr="Three triangle comparison: X53823_M3, X61519_M1, X70742_M3"/>
            <wp:cNvGraphicFramePr>
              <a:graphicFrameLocks noChangeAspect="1"/>
            </wp:cNvGraphicFramePr>
            <a:graphic>
              <a:graphicData uri="http://schemas.openxmlformats.org/drawingml/2006/picture">
                <pic:pic>
                  <pic:nvPicPr>
                    <pic:cNvPr id="0" name="web_109.jpg"/>
                    <pic:cNvPicPr/>
                  </pic:nvPicPr>
                  <pic:blipFill>
                    <a:blip r:embed="rId11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109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109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109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X53823_M3</w:t>
            </w:r>
          </w:p>
          <w:p>
            <w:pPr>
              <w:spacing w:before="0" w:after="22" w:line="240" w:lineRule="auto"/>
              <w:jc w:val="center"/>
            </w:pPr>
            <w:r>
              <w:rPr>
                <w:rFonts w:ascii="Aptos" w:hAnsi="Aptos"/>
                <w:b w:val="0"/>
                <w:color w:val="414141"/>
                <w:sz w:val="16"/>
              </w:rPr>
              <w:t>Definition  X(53823); M3 pedal triangle</w:t>
            </w:r>
          </w:p>
          <w:p>
            <w:pPr>
              <w:spacing w:before="0" w:after="22" w:line="240" w:lineRule="auto"/>
              <w:jc w:val="center"/>
            </w:pPr>
            <w:r>
              <w:rPr>
                <w:rFonts w:ascii="Aptos" w:hAnsi="Aptos"/>
                <w:b w:val="0"/>
                <w:color w:val="414141"/>
                <w:sz w:val="16"/>
              </w:rPr>
              <w:t>Neural score  55.605</w:t>
            </w:r>
          </w:p>
          <w:p>
            <w:pPr>
              <w:spacing w:before="0" w:after="22" w:line="240" w:lineRule="auto"/>
              <w:jc w:val="center"/>
            </w:pPr>
            <w:r>
              <w:rPr>
                <w:rFonts w:ascii="Aptos" w:hAnsi="Aptos"/>
                <w:b w:val="0"/>
                <w:color w:val="414141"/>
                <w:sz w:val="16"/>
              </w:rPr>
              <w:t>Code bits  5,350    q/random  0.2437</w:t>
            </w:r>
          </w:p>
          <w:p>
            <w:pPr>
              <w:spacing w:before="0" w:after="22" w:line="240" w:lineRule="auto"/>
              <w:jc w:val="center"/>
            </w:pPr>
            <w:r>
              <w:rPr>
                <w:rFonts w:ascii="Aptos" w:hAnsi="Aptos"/>
                <w:b w:val="0"/>
                <w:color w:val="414141"/>
                <w:sz w:val="16"/>
              </w:rPr>
              <w:t>Fitted taste  1.219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X61519_M1</w:t>
            </w:r>
          </w:p>
          <w:p>
            <w:pPr>
              <w:spacing w:before="0" w:after="22" w:line="240" w:lineRule="auto"/>
              <w:jc w:val="center"/>
            </w:pPr>
            <w:r>
              <w:rPr>
                <w:rFonts w:ascii="Aptos" w:hAnsi="Aptos"/>
                <w:b w:val="0"/>
                <w:color w:val="414141"/>
                <w:sz w:val="16"/>
              </w:rPr>
              <w:t>Definition  X(61519); M1 cevian triangle</w:t>
            </w:r>
          </w:p>
          <w:p>
            <w:pPr>
              <w:spacing w:before="0" w:after="22" w:line="240" w:lineRule="auto"/>
              <w:jc w:val="center"/>
            </w:pPr>
            <w:r>
              <w:rPr>
                <w:rFonts w:ascii="Aptos" w:hAnsi="Aptos"/>
                <w:b w:val="0"/>
                <w:color w:val="414141"/>
                <w:sz w:val="16"/>
              </w:rPr>
              <w:t>Code-bit rank  105    position  109</w:t>
            </w:r>
          </w:p>
          <w:p>
            <w:pPr>
              <w:spacing w:before="0" w:after="22" w:line="240" w:lineRule="auto"/>
              <w:jc w:val="center"/>
            </w:pPr>
            <w:r>
              <w:rPr>
                <w:rFonts w:ascii="Aptos" w:hAnsi="Aptos"/>
                <w:b w:val="0"/>
                <w:color w:val="414141"/>
                <w:sz w:val="16"/>
              </w:rPr>
              <w:t>Quadtree code bits  1,206</w:t>
            </w:r>
          </w:p>
          <w:p>
            <w:pPr>
              <w:spacing w:before="0" w:after="22" w:line="240" w:lineRule="auto"/>
              <w:jc w:val="center"/>
            </w:pPr>
            <w:r>
              <w:rPr>
                <w:rFonts w:ascii="Aptos" w:hAnsi="Aptos"/>
                <w:b w:val="0"/>
                <w:color w:val="414141"/>
                <w:sz w:val="16"/>
              </w:rPr>
              <w:t>q/random  0.09343    PNG/random  0.2102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X70742_M3</w:t>
            </w:r>
          </w:p>
          <w:p>
            <w:pPr>
              <w:spacing w:before="0" w:after="22" w:line="240" w:lineRule="auto"/>
              <w:jc w:val="center"/>
            </w:pPr>
            <w:r>
              <w:rPr>
                <w:rFonts w:ascii="Aptos" w:hAnsi="Aptos"/>
                <w:b w:val="0"/>
                <w:color w:val="414141"/>
                <w:sz w:val="16"/>
              </w:rPr>
              <w:t>Definition  X(70742); M3 pedal triangle</w:t>
            </w:r>
          </w:p>
          <w:p>
            <w:pPr>
              <w:spacing w:before="0" w:after="22" w:line="240" w:lineRule="auto"/>
              <w:jc w:val="center"/>
            </w:pPr>
            <w:r>
              <w:rPr>
                <w:rFonts w:ascii="Aptos" w:hAnsi="Aptos"/>
                <w:b w:val="0"/>
                <w:color w:val="414141"/>
                <w:sz w:val="16"/>
              </w:rPr>
              <w:t>Wundt position  109</w:t>
            </w:r>
          </w:p>
          <w:p>
            <w:pPr>
              <w:spacing w:before="0" w:after="22" w:line="240" w:lineRule="auto"/>
              <w:jc w:val="center"/>
            </w:pPr>
            <w:r>
              <w:rPr>
                <w:rFonts w:ascii="Aptos" w:hAnsi="Aptos"/>
                <w:b w:val="0"/>
                <w:color w:val="414141"/>
                <w:sz w:val="16"/>
              </w:rPr>
              <w:t>Wundt gate  0.994588</w:t>
            </w:r>
          </w:p>
          <w:p>
            <w:pPr>
              <w:spacing w:before="0" w:after="22" w:line="240" w:lineRule="auto"/>
              <w:jc w:val="center"/>
            </w:pPr>
            <w:r>
              <w:rPr>
                <w:rFonts w:ascii="Aptos" w:hAnsi="Aptos"/>
                <w:b w:val="0"/>
                <w:color w:val="414141"/>
                <w:sz w:val="16"/>
              </w:rPr>
              <w:t>q/random  0.4632    code bits  10,404</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0" name="Picture 110" descr="Three triangle comparison: X47014_M3, X10087_M3, X11641_M3"/>
            <wp:cNvGraphicFramePr>
              <a:graphicFrameLocks noChangeAspect="1"/>
            </wp:cNvGraphicFramePr>
            <a:graphic>
              <a:graphicData uri="http://schemas.openxmlformats.org/drawingml/2006/picture">
                <pic:pic>
                  <pic:nvPicPr>
                    <pic:cNvPr id="0" name="web_110.jpg"/>
                    <pic:cNvPicPr/>
                  </pic:nvPicPr>
                  <pic:blipFill>
                    <a:blip r:embed="rId11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X47014_M3</w:t>
            </w:r>
          </w:p>
          <w:p>
            <w:pPr>
              <w:spacing w:before="0" w:after="22" w:line="240" w:lineRule="auto"/>
              <w:jc w:val="center"/>
            </w:pPr>
            <w:r>
              <w:rPr>
                <w:rFonts w:ascii="Aptos" w:hAnsi="Aptos"/>
                <w:b w:val="0"/>
                <w:color w:val="414141"/>
                <w:sz w:val="16"/>
              </w:rPr>
              <w:t>Definition  X(47014); M3 pedal triangle</w:t>
            </w:r>
          </w:p>
          <w:p>
            <w:pPr>
              <w:spacing w:before="0" w:after="22" w:line="240" w:lineRule="auto"/>
              <w:jc w:val="center"/>
            </w:pPr>
            <w:r>
              <w:rPr>
                <w:rFonts w:ascii="Aptos" w:hAnsi="Aptos"/>
                <w:b w:val="0"/>
                <w:color w:val="414141"/>
                <w:sz w:val="16"/>
              </w:rPr>
              <w:t>Neural score  55.582</w:t>
            </w:r>
          </w:p>
          <w:p>
            <w:pPr>
              <w:spacing w:before="0" w:after="22" w:line="240" w:lineRule="auto"/>
              <w:jc w:val="center"/>
            </w:pPr>
            <w:r>
              <w:rPr>
                <w:rFonts w:ascii="Aptos" w:hAnsi="Aptos"/>
                <w:b w:val="0"/>
                <w:color w:val="414141"/>
                <w:sz w:val="16"/>
              </w:rPr>
              <w:t>Code bits  3,887    q/random  0.1773</w:t>
            </w:r>
          </w:p>
          <w:p>
            <w:pPr>
              <w:spacing w:before="0" w:after="22" w:line="240" w:lineRule="auto"/>
              <w:jc w:val="center"/>
            </w:pPr>
            <w:r>
              <w:rPr>
                <w:rFonts w:ascii="Aptos" w:hAnsi="Aptos"/>
                <w:b w:val="0"/>
                <w:color w:val="414141"/>
                <w:sz w:val="16"/>
              </w:rPr>
              <w:t>Fitted taste  1.266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X10087_M3</w:t>
            </w:r>
          </w:p>
          <w:p>
            <w:pPr>
              <w:spacing w:before="0" w:after="22" w:line="240" w:lineRule="auto"/>
              <w:jc w:val="center"/>
            </w:pPr>
            <w:r>
              <w:rPr>
                <w:rFonts w:ascii="Aptos" w:hAnsi="Aptos"/>
                <w:b w:val="0"/>
                <w:color w:val="414141"/>
                <w:sz w:val="16"/>
              </w:rPr>
              <w:t>Definition  X(10087); M3 pedal triangle</w:t>
            </w:r>
          </w:p>
          <w:p>
            <w:pPr>
              <w:spacing w:before="0" w:after="22" w:line="240" w:lineRule="auto"/>
              <w:jc w:val="center"/>
            </w:pPr>
            <w:r>
              <w:rPr>
                <w:rFonts w:ascii="Aptos" w:hAnsi="Aptos"/>
                <w:b w:val="0"/>
                <w:color w:val="414141"/>
                <w:sz w:val="16"/>
              </w:rPr>
              <w:t>Code-bit rank  110    position  110</w:t>
            </w:r>
          </w:p>
          <w:p>
            <w:pPr>
              <w:spacing w:before="0" w:after="22" w:line="240" w:lineRule="auto"/>
              <w:jc w:val="center"/>
            </w:pPr>
            <w:r>
              <w:rPr>
                <w:rFonts w:ascii="Aptos" w:hAnsi="Aptos"/>
                <w:b w:val="0"/>
                <w:color w:val="414141"/>
                <w:sz w:val="16"/>
              </w:rPr>
              <w:t>Quadtree code bits  1,213</w:t>
            </w:r>
          </w:p>
          <w:p>
            <w:pPr>
              <w:spacing w:before="0" w:after="22" w:line="240" w:lineRule="auto"/>
              <w:jc w:val="center"/>
            </w:pPr>
            <w:r>
              <w:rPr>
                <w:rFonts w:ascii="Aptos" w:hAnsi="Aptos"/>
                <w:b w:val="0"/>
                <w:color w:val="414141"/>
                <w:sz w:val="16"/>
              </w:rPr>
              <w:t>q/random  0.24128    PNG/random  0.2180</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X11641_M3</w:t>
            </w:r>
          </w:p>
          <w:p>
            <w:pPr>
              <w:spacing w:before="0" w:after="22" w:line="240" w:lineRule="auto"/>
              <w:jc w:val="center"/>
            </w:pPr>
            <w:r>
              <w:rPr>
                <w:rFonts w:ascii="Aptos" w:hAnsi="Aptos"/>
                <w:b w:val="0"/>
                <w:color w:val="414141"/>
                <w:sz w:val="16"/>
              </w:rPr>
              <w:t>Definition  X(11641); M3 pedal triangle</w:t>
            </w:r>
          </w:p>
          <w:p>
            <w:pPr>
              <w:spacing w:before="0" w:after="22" w:line="240" w:lineRule="auto"/>
              <w:jc w:val="center"/>
            </w:pPr>
            <w:r>
              <w:rPr>
                <w:rFonts w:ascii="Aptos" w:hAnsi="Aptos"/>
                <w:b w:val="0"/>
                <w:color w:val="414141"/>
                <w:sz w:val="16"/>
              </w:rPr>
              <w:t>Wundt position  110</w:t>
            </w:r>
          </w:p>
          <w:p>
            <w:pPr>
              <w:spacing w:before="0" w:after="22" w:line="240" w:lineRule="auto"/>
              <w:jc w:val="center"/>
            </w:pPr>
            <w:r>
              <w:rPr>
                <w:rFonts w:ascii="Aptos" w:hAnsi="Aptos"/>
                <w:b w:val="0"/>
                <w:color w:val="414141"/>
                <w:sz w:val="16"/>
              </w:rPr>
              <w:t>Wundt gate  0.994458</w:t>
            </w:r>
          </w:p>
          <w:p>
            <w:pPr>
              <w:spacing w:before="0" w:after="22" w:line="240" w:lineRule="auto"/>
              <w:jc w:val="center"/>
            </w:pPr>
            <w:r>
              <w:rPr>
                <w:rFonts w:ascii="Aptos" w:hAnsi="Aptos"/>
                <w:b w:val="0"/>
                <w:color w:val="414141"/>
                <w:sz w:val="16"/>
              </w:rPr>
              <w:t>q/random  0.4628    code bits  10,663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111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1" name="Picture 111" descr="Three triangle comparison: X35799_M3, X58595_M3, X66459_M3"/>
            <wp:cNvGraphicFramePr>
              <a:graphicFrameLocks noChangeAspect="1"/>
            </wp:cNvGraphicFramePr>
            <a:graphic>
              <a:graphicData uri="http://schemas.openxmlformats.org/drawingml/2006/picture">
                <pic:pic>
                  <pic:nvPicPr>
                    <pic:cNvPr id="0" name="web_111.jpg"/>
                    <pic:cNvPicPr/>
                  </pic:nvPicPr>
                  <pic:blipFill>
                    <a:blip r:embed="rId119"/>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111</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111</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111</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X35799_M3</w:t>
            </w:r>
          </w:p>
          <w:p>
            <w:pPr>
              <w:spacing w:before="0" w:after="22" w:line="240" w:lineRule="auto"/>
              <w:jc w:val="center"/>
            </w:pPr>
            <w:r>
              <w:rPr>
                <w:rFonts w:ascii="Aptos" w:hAnsi="Aptos"/>
                <w:b w:val="0"/>
                <w:color w:val="414141"/>
                <w:sz w:val="16"/>
              </w:rPr>
              <w:t>Definition  X(35799); M3 pedal triangle</w:t>
            </w:r>
          </w:p>
          <w:p>
            <w:pPr>
              <w:spacing w:before="0" w:after="22" w:line="240" w:lineRule="auto"/>
              <w:jc w:val="center"/>
            </w:pPr>
            <w:r>
              <w:rPr>
                <w:rFonts w:ascii="Aptos" w:hAnsi="Aptos"/>
                <w:b w:val="0"/>
                <w:color w:val="414141"/>
                <w:sz w:val="16"/>
              </w:rPr>
              <w:t>Neural score  55.579</w:t>
            </w:r>
          </w:p>
          <w:p>
            <w:pPr>
              <w:spacing w:before="0" w:after="22" w:line="240" w:lineRule="auto"/>
              <w:jc w:val="center"/>
            </w:pPr>
            <w:r>
              <w:rPr>
                <w:rFonts w:ascii="Aptos" w:hAnsi="Aptos"/>
                <w:b w:val="0"/>
                <w:color w:val="414141"/>
                <w:sz w:val="16"/>
              </w:rPr>
              <w:t>Code bits  5,924    q/random  0.3784</w:t>
            </w:r>
          </w:p>
          <w:p>
            <w:pPr>
              <w:spacing w:before="0" w:after="22" w:line="240" w:lineRule="auto"/>
              <w:jc w:val="center"/>
            </w:pPr>
            <w:r>
              <w:rPr>
                <w:rFonts w:ascii="Aptos" w:hAnsi="Aptos"/>
                <w:b w:val="0"/>
                <w:color w:val="414141"/>
                <w:sz w:val="16"/>
              </w:rPr>
              <w:t>Fitted taste  0.189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X58595_M3</w:t>
            </w:r>
          </w:p>
          <w:p>
            <w:pPr>
              <w:spacing w:before="0" w:after="22" w:line="240" w:lineRule="auto"/>
              <w:jc w:val="center"/>
            </w:pPr>
            <w:r>
              <w:rPr>
                <w:rFonts w:ascii="Aptos" w:hAnsi="Aptos"/>
                <w:b w:val="0"/>
                <w:color w:val="414141"/>
                <w:sz w:val="16"/>
              </w:rPr>
              <w:t>Definition  X(58595); M3 pedal triangle</w:t>
            </w:r>
          </w:p>
          <w:p>
            <w:pPr>
              <w:spacing w:before="0" w:after="22" w:line="240" w:lineRule="auto"/>
              <w:jc w:val="center"/>
            </w:pPr>
            <w:r>
              <w:rPr>
                <w:rFonts w:ascii="Aptos" w:hAnsi="Aptos"/>
                <w:b w:val="0"/>
                <w:color w:val="414141"/>
                <w:sz w:val="16"/>
              </w:rPr>
              <w:t>Code-bit rank  110    position  111</w:t>
            </w:r>
          </w:p>
          <w:p>
            <w:pPr>
              <w:spacing w:before="0" w:after="22" w:line="240" w:lineRule="auto"/>
              <w:jc w:val="center"/>
            </w:pPr>
            <w:r>
              <w:rPr>
                <w:rFonts w:ascii="Aptos" w:hAnsi="Aptos"/>
                <w:b w:val="0"/>
                <w:color w:val="414141"/>
                <w:sz w:val="16"/>
              </w:rPr>
              <w:t>Quadtree code bits  1,213</w:t>
            </w:r>
          </w:p>
          <w:p>
            <w:pPr>
              <w:spacing w:before="0" w:after="22" w:line="240" w:lineRule="auto"/>
              <w:jc w:val="center"/>
            </w:pPr>
            <w:r>
              <w:rPr>
                <w:rFonts w:ascii="Aptos" w:hAnsi="Aptos"/>
                <w:b w:val="0"/>
                <w:color w:val="414141"/>
                <w:sz w:val="16"/>
              </w:rPr>
              <w:t>q/random  0.22914    PNG/random  0.3004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X66459_M3</w:t>
            </w:r>
          </w:p>
          <w:p>
            <w:pPr>
              <w:spacing w:before="0" w:after="22" w:line="240" w:lineRule="auto"/>
              <w:jc w:val="center"/>
            </w:pPr>
            <w:r>
              <w:rPr>
                <w:rFonts w:ascii="Aptos" w:hAnsi="Aptos"/>
                <w:b w:val="0"/>
                <w:color w:val="414141"/>
                <w:sz w:val="16"/>
              </w:rPr>
              <w:t>Definition  X(66459); M3 pedal triangle</w:t>
            </w:r>
          </w:p>
          <w:p>
            <w:pPr>
              <w:spacing w:before="0" w:after="22" w:line="240" w:lineRule="auto"/>
              <w:jc w:val="center"/>
            </w:pPr>
            <w:r>
              <w:rPr>
                <w:rFonts w:ascii="Aptos" w:hAnsi="Aptos"/>
                <w:b w:val="0"/>
                <w:color w:val="414141"/>
                <w:sz w:val="16"/>
              </w:rPr>
              <w:t>Wundt position  111</w:t>
            </w:r>
          </w:p>
          <w:p>
            <w:pPr>
              <w:spacing w:before="0" w:after="22" w:line="240" w:lineRule="auto"/>
              <w:jc w:val="center"/>
            </w:pPr>
            <w:r>
              <w:rPr>
                <w:rFonts w:ascii="Aptos" w:hAnsi="Aptos"/>
                <w:b w:val="0"/>
                <w:color w:val="414141"/>
                <w:sz w:val="16"/>
              </w:rPr>
              <w:t>Wundt gate  0.994330</w:t>
            </w:r>
          </w:p>
          <w:p>
            <w:pPr>
              <w:spacing w:before="0" w:after="22" w:line="240" w:lineRule="auto"/>
              <w:jc w:val="center"/>
            </w:pPr>
            <w:r>
              <w:rPr>
                <w:rFonts w:ascii="Aptos" w:hAnsi="Aptos"/>
                <w:b w:val="0"/>
                <w:color w:val="414141"/>
                <w:sz w:val="16"/>
              </w:rPr>
              <w:t>q/random  0.5376    code bits  8,899</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112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2" name="Picture 112" descr="Three triangle comparison: X57592_M3, X59816_M3, X1156_M1"/>
            <wp:cNvGraphicFramePr>
              <a:graphicFrameLocks noChangeAspect="1"/>
            </wp:cNvGraphicFramePr>
            <a:graphic>
              <a:graphicData uri="http://schemas.openxmlformats.org/drawingml/2006/picture">
                <pic:pic>
                  <pic:nvPicPr>
                    <pic:cNvPr id="0" name="web_112.jpg"/>
                    <pic:cNvPicPr/>
                  </pic:nvPicPr>
                  <pic:blipFill>
                    <a:blip r:embed="rId120"/>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112</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112</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112</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X57592_M3</w:t>
            </w:r>
          </w:p>
          <w:p>
            <w:pPr>
              <w:spacing w:before="0" w:after="22" w:line="240" w:lineRule="auto"/>
              <w:jc w:val="center"/>
            </w:pPr>
            <w:r>
              <w:rPr>
                <w:rFonts w:ascii="Aptos" w:hAnsi="Aptos"/>
                <w:b w:val="0"/>
                <w:color w:val="414141"/>
                <w:sz w:val="16"/>
              </w:rPr>
              <w:t>Definition  X(57592); M3 pedal triangle</w:t>
            </w:r>
          </w:p>
          <w:p>
            <w:pPr>
              <w:spacing w:before="0" w:after="22" w:line="240" w:lineRule="auto"/>
              <w:jc w:val="center"/>
            </w:pPr>
            <w:r>
              <w:rPr>
                <w:rFonts w:ascii="Aptos" w:hAnsi="Aptos"/>
                <w:b w:val="0"/>
                <w:color w:val="414141"/>
                <w:sz w:val="16"/>
              </w:rPr>
              <w:t>Neural score  55.566</w:t>
            </w:r>
          </w:p>
          <w:p>
            <w:pPr>
              <w:spacing w:before="0" w:after="22" w:line="240" w:lineRule="auto"/>
              <w:jc w:val="center"/>
            </w:pPr>
            <w:r>
              <w:rPr>
                <w:rFonts w:ascii="Aptos" w:hAnsi="Aptos"/>
                <w:b w:val="0"/>
                <w:color w:val="414141"/>
                <w:sz w:val="16"/>
              </w:rPr>
              <w:t>Code bits  3,985    q/random  0.2133</w:t>
            </w:r>
          </w:p>
          <w:p>
            <w:pPr>
              <w:spacing w:before="0" w:after="22" w:line="240" w:lineRule="auto"/>
              <w:jc w:val="center"/>
            </w:pPr>
            <w:r>
              <w:rPr>
                <w:rFonts w:ascii="Aptos" w:hAnsi="Aptos"/>
                <w:b w:val="0"/>
                <w:color w:val="414141"/>
                <w:sz w:val="16"/>
              </w:rPr>
              <w:t>Fitted taste  0.656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X59816_M3</w:t>
            </w:r>
          </w:p>
          <w:p>
            <w:pPr>
              <w:spacing w:before="0" w:after="22" w:line="240" w:lineRule="auto"/>
              <w:jc w:val="center"/>
            </w:pPr>
            <w:r>
              <w:rPr>
                <w:rFonts w:ascii="Aptos" w:hAnsi="Aptos"/>
                <w:b w:val="0"/>
                <w:color w:val="414141"/>
                <w:sz w:val="16"/>
              </w:rPr>
              <w:t>Definition  X(59816); M3 pedal triangle</w:t>
            </w:r>
          </w:p>
          <w:p>
            <w:pPr>
              <w:spacing w:before="0" w:after="22" w:line="240" w:lineRule="auto"/>
              <w:jc w:val="center"/>
            </w:pPr>
            <w:r>
              <w:rPr>
                <w:rFonts w:ascii="Aptos" w:hAnsi="Aptos"/>
                <w:b w:val="0"/>
                <w:color w:val="414141"/>
                <w:sz w:val="16"/>
              </w:rPr>
              <w:t>Code-bit rank  110    position  112</w:t>
            </w:r>
          </w:p>
          <w:p>
            <w:pPr>
              <w:spacing w:before="0" w:after="22" w:line="240" w:lineRule="auto"/>
              <w:jc w:val="center"/>
            </w:pPr>
            <w:r>
              <w:rPr>
                <w:rFonts w:ascii="Aptos" w:hAnsi="Aptos"/>
                <w:b w:val="0"/>
                <w:color w:val="414141"/>
                <w:sz w:val="16"/>
              </w:rPr>
              <w:t>Quadtree code bits  1,213</w:t>
            </w:r>
          </w:p>
          <w:p>
            <w:pPr>
              <w:spacing w:before="0" w:after="22" w:line="240" w:lineRule="auto"/>
              <w:jc w:val="center"/>
            </w:pPr>
            <w:r>
              <w:rPr>
                <w:rFonts w:ascii="Aptos" w:hAnsi="Aptos"/>
                <w:b w:val="0"/>
                <w:color w:val="414141"/>
                <w:sz w:val="16"/>
              </w:rPr>
              <w:t>q/random  0.07740    PNG/random  0.2203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X1156_M1</w:t>
            </w:r>
          </w:p>
          <w:p>
            <w:pPr>
              <w:spacing w:before="0" w:after="22" w:line="240" w:lineRule="auto"/>
              <w:jc w:val="center"/>
            </w:pPr>
            <w:r>
              <w:rPr>
                <w:rFonts w:ascii="Aptos" w:hAnsi="Aptos"/>
                <w:b w:val="0"/>
                <w:color w:val="414141"/>
                <w:sz w:val="16"/>
              </w:rPr>
              <w:t>Definition  X(1156); M1 cevian triangle</w:t>
            </w:r>
          </w:p>
          <w:p>
            <w:pPr>
              <w:spacing w:before="0" w:after="22" w:line="240" w:lineRule="auto"/>
              <w:jc w:val="center"/>
            </w:pPr>
            <w:r>
              <w:rPr>
                <w:rFonts w:ascii="Aptos" w:hAnsi="Aptos"/>
                <w:b w:val="0"/>
                <w:color w:val="414141"/>
                <w:sz w:val="16"/>
              </w:rPr>
              <w:t>Wundt position  112</w:t>
            </w:r>
          </w:p>
          <w:p>
            <w:pPr>
              <w:spacing w:before="0" w:after="22" w:line="240" w:lineRule="auto"/>
              <w:jc w:val="center"/>
            </w:pPr>
            <w:r>
              <w:rPr>
                <w:rFonts w:ascii="Aptos" w:hAnsi="Aptos"/>
                <w:b w:val="0"/>
                <w:color w:val="414141"/>
                <w:sz w:val="16"/>
              </w:rPr>
              <w:t>Wundt gate  0.994228</w:t>
            </w:r>
          </w:p>
          <w:p>
            <w:pPr>
              <w:spacing w:before="0" w:after="22" w:line="240" w:lineRule="auto"/>
              <w:jc w:val="center"/>
            </w:pPr>
            <w:r>
              <w:rPr>
                <w:rFonts w:ascii="Aptos" w:hAnsi="Aptos"/>
                <w:b w:val="0"/>
                <w:color w:val="414141"/>
                <w:sz w:val="16"/>
              </w:rPr>
              <w:t>q/random  0.4620    code bits  3,663</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113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3" name="Picture 113" descr="Three triangle comparison: X61403_M3, X43981_M3, X2954_M1"/>
            <wp:cNvGraphicFramePr>
              <a:graphicFrameLocks noChangeAspect="1"/>
            </wp:cNvGraphicFramePr>
            <a:graphic>
              <a:graphicData uri="http://schemas.openxmlformats.org/drawingml/2006/picture">
                <pic:pic>
                  <pic:nvPicPr>
                    <pic:cNvPr id="0" name="web_113.jpg"/>
                    <pic:cNvPicPr/>
                  </pic:nvPicPr>
                  <pic:blipFill>
                    <a:blip r:embed="rId121"/>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113</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113</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113</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X61403_M3</w:t>
            </w:r>
          </w:p>
          <w:p>
            <w:pPr>
              <w:spacing w:before="0" w:after="22" w:line="240" w:lineRule="auto"/>
              <w:jc w:val="center"/>
            </w:pPr>
            <w:r>
              <w:rPr>
                <w:rFonts w:ascii="Aptos" w:hAnsi="Aptos"/>
                <w:b w:val="0"/>
                <w:color w:val="414141"/>
                <w:sz w:val="16"/>
              </w:rPr>
              <w:t>Definition  X(61403); M3 pedal triangle</w:t>
            </w:r>
          </w:p>
          <w:p>
            <w:pPr>
              <w:spacing w:before="0" w:after="22" w:line="240" w:lineRule="auto"/>
              <w:jc w:val="center"/>
            </w:pPr>
            <w:r>
              <w:rPr>
                <w:rFonts w:ascii="Aptos" w:hAnsi="Aptos"/>
                <w:b w:val="0"/>
                <w:color w:val="414141"/>
                <w:sz w:val="16"/>
              </w:rPr>
              <w:t>Neural score  55.515</w:t>
            </w:r>
          </w:p>
          <w:p>
            <w:pPr>
              <w:spacing w:before="0" w:after="22" w:line="240" w:lineRule="auto"/>
              <w:jc w:val="center"/>
            </w:pPr>
            <w:r>
              <w:rPr>
                <w:rFonts w:ascii="Aptos" w:hAnsi="Aptos"/>
                <w:b w:val="0"/>
                <w:color w:val="414141"/>
                <w:sz w:val="16"/>
              </w:rPr>
              <w:t>Code bits  7,723    q/random  0.3473</w:t>
            </w:r>
          </w:p>
          <w:p>
            <w:pPr>
              <w:spacing w:before="0" w:after="22" w:line="240" w:lineRule="auto"/>
              <w:jc w:val="center"/>
            </w:pPr>
            <w:r>
              <w:rPr>
                <w:rFonts w:ascii="Aptos" w:hAnsi="Aptos"/>
                <w:b w:val="0"/>
                <w:color w:val="414141"/>
                <w:sz w:val="16"/>
              </w:rPr>
              <w:t>Fitted taste  0.919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X43981_M3</w:t>
            </w:r>
          </w:p>
          <w:p>
            <w:pPr>
              <w:spacing w:before="0" w:after="22" w:line="240" w:lineRule="auto"/>
              <w:jc w:val="center"/>
            </w:pPr>
            <w:r>
              <w:rPr>
                <w:rFonts w:ascii="Aptos" w:hAnsi="Aptos"/>
                <w:b w:val="0"/>
                <w:color w:val="414141"/>
                <w:sz w:val="16"/>
              </w:rPr>
              <w:t>Definition  X(43981); M3 pedal triangle</w:t>
            </w:r>
          </w:p>
          <w:p>
            <w:pPr>
              <w:spacing w:before="0" w:after="22" w:line="240" w:lineRule="auto"/>
              <w:jc w:val="center"/>
            </w:pPr>
            <w:r>
              <w:rPr>
                <w:rFonts w:ascii="Aptos" w:hAnsi="Aptos"/>
                <w:b w:val="0"/>
                <w:color w:val="414141"/>
                <w:sz w:val="16"/>
              </w:rPr>
              <w:t>Code-bit rank  113    position  113</w:t>
            </w:r>
          </w:p>
          <w:p>
            <w:pPr>
              <w:spacing w:before="0" w:after="22" w:line="240" w:lineRule="auto"/>
              <w:jc w:val="center"/>
            </w:pPr>
            <w:r>
              <w:rPr>
                <w:rFonts w:ascii="Aptos" w:hAnsi="Aptos"/>
                <w:b w:val="0"/>
                <w:color w:val="414141"/>
                <w:sz w:val="16"/>
              </w:rPr>
              <w:t>Quadtree code bits  1,220</w:t>
            </w:r>
          </w:p>
          <w:p>
            <w:pPr>
              <w:spacing w:before="0" w:after="22" w:line="240" w:lineRule="auto"/>
              <w:jc w:val="center"/>
            </w:pPr>
            <w:r>
              <w:rPr>
                <w:rFonts w:ascii="Aptos" w:hAnsi="Aptos"/>
                <w:b w:val="0"/>
                <w:color w:val="414141"/>
                <w:sz w:val="16"/>
              </w:rPr>
              <w:t>q/random  0.07181    PNG/random  0.1978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X2954_M1</w:t>
            </w:r>
          </w:p>
          <w:p>
            <w:pPr>
              <w:spacing w:before="0" w:after="22" w:line="240" w:lineRule="auto"/>
              <w:jc w:val="center"/>
            </w:pPr>
            <w:r>
              <w:rPr>
                <w:rFonts w:ascii="Aptos" w:hAnsi="Aptos"/>
                <w:b w:val="0"/>
                <w:color w:val="414141"/>
                <w:sz w:val="16"/>
              </w:rPr>
              <w:t>Definition  X(2954); M1 cevian triangle</w:t>
            </w:r>
          </w:p>
          <w:p>
            <w:pPr>
              <w:spacing w:before="0" w:after="22" w:line="240" w:lineRule="auto"/>
              <w:jc w:val="center"/>
            </w:pPr>
            <w:r>
              <w:rPr>
                <w:rFonts w:ascii="Aptos" w:hAnsi="Aptos"/>
                <w:b w:val="0"/>
                <w:color w:val="414141"/>
                <w:sz w:val="16"/>
              </w:rPr>
              <w:t>Wundt position  113</w:t>
            </w:r>
          </w:p>
          <w:p>
            <w:pPr>
              <w:spacing w:before="0" w:after="22" w:line="240" w:lineRule="auto"/>
              <w:jc w:val="center"/>
            </w:pPr>
            <w:r>
              <w:rPr>
                <w:rFonts w:ascii="Aptos" w:hAnsi="Aptos"/>
                <w:b w:val="0"/>
                <w:color w:val="414141"/>
                <w:sz w:val="16"/>
              </w:rPr>
              <w:t>Wundt gate  0.994144</w:t>
            </w:r>
          </w:p>
          <w:p>
            <w:pPr>
              <w:spacing w:before="0" w:after="22" w:line="240" w:lineRule="auto"/>
              <w:jc w:val="center"/>
            </w:pPr>
            <w:r>
              <w:rPr>
                <w:rFonts w:ascii="Aptos" w:hAnsi="Aptos"/>
                <w:b w:val="0"/>
                <w:color w:val="414141"/>
                <w:sz w:val="16"/>
              </w:rPr>
              <w:t>q/random  0.5383    code bits  11,671</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114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4" name="Picture 114" descr="Three triangle comparison: X39310_M3, X63348_M3, X47545_M3"/>
            <wp:cNvGraphicFramePr>
              <a:graphicFrameLocks noChangeAspect="1"/>
            </wp:cNvGraphicFramePr>
            <a:graphic>
              <a:graphicData uri="http://schemas.openxmlformats.org/drawingml/2006/picture">
                <pic:pic>
                  <pic:nvPicPr>
                    <pic:cNvPr id="0" name="web_114.jpg"/>
                    <pic:cNvPicPr/>
                  </pic:nvPicPr>
                  <pic:blipFill>
                    <a:blip r:embed="rId122"/>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114</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114</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114</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X39310_M3</w:t>
            </w:r>
          </w:p>
          <w:p>
            <w:pPr>
              <w:spacing w:before="0" w:after="22" w:line="240" w:lineRule="auto"/>
              <w:jc w:val="center"/>
            </w:pPr>
            <w:r>
              <w:rPr>
                <w:rFonts w:ascii="Aptos" w:hAnsi="Aptos"/>
                <w:b w:val="0"/>
                <w:color w:val="414141"/>
                <w:sz w:val="16"/>
              </w:rPr>
              <w:t>Definition  X(39310); M3 pedal triangle</w:t>
            </w:r>
          </w:p>
          <w:p>
            <w:pPr>
              <w:spacing w:before="0" w:after="22" w:line="240" w:lineRule="auto"/>
              <w:jc w:val="center"/>
            </w:pPr>
            <w:r>
              <w:rPr>
                <w:rFonts w:ascii="Aptos" w:hAnsi="Aptos"/>
                <w:b w:val="0"/>
                <w:color w:val="414141"/>
                <w:sz w:val="16"/>
              </w:rPr>
              <w:t>Neural score  55.462</w:t>
            </w:r>
          </w:p>
          <w:p>
            <w:pPr>
              <w:spacing w:before="0" w:after="22" w:line="240" w:lineRule="auto"/>
              <w:jc w:val="center"/>
            </w:pPr>
            <w:r>
              <w:rPr>
                <w:rFonts w:ascii="Aptos" w:hAnsi="Aptos"/>
                <w:b w:val="0"/>
                <w:color w:val="414141"/>
                <w:sz w:val="16"/>
              </w:rPr>
              <w:t>Code bits  5,343    q/random  0.3465</w:t>
            </w:r>
          </w:p>
          <w:p>
            <w:pPr>
              <w:spacing w:before="0" w:after="22" w:line="240" w:lineRule="auto"/>
              <w:jc w:val="center"/>
            </w:pPr>
            <w:r>
              <w:rPr>
                <w:rFonts w:ascii="Aptos" w:hAnsi="Aptos"/>
                <w:b w:val="0"/>
                <w:color w:val="414141"/>
                <w:sz w:val="16"/>
              </w:rPr>
              <w:t>Fitted taste  0.805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X63348_M3</w:t>
            </w:r>
          </w:p>
          <w:p>
            <w:pPr>
              <w:spacing w:before="0" w:after="22" w:line="240" w:lineRule="auto"/>
              <w:jc w:val="center"/>
            </w:pPr>
            <w:r>
              <w:rPr>
                <w:rFonts w:ascii="Aptos" w:hAnsi="Aptos"/>
                <w:b w:val="0"/>
                <w:color w:val="414141"/>
                <w:sz w:val="16"/>
              </w:rPr>
              <w:t>Definition  X(63348); M3 pedal triangle</w:t>
            </w:r>
          </w:p>
          <w:p>
            <w:pPr>
              <w:spacing w:before="0" w:after="22" w:line="240" w:lineRule="auto"/>
              <w:jc w:val="center"/>
            </w:pPr>
            <w:r>
              <w:rPr>
                <w:rFonts w:ascii="Aptos" w:hAnsi="Aptos"/>
                <w:b w:val="0"/>
                <w:color w:val="414141"/>
                <w:sz w:val="16"/>
              </w:rPr>
              <w:t>Code-bit rank  113    position  114</w:t>
            </w:r>
          </w:p>
          <w:p>
            <w:pPr>
              <w:spacing w:before="0" w:after="22" w:line="240" w:lineRule="auto"/>
              <w:jc w:val="center"/>
            </w:pPr>
            <w:r>
              <w:rPr>
                <w:rFonts w:ascii="Aptos" w:hAnsi="Aptos"/>
                <w:b w:val="0"/>
                <w:color w:val="414141"/>
                <w:sz w:val="16"/>
              </w:rPr>
              <w:t>Quadtree code bits  1,220</w:t>
            </w:r>
          </w:p>
          <w:p>
            <w:pPr>
              <w:spacing w:before="0" w:after="22" w:line="240" w:lineRule="auto"/>
              <w:jc w:val="center"/>
            </w:pPr>
            <w:r>
              <w:rPr>
                <w:rFonts w:ascii="Aptos" w:hAnsi="Aptos"/>
                <w:b w:val="0"/>
                <w:color w:val="414141"/>
                <w:sz w:val="16"/>
              </w:rPr>
              <w:t>q/random  0.21117    PNG/random  0.3242</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X47545_M3</w:t>
            </w:r>
          </w:p>
          <w:p>
            <w:pPr>
              <w:spacing w:before="0" w:after="22" w:line="240" w:lineRule="auto"/>
              <w:jc w:val="center"/>
            </w:pPr>
            <w:r>
              <w:rPr>
                <w:rFonts w:ascii="Aptos" w:hAnsi="Aptos"/>
                <w:b w:val="0"/>
                <w:color w:val="414141"/>
                <w:sz w:val="16"/>
              </w:rPr>
              <w:t>Definition  X(47545); M3 pedal triangle</w:t>
            </w:r>
          </w:p>
          <w:p>
            <w:pPr>
              <w:spacing w:before="0" w:after="22" w:line="240" w:lineRule="auto"/>
              <w:jc w:val="center"/>
            </w:pPr>
            <w:r>
              <w:rPr>
                <w:rFonts w:ascii="Aptos" w:hAnsi="Aptos"/>
                <w:b w:val="0"/>
                <w:color w:val="414141"/>
                <w:sz w:val="16"/>
              </w:rPr>
              <w:t>Wundt position  114</w:t>
            </w:r>
          </w:p>
          <w:p>
            <w:pPr>
              <w:spacing w:before="0" w:after="22" w:line="240" w:lineRule="auto"/>
              <w:jc w:val="center"/>
            </w:pPr>
            <w:r>
              <w:rPr>
                <w:rFonts w:ascii="Aptos" w:hAnsi="Aptos"/>
                <w:b w:val="0"/>
                <w:color w:val="414141"/>
                <w:sz w:val="16"/>
              </w:rPr>
              <w:t>Wundt gate  0.994091</w:t>
            </w:r>
          </w:p>
          <w:p>
            <w:pPr>
              <w:spacing w:before="0" w:after="22" w:line="240" w:lineRule="auto"/>
              <w:jc w:val="center"/>
            </w:pPr>
            <w:r>
              <w:rPr>
                <w:rFonts w:ascii="Aptos" w:hAnsi="Aptos"/>
                <w:b w:val="0"/>
                <w:color w:val="414141"/>
                <w:sz w:val="16"/>
              </w:rPr>
              <w:t>q/random  0.4616    code bits  9,417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115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5" name="Picture 115" descr="Three triangle comparison: X15527_M3, X71850_M3, X2455_M3"/>
            <wp:cNvGraphicFramePr>
              <a:graphicFrameLocks noChangeAspect="1"/>
            </wp:cNvGraphicFramePr>
            <a:graphic>
              <a:graphicData uri="http://schemas.openxmlformats.org/drawingml/2006/picture">
                <pic:pic>
                  <pic:nvPicPr>
                    <pic:cNvPr id="0" name="web_115.jpg"/>
                    <pic:cNvPicPr/>
                  </pic:nvPicPr>
                  <pic:blipFill>
                    <a:blip r:embed="rId123"/>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115</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115</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115</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X15527_M3</w:t>
            </w:r>
          </w:p>
          <w:p>
            <w:pPr>
              <w:spacing w:before="0" w:after="22" w:line="240" w:lineRule="auto"/>
              <w:jc w:val="center"/>
            </w:pPr>
            <w:r>
              <w:rPr>
                <w:rFonts w:ascii="Aptos" w:hAnsi="Aptos"/>
                <w:b w:val="0"/>
                <w:color w:val="414141"/>
                <w:sz w:val="16"/>
              </w:rPr>
              <w:t>Definition  X(15527); M3 pedal triangle</w:t>
            </w:r>
          </w:p>
          <w:p>
            <w:pPr>
              <w:spacing w:before="0" w:after="22" w:line="240" w:lineRule="auto"/>
              <w:jc w:val="center"/>
            </w:pPr>
            <w:r>
              <w:rPr>
                <w:rFonts w:ascii="Aptos" w:hAnsi="Aptos"/>
                <w:b w:val="0"/>
                <w:color w:val="414141"/>
                <w:sz w:val="16"/>
              </w:rPr>
              <w:t>Neural score  55.433</w:t>
            </w:r>
          </w:p>
          <w:p>
            <w:pPr>
              <w:spacing w:before="0" w:after="22" w:line="240" w:lineRule="auto"/>
              <w:jc w:val="center"/>
            </w:pPr>
            <w:r>
              <w:rPr>
                <w:rFonts w:ascii="Aptos" w:hAnsi="Aptos"/>
                <w:b w:val="0"/>
                <w:color w:val="414141"/>
                <w:sz w:val="16"/>
              </w:rPr>
              <w:t>Code bits  7,086    q/random  0.3187</w:t>
            </w:r>
          </w:p>
          <w:p>
            <w:pPr>
              <w:spacing w:before="0" w:after="22" w:line="240" w:lineRule="auto"/>
              <w:jc w:val="center"/>
            </w:pPr>
            <w:r>
              <w:rPr>
                <w:rFonts w:ascii="Aptos" w:hAnsi="Aptos"/>
                <w:b w:val="0"/>
                <w:color w:val="414141"/>
                <w:sz w:val="16"/>
              </w:rPr>
              <w:t>Fitted taste  1.026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X71850_M3</w:t>
            </w:r>
          </w:p>
          <w:p>
            <w:pPr>
              <w:spacing w:before="0" w:after="22" w:line="240" w:lineRule="auto"/>
              <w:jc w:val="center"/>
            </w:pPr>
            <w:r>
              <w:rPr>
                <w:rFonts w:ascii="Aptos" w:hAnsi="Aptos"/>
                <w:b w:val="0"/>
                <w:color w:val="414141"/>
                <w:sz w:val="16"/>
              </w:rPr>
              <w:t>Definition  X(71850); M3 pedal triangle</w:t>
            </w:r>
          </w:p>
          <w:p>
            <w:pPr>
              <w:spacing w:before="0" w:after="22" w:line="240" w:lineRule="auto"/>
              <w:jc w:val="center"/>
            </w:pPr>
            <w:r>
              <w:rPr>
                <w:rFonts w:ascii="Aptos" w:hAnsi="Aptos"/>
                <w:b w:val="0"/>
                <w:color w:val="414141"/>
                <w:sz w:val="16"/>
              </w:rPr>
              <w:t>Code-bit rank  113    position  115</w:t>
            </w:r>
          </w:p>
          <w:p>
            <w:pPr>
              <w:spacing w:before="0" w:after="22" w:line="240" w:lineRule="auto"/>
              <w:jc w:val="center"/>
            </w:pPr>
            <w:r>
              <w:rPr>
                <w:rFonts w:ascii="Aptos" w:hAnsi="Aptos"/>
                <w:b w:val="0"/>
                <w:color w:val="414141"/>
                <w:sz w:val="16"/>
              </w:rPr>
              <w:t>Quadtree code bits  1,220</w:t>
            </w:r>
          </w:p>
          <w:p>
            <w:pPr>
              <w:spacing w:before="0" w:after="22" w:line="240" w:lineRule="auto"/>
              <w:jc w:val="center"/>
            </w:pPr>
            <w:r>
              <w:rPr>
                <w:rFonts w:ascii="Aptos" w:hAnsi="Aptos"/>
                <w:b w:val="0"/>
                <w:color w:val="414141"/>
                <w:sz w:val="16"/>
              </w:rPr>
              <w:t>q/random  0.09581    PNG/random  0.1921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X2455_M3</w:t>
            </w:r>
          </w:p>
          <w:p>
            <w:pPr>
              <w:spacing w:before="0" w:after="22" w:line="240" w:lineRule="auto"/>
              <w:jc w:val="center"/>
            </w:pPr>
            <w:r>
              <w:rPr>
                <w:rFonts w:ascii="Aptos" w:hAnsi="Aptos"/>
                <w:b w:val="0"/>
                <w:color w:val="414141"/>
                <w:sz w:val="16"/>
              </w:rPr>
              <w:t>Definition  X(2455); M3 pedal triangle</w:t>
            </w:r>
          </w:p>
          <w:p>
            <w:pPr>
              <w:spacing w:before="0" w:after="22" w:line="240" w:lineRule="auto"/>
              <w:jc w:val="center"/>
            </w:pPr>
            <w:r>
              <w:rPr>
                <w:rFonts w:ascii="Aptos" w:hAnsi="Aptos"/>
                <w:b w:val="0"/>
                <w:color w:val="414141"/>
                <w:sz w:val="16"/>
              </w:rPr>
              <w:t>Wundt position  115</w:t>
            </w:r>
          </w:p>
          <w:p>
            <w:pPr>
              <w:spacing w:before="0" w:after="22" w:line="240" w:lineRule="auto"/>
              <w:jc w:val="center"/>
            </w:pPr>
            <w:r>
              <w:rPr>
                <w:rFonts w:ascii="Aptos" w:hAnsi="Aptos"/>
                <w:b w:val="0"/>
                <w:color w:val="414141"/>
                <w:sz w:val="16"/>
              </w:rPr>
              <w:t>Wundt gate  0.994015</w:t>
            </w:r>
          </w:p>
          <w:p>
            <w:pPr>
              <w:spacing w:before="0" w:after="22" w:line="240" w:lineRule="auto"/>
              <w:jc w:val="center"/>
            </w:pPr>
            <w:r>
              <w:rPr>
                <w:rFonts w:ascii="Aptos" w:hAnsi="Aptos"/>
                <w:b w:val="0"/>
                <w:color w:val="414141"/>
                <w:sz w:val="16"/>
              </w:rPr>
              <w:t>q/random  0.4613    code bits  10,145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116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6" name="Picture 116" descr="Three triangle comparison: X55059_M3, X23418_M3, X2942_M1"/>
            <wp:cNvGraphicFramePr>
              <a:graphicFrameLocks noChangeAspect="1"/>
            </wp:cNvGraphicFramePr>
            <a:graphic>
              <a:graphicData uri="http://schemas.openxmlformats.org/drawingml/2006/picture">
                <pic:pic>
                  <pic:nvPicPr>
                    <pic:cNvPr id="0" name="web_116.jpg"/>
                    <pic:cNvPicPr/>
                  </pic:nvPicPr>
                  <pic:blipFill>
                    <a:blip r:embed="rId124"/>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116</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116</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116</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X55059_M3</w:t>
            </w:r>
          </w:p>
          <w:p>
            <w:pPr>
              <w:spacing w:before="0" w:after="22" w:line="240" w:lineRule="auto"/>
              <w:jc w:val="center"/>
            </w:pPr>
            <w:r>
              <w:rPr>
                <w:rFonts w:ascii="Aptos" w:hAnsi="Aptos"/>
                <w:b w:val="0"/>
                <w:color w:val="414141"/>
                <w:sz w:val="16"/>
              </w:rPr>
              <w:t>Definition  X(55059); M3 pedal triangle</w:t>
            </w:r>
          </w:p>
          <w:p>
            <w:pPr>
              <w:spacing w:before="0" w:after="22" w:line="240" w:lineRule="auto"/>
              <w:jc w:val="center"/>
            </w:pPr>
            <w:r>
              <w:rPr>
                <w:rFonts w:ascii="Aptos" w:hAnsi="Aptos"/>
                <w:b w:val="0"/>
                <w:color w:val="414141"/>
                <w:sz w:val="16"/>
              </w:rPr>
              <w:t>Neural score  55.399</w:t>
            </w:r>
          </w:p>
          <w:p>
            <w:pPr>
              <w:spacing w:before="0" w:after="22" w:line="240" w:lineRule="auto"/>
              <w:jc w:val="center"/>
            </w:pPr>
            <w:r>
              <w:rPr>
                <w:rFonts w:ascii="Aptos" w:hAnsi="Aptos"/>
                <w:b w:val="0"/>
                <w:color w:val="414141"/>
                <w:sz w:val="16"/>
              </w:rPr>
              <w:t>Code bits  3,467    q/random  0.1789</w:t>
            </w:r>
          </w:p>
          <w:p>
            <w:pPr>
              <w:spacing w:before="0" w:after="22" w:line="240" w:lineRule="auto"/>
              <w:jc w:val="center"/>
            </w:pPr>
            <w:r>
              <w:rPr>
                <w:rFonts w:ascii="Aptos" w:hAnsi="Aptos"/>
                <w:b w:val="0"/>
                <w:color w:val="414141"/>
                <w:sz w:val="16"/>
              </w:rPr>
              <w:t>Fitted taste  1.305</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X23418_M3</w:t>
            </w:r>
          </w:p>
          <w:p>
            <w:pPr>
              <w:spacing w:before="0" w:after="22" w:line="240" w:lineRule="auto"/>
              <w:jc w:val="center"/>
            </w:pPr>
            <w:r>
              <w:rPr>
                <w:rFonts w:ascii="Aptos" w:hAnsi="Aptos"/>
                <w:b w:val="0"/>
                <w:color w:val="414141"/>
                <w:sz w:val="16"/>
              </w:rPr>
              <w:t>Definition  X(23418); M3 pedal triangle</w:t>
            </w:r>
          </w:p>
          <w:p>
            <w:pPr>
              <w:spacing w:before="0" w:after="22" w:line="240" w:lineRule="auto"/>
              <w:jc w:val="center"/>
            </w:pPr>
            <w:r>
              <w:rPr>
                <w:rFonts w:ascii="Aptos" w:hAnsi="Aptos"/>
                <w:b w:val="0"/>
                <w:color w:val="414141"/>
                <w:sz w:val="16"/>
              </w:rPr>
              <w:t>Code-bit rank  116    position  116</w:t>
            </w:r>
          </w:p>
          <w:p>
            <w:pPr>
              <w:spacing w:before="0" w:after="22" w:line="240" w:lineRule="auto"/>
              <w:jc w:val="center"/>
            </w:pPr>
            <w:r>
              <w:rPr>
                <w:rFonts w:ascii="Aptos" w:hAnsi="Aptos"/>
                <w:b w:val="0"/>
                <w:color w:val="414141"/>
                <w:sz w:val="16"/>
              </w:rPr>
              <w:t>Quadtree code bits  1,227</w:t>
            </w:r>
          </w:p>
          <w:p>
            <w:pPr>
              <w:spacing w:before="0" w:after="22" w:line="240" w:lineRule="auto"/>
              <w:jc w:val="center"/>
            </w:pPr>
            <w:r>
              <w:rPr>
                <w:rFonts w:ascii="Aptos" w:hAnsi="Aptos"/>
                <w:b w:val="0"/>
                <w:color w:val="414141"/>
                <w:sz w:val="16"/>
              </w:rPr>
              <w:t>q/random  0.06591    PNG/random  0.1773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X2942_M1</w:t>
            </w:r>
          </w:p>
          <w:p>
            <w:pPr>
              <w:spacing w:before="0" w:after="22" w:line="240" w:lineRule="auto"/>
              <w:jc w:val="center"/>
            </w:pPr>
            <w:r>
              <w:rPr>
                <w:rFonts w:ascii="Aptos" w:hAnsi="Aptos"/>
                <w:b w:val="0"/>
                <w:color w:val="414141"/>
                <w:sz w:val="16"/>
              </w:rPr>
              <w:t>Definition  X(2942); M1 cevian triangle</w:t>
            </w:r>
          </w:p>
          <w:p>
            <w:pPr>
              <w:spacing w:before="0" w:after="22" w:line="240" w:lineRule="auto"/>
              <w:jc w:val="center"/>
            </w:pPr>
            <w:r>
              <w:rPr>
                <w:rFonts w:ascii="Aptos" w:hAnsi="Aptos"/>
                <w:b w:val="0"/>
                <w:color w:val="414141"/>
                <w:sz w:val="16"/>
              </w:rPr>
              <w:t>Wundt position  116</w:t>
            </w:r>
          </w:p>
          <w:p>
            <w:pPr>
              <w:spacing w:before="0" w:after="22" w:line="240" w:lineRule="auto"/>
              <w:jc w:val="center"/>
            </w:pPr>
            <w:r>
              <w:rPr>
                <w:rFonts w:ascii="Aptos" w:hAnsi="Aptos"/>
                <w:b w:val="0"/>
                <w:color w:val="414141"/>
                <w:sz w:val="16"/>
              </w:rPr>
              <w:t>Wundt gate  0.993679</w:t>
            </w:r>
          </w:p>
          <w:p>
            <w:pPr>
              <w:spacing w:before="0" w:after="22" w:line="240" w:lineRule="auto"/>
              <w:jc w:val="center"/>
            </w:pPr>
            <w:r>
              <w:rPr>
                <w:rFonts w:ascii="Aptos" w:hAnsi="Aptos"/>
                <w:b w:val="0"/>
                <w:color w:val="414141"/>
                <w:sz w:val="16"/>
              </w:rPr>
              <w:t>q/random  0.5398    code bits  11,930</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117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7" name="Picture 117" descr="Three triangle comparison: X42614_M1, X58589_M3, X65633_M3"/>
            <wp:cNvGraphicFramePr>
              <a:graphicFrameLocks noChangeAspect="1"/>
            </wp:cNvGraphicFramePr>
            <a:graphic>
              <a:graphicData uri="http://schemas.openxmlformats.org/drawingml/2006/picture">
                <pic:pic>
                  <pic:nvPicPr>
                    <pic:cNvPr id="0" name="web_117.jpg"/>
                    <pic:cNvPicPr/>
                  </pic:nvPicPr>
                  <pic:blipFill>
                    <a:blip r:embed="rId125"/>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117</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117</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117</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X42614_M1</w:t>
            </w:r>
          </w:p>
          <w:p>
            <w:pPr>
              <w:spacing w:before="0" w:after="22" w:line="240" w:lineRule="auto"/>
              <w:jc w:val="center"/>
            </w:pPr>
            <w:r>
              <w:rPr>
                <w:rFonts w:ascii="Aptos" w:hAnsi="Aptos"/>
                <w:b w:val="0"/>
                <w:color w:val="414141"/>
                <w:sz w:val="16"/>
              </w:rPr>
              <w:t>Definition  X(42614); M1 cevian triangle</w:t>
            </w:r>
          </w:p>
          <w:p>
            <w:pPr>
              <w:spacing w:before="0" w:after="22" w:line="240" w:lineRule="auto"/>
              <w:jc w:val="center"/>
            </w:pPr>
            <w:r>
              <w:rPr>
                <w:rFonts w:ascii="Aptos" w:hAnsi="Aptos"/>
                <w:b w:val="0"/>
                <w:color w:val="414141"/>
                <w:sz w:val="16"/>
              </w:rPr>
              <w:t>Neural score  55.379</w:t>
            </w:r>
          </w:p>
          <w:p>
            <w:pPr>
              <w:spacing w:before="0" w:after="22" w:line="240" w:lineRule="auto"/>
              <w:jc w:val="center"/>
            </w:pPr>
            <w:r>
              <w:rPr>
                <w:rFonts w:ascii="Aptos" w:hAnsi="Aptos"/>
                <w:b w:val="0"/>
                <w:color w:val="414141"/>
                <w:sz w:val="16"/>
              </w:rPr>
              <w:t>Code bits  4,888    q/random  0.2589</w:t>
            </w:r>
          </w:p>
          <w:p>
            <w:pPr>
              <w:spacing w:before="0" w:after="22" w:line="240" w:lineRule="auto"/>
              <w:jc w:val="center"/>
            </w:pPr>
            <w:r>
              <w:rPr>
                <w:rFonts w:ascii="Aptos" w:hAnsi="Aptos"/>
                <w:b w:val="0"/>
                <w:color w:val="414141"/>
                <w:sz w:val="16"/>
              </w:rPr>
              <w:t>Fitted taste  0.843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X58589_M3</w:t>
            </w:r>
          </w:p>
          <w:p>
            <w:pPr>
              <w:spacing w:before="0" w:after="22" w:line="240" w:lineRule="auto"/>
              <w:jc w:val="center"/>
            </w:pPr>
            <w:r>
              <w:rPr>
                <w:rFonts w:ascii="Aptos" w:hAnsi="Aptos"/>
                <w:b w:val="0"/>
                <w:color w:val="414141"/>
                <w:sz w:val="16"/>
              </w:rPr>
              <w:t>Definition  X(58589); M3 pedal triangle</w:t>
            </w:r>
          </w:p>
          <w:p>
            <w:pPr>
              <w:spacing w:before="0" w:after="22" w:line="240" w:lineRule="auto"/>
              <w:jc w:val="center"/>
            </w:pPr>
            <w:r>
              <w:rPr>
                <w:rFonts w:ascii="Aptos" w:hAnsi="Aptos"/>
                <w:b w:val="0"/>
                <w:color w:val="414141"/>
                <w:sz w:val="16"/>
              </w:rPr>
              <w:t>Code-bit rank  116    position  117</w:t>
            </w:r>
          </w:p>
          <w:p>
            <w:pPr>
              <w:spacing w:before="0" w:after="22" w:line="240" w:lineRule="auto"/>
              <w:jc w:val="center"/>
            </w:pPr>
            <w:r>
              <w:rPr>
                <w:rFonts w:ascii="Aptos" w:hAnsi="Aptos"/>
                <w:b w:val="0"/>
                <w:color w:val="414141"/>
                <w:sz w:val="16"/>
              </w:rPr>
              <w:t>Quadtree code bits  1,227</w:t>
            </w:r>
          </w:p>
          <w:p>
            <w:pPr>
              <w:spacing w:before="0" w:after="22" w:line="240" w:lineRule="auto"/>
              <w:jc w:val="center"/>
            </w:pPr>
            <w:r>
              <w:rPr>
                <w:rFonts w:ascii="Aptos" w:hAnsi="Aptos"/>
                <w:b w:val="0"/>
                <w:color w:val="414141"/>
                <w:sz w:val="16"/>
              </w:rPr>
              <w:t>q/random  0.22124    PNG/random  0.3091</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X65633_M3</w:t>
            </w:r>
          </w:p>
          <w:p>
            <w:pPr>
              <w:spacing w:before="0" w:after="22" w:line="240" w:lineRule="auto"/>
              <w:jc w:val="center"/>
            </w:pPr>
            <w:r>
              <w:rPr>
                <w:rFonts w:ascii="Aptos" w:hAnsi="Aptos"/>
                <w:b w:val="0"/>
                <w:color w:val="414141"/>
                <w:sz w:val="16"/>
              </w:rPr>
              <w:t>Definition  X(65633); M3 pedal triangle</w:t>
            </w:r>
          </w:p>
          <w:p>
            <w:pPr>
              <w:spacing w:before="0" w:after="22" w:line="240" w:lineRule="auto"/>
              <w:jc w:val="center"/>
            </w:pPr>
            <w:r>
              <w:rPr>
                <w:rFonts w:ascii="Aptos" w:hAnsi="Aptos"/>
                <w:b w:val="0"/>
                <w:color w:val="414141"/>
                <w:sz w:val="16"/>
              </w:rPr>
              <w:t>Wundt position  117</w:t>
            </w:r>
          </w:p>
          <w:p>
            <w:pPr>
              <w:spacing w:before="0" w:after="22" w:line="240" w:lineRule="auto"/>
              <w:jc w:val="center"/>
            </w:pPr>
            <w:r>
              <w:rPr>
                <w:rFonts w:ascii="Aptos" w:hAnsi="Aptos"/>
                <w:b w:val="0"/>
                <w:color w:val="414141"/>
                <w:sz w:val="16"/>
              </w:rPr>
              <w:t>Wundt gate  0.993674</w:t>
            </w:r>
          </w:p>
          <w:p>
            <w:pPr>
              <w:spacing w:before="0" w:after="22" w:line="240" w:lineRule="auto"/>
              <w:jc w:val="center"/>
            </w:pPr>
            <w:r>
              <w:rPr>
                <w:rFonts w:ascii="Aptos" w:hAnsi="Aptos"/>
                <w:b w:val="0"/>
                <w:color w:val="414141"/>
                <w:sz w:val="16"/>
              </w:rPr>
              <w:t>q/random  0.4602    code bits  5,875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118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8" name="Picture 118" descr="Three triangle comparison: X10988_M1, X17199_M3, X34578_M1"/>
            <wp:cNvGraphicFramePr>
              <a:graphicFrameLocks noChangeAspect="1"/>
            </wp:cNvGraphicFramePr>
            <a:graphic>
              <a:graphicData uri="http://schemas.openxmlformats.org/drawingml/2006/picture">
                <pic:pic>
                  <pic:nvPicPr>
                    <pic:cNvPr id="0" name="web_118.jpg"/>
                    <pic:cNvPicPr/>
                  </pic:nvPicPr>
                  <pic:blipFill>
                    <a:blip r:embed="rId126"/>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118</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118</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118</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X10988_M1</w:t>
            </w:r>
          </w:p>
          <w:p>
            <w:pPr>
              <w:spacing w:before="0" w:after="22" w:line="240" w:lineRule="auto"/>
              <w:jc w:val="center"/>
            </w:pPr>
            <w:r>
              <w:rPr>
                <w:rFonts w:ascii="Aptos" w:hAnsi="Aptos"/>
                <w:b w:val="0"/>
                <w:color w:val="414141"/>
                <w:sz w:val="16"/>
              </w:rPr>
              <w:t>Definition  X(10988); M1 cevian triangle</w:t>
            </w:r>
          </w:p>
          <w:p>
            <w:pPr>
              <w:spacing w:before="0" w:after="22" w:line="240" w:lineRule="auto"/>
              <w:jc w:val="center"/>
            </w:pPr>
            <w:r>
              <w:rPr>
                <w:rFonts w:ascii="Aptos" w:hAnsi="Aptos"/>
                <w:b w:val="0"/>
                <w:color w:val="414141"/>
                <w:sz w:val="16"/>
              </w:rPr>
              <w:t>Neural score  55.352</w:t>
            </w:r>
          </w:p>
          <w:p>
            <w:pPr>
              <w:spacing w:before="0" w:after="22" w:line="240" w:lineRule="auto"/>
              <w:jc w:val="center"/>
            </w:pPr>
            <w:r>
              <w:rPr>
                <w:rFonts w:ascii="Aptos" w:hAnsi="Aptos"/>
                <w:b w:val="0"/>
                <w:color w:val="414141"/>
                <w:sz w:val="16"/>
              </w:rPr>
              <w:t>Code bits  5,665    q/random  0.2731</w:t>
            </w:r>
          </w:p>
          <w:p>
            <w:pPr>
              <w:spacing w:before="0" w:after="22" w:line="240" w:lineRule="auto"/>
              <w:jc w:val="center"/>
            </w:pPr>
            <w:r>
              <w:rPr>
                <w:rFonts w:ascii="Aptos" w:hAnsi="Aptos"/>
                <w:b w:val="0"/>
                <w:color w:val="414141"/>
                <w:sz w:val="16"/>
              </w:rPr>
              <w:t>Fitted taste  0.708</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X17199_M3</w:t>
            </w:r>
          </w:p>
          <w:p>
            <w:pPr>
              <w:spacing w:before="0" w:after="22" w:line="240" w:lineRule="auto"/>
              <w:jc w:val="center"/>
            </w:pPr>
            <w:r>
              <w:rPr>
                <w:rFonts w:ascii="Aptos" w:hAnsi="Aptos"/>
                <w:b w:val="0"/>
                <w:color w:val="414141"/>
                <w:sz w:val="16"/>
              </w:rPr>
              <w:t>Definition  X(17199); M3 pedal triangle</w:t>
            </w:r>
          </w:p>
          <w:p>
            <w:pPr>
              <w:spacing w:before="0" w:after="22" w:line="240" w:lineRule="auto"/>
              <w:jc w:val="center"/>
            </w:pPr>
            <w:r>
              <w:rPr>
                <w:rFonts w:ascii="Aptos" w:hAnsi="Aptos"/>
                <w:b w:val="0"/>
                <w:color w:val="414141"/>
                <w:sz w:val="16"/>
              </w:rPr>
              <w:t>Code-bit rank  118    position  118</w:t>
            </w:r>
          </w:p>
          <w:p>
            <w:pPr>
              <w:spacing w:before="0" w:after="22" w:line="240" w:lineRule="auto"/>
              <w:jc w:val="center"/>
            </w:pPr>
            <w:r>
              <w:rPr>
                <w:rFonts w:ascii="Aptos" w:hAnsi="Aptos"/>
                <w:b w:val="0"/>
                <w:color w:val="414141"/>
                <w:sz w:val="16"/>
              </w:rPr>
              <w:t>Quadtree code bits  1,234</w:t>
            </w:r>
          </w:p>
          <w:p>
            <w:pPr>
              <w:spacing w:before="0" w:after="22" w:line="240" w:lineRule="auto"/>
              <w:jc w:val="center"/>
            </w:pPr>
            <w:r>
              <w:rPr>
                <w:rFonts w:ascii="Aptos" w:hAnsi="Aptos"/>
                <w:b w:val="0"/>
                <w:color w:val="414141"/>
                <w:sz w:val="16"/>
              </w:rPr>
              <w:t>q/random  0.13415    PNG/random  0.1484</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X34578_M1</w:t>
            </w:r>
          </w:p>
          <w:p>
            <w:pPr>
              <w:spacing w:before="0" w:after="22" w:line="240" w:lineRule="auto"/>
              <w:jc w:val="center"/>
            </w:pPr>
            <w:r>
              <w:rPr>
                <w:rFonts w:ascii="Aptos" w:hAnsi="Aptos"/>
                <w:b w:val="0"/>
                <w:color w:val="414141"/>
                <w:sz w:val="16"/>
              </w:rPr>
              <w:t>Definition  X(34578); M1 cevian triangle</w:t>
            </w:r>
          </w:p>
          <w:p>
            <w:pPr>
              <w:spacing w:before="0" w:after="22" w:line="240" w:lineRule="auto"/>
              <w:jc w:val="center"/>
            </w:pPr>
            <w:r>
              <w:rPr>
                <w:rFonts w:ascii="Aptos" w:hAnsi="Aptos"/>
                <w:b w:val="0"/>
                <w:color w:val="414141"/>
                <w:sz w:val="16"/>
              </w:rPr>
              <w:t>Wundt position  118</w:t>
            </w:r>
          </w:p>
          <w:p>
            <w:pPr>
              <w:spacing w:before="0" w:after="22" w:line="240" w:lineRule="auto"/>
              <w:jc w:val="center"/>
            </w:pPr>
            <w:r>
              <w:rPr>
                <w:rFonts w:ascii="Aptos" w:hAnsi="Aptos"/>
                <w:b w:val="0"/>
                <w:color w:val="414141"/>
                <w:sz w:val="16"/>
              </w:rPr>
              <w:t>Wundt gate  0.993578</w:t>
            </w:r>
          </w:p>
          <w:p>
            <w:pPr>
              <w:spacing w:before="0" w:after="22" w:line="240" w:lineRule="auto"/>
              <w:jc w:val="center"/>
            </w:pPr>
            <w:r>
              <w:rPr>
                <w:rFonts w:ascii="Aptos" w:hAnsi="Aptos"/>
                <w:b w:val="0"/>
                <w:color w:val="414141"/>
                <w:sz w:val="16"/>
              </w:rPr>
              <w:t>q/random  0.4599    code bits  10,327</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119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19" name="Picture 119" descr="Three triangle comparison: X43680_M3, X324_M3, X61553_M3"/>
            <wp:cNvGraphicFramePr>
              <a:graphicFrameLocks noChangeAspect="1"/>
            </wp:cNvGraphicFramePr>
            <a:graphic>
              <a:graphicData uri="http://schemas.openxmlformats.org/drawingml/2006/picture">
                <pic:pic>
                  <pic:nvPicPr>
                    <pic:cNvPr id="0" name="web_119.jpg"/>
                    <pic:cNvPicPr/>
                  </pic:nvPicPr>
                  <pic:blipFill>
                    <a:blip r:embed="rId127"/>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119</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119</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119</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X43680_M3</w:t>
            </w:r>
          </w:p>
          <w:p>
            <w:pPr>
              <w:spacing w:before="0" w:after="22" w:line="240" w:lineRule="auto"/>
              <w:jc w:val="center"/>
            </w:pPr>
            <w:r>
              <w:rPr>
                <w:rFonts w:ascii="Aptos" w:hAnsi="Aptos"/>
                <w:b w:val="0"/>
                <w:color w:val="414141"/>
                <w:sz w:val="16"/>
              </w:rPr>
              <w:t>Definition  X(43680); M3 pedal triangle</w:t>
            </w:r>
          </w:p>
          <w:p>
            <w:pPr>
              <w:spacing w:before="0" w:after="22" w:line="240" w:lineRule="auto"/>
              <w:jc w:val="center"/>
            </w:pPr>
            <w:r>
              <w:rPr>
                <w:rFonts w:ascii="Aptos" w:hAnsi="Aptos"/>
                <w:b w:val="0"/>
                <w:color w:val="414141"/>
                <w:sz w:val="16"/>
              </w:rPr>
              <w:t>Neural score  55.350</w:t>
            </w:r>
          </w:p>
          <w:p>
            <w:pPr>
              <w:spacing w:before="0" w:after="22" w:line="240" w:lineRule="auto"/>
              <w:jc w:val="center"/>
            </w:pPr>
            <w:r>
              <w:rPr>
                <w:rFonts w:ascii="Aptos" w:hAnsi="Aptos"/>
                <w:b w:val="0"/>
                <w:color w:val="414141"/>
                <w:sz w:val="16"/>
              </w:rPr>
              <w:t>Code bits  4,181    q/random  0.1899</w:t>
            </w:r>
          </w:p>
          <w:p>
            <w:pPr>
              <w:spacing w:before="0" w:after="22" w:line="240" w:lineRule="auto"/>
              <w:jc w:val="center"/>
            </w:pPr>
            <w:r>
              <w:rPr>
                <w:rFonts w:ascii="Aptos" w:hAnsi="Aptos"/>
                <w:b w:val="0"/>
                <w:color w:val="414141"/>
                <w:sz w:val="16"/>
              </w:rPr>
              <w:t>Fitted taste  1.423</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X324_M3</w:t>
            </w:r>
          </w:p>
          <w:p>
            <w:pPr>
              <w:spacing w:before="0" w:after="22" w:line="240" w:lineRule="auto"/>
              <w:jc w:val="center"/>
            </w:pPr>
            <w:r>
              <w:rPr>
                <w:rFonts w:ascii="Aptos" w:hAnsi="Aptos"/>
                <w:b w:val="0"/>
                <w:color w:val="414141"/>
                <w:sz w:val="16"/>
              </w:rPr>
              <w:t>Definition  X(324); M3 pedal triangle</w:t>
            </w:r>
          </w:p>
          <w:p>
            <w:pPr>
              <w:spacing w:before="0" w:after="22" w:line="240" w:lineRule="auto"/>
              <w:jc w:val="center"/>
            </w:pPr>
            <w:r>
              <w:rPr>
                <w:rFonts w:ascii="Aptos" w:hAnsi="Aptos"/>
                <w:b w:val="0"/>
                <w:color w:val="414141"/>
                <w:sz w:val="16"/>
              </w:rPr>
              <w:t>Code-bit rank  118    position  119</w:t>
            </w:r>
          </w:p>
          <w:p>
            <w:pPr>
              <w:spacing w:before="0" w:after="22" w:line="240" w:lineRule="auto"/>
              <w:jc w:val="center"/>
            </w:pPr>
            <w:r>
              <w:rPr>
                <w:rFonts w:ascii="Aptos" w:hAnsi="Aptos"/>
                <w:b w:val="0"/>
                <w:color w:val="414141"/>
                <w:sz w:val="16"/>
              </w:rPr>
              <w:t>Quadtree code bits  1,234</w:t>
            </w:r>
          </w:p>
          <w:p>
            <w:pPr>
              <w:spacing w:before="0" w:after="22" w:line="240" w:lineRule="auto"/>
              <w:jc w:val="center"/>
            </w:pPr>
            <w:r>
              <w:rPr>
                <w:rFonts w:ascii="Aptos" w:hAnsi="Aptos"/>
                <w:b w:val="0"/>
                <w:color w:val="414141"/>
                <w:sz w:val="16"/>
              </w:rPr>
              <w:t>q/random  0.07622    PNG/random  0.1926</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X61553_M3</w:t>
            </w:r>
          </w:p>
          <w:p>
            <w:pPr>
              <w:spacing w:before="0" w:after="22" w:line="240" w:lineRule="auto"/>
              <w:jc w:val="center"/>
            </w:pPr>
            <w:r>
              <w:rPr>
                <w:rFonts w:ascii="Aptos" w:hAnsi="Aptos"/>
                <w:b w:val="0"/>
                <w:color w:val="414141"/>
                <w:sz w:val="16"/>
              </w:rPr>
              <w:t>Definition  X(61553); M3 pedal triangle</w:t>
            </w:r>
          </w:p>
          <w:p>
            <w:pPr>
              <w:spacing w:before="0" w:after="22" w:line="240" w:lineRule="auto"/>
              <w:jc w:val="center"/>
            </w:pPr>
            <w:r>
              <w:rPr>
                <w:rFonts w:ascii="Aptos" w:hAnsi="Aptos"/>
                <w:b w:val="0"/>
                <w:color w:val="414141"/>
                <w:sz w:val="16"/>
              </w:rPr>
              <w:t>Wundt position  119</w:t>
            </w:r>
          </w:p>
          <w:p>
            <w:pPr>
              <w:spacing w:before="0" w:after="22" w:line="240" w:lineRule="auto"/>
              <w:jc w:val="center"/>
            </w:pPr>
            <w:r>
              <w:rPr>
                <w:rFonts w:ascii="Aptos" w:hAnsi="Aptos"/>
                <w:b w:val="0"/>
                <w:color w:val="414141"/>
                <w:sz w:val="16"/>
              </w:rPr>
              <w:t>Wundt gate  0.993330</w:t>
            </w:r>
          </w:p>
          <w:p>
            <w:pPr>
              <w:spacing w:before="0" w:after="22" w:line="240" w:lineRule="auto"/>
              <w:jc w:val="center"/>
            </w:pPr>
            <w:r>
              <w:rPr>
                <w:rFonts w:ascii="Aptos" w:hAnsi="Aptos"/>
                <w:b w:val="0"/>
                <w:color w:val="414141"/>
                <w:sz w:val="16"/>
              </w:rPr>
              <w:t>q/random  0.4592    code bits  9,172</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p>
      <w:pPr>
        <w:pStyle w:val="Title"/>
        <w:pageBreakBefore/>
        <w:spacing w:before="0" w:after="0"/>
        <w:jc w:val="center"/>
      </w:pPr>
      <w:r>
        <w:t>Three Triangle Compressibility and Interestingness Atlas</w:t>
      </w:r>
    </w:p>
    <w:p>
      <w:pPr>
        <w:spacing w:before="0" w:after="40"/>
        <w:jc w:val="center"/>
      </w:pPr>
      <w:r>
        <w:rPr>
          <w:rFonts w:ascii="Aptos" w:hAnsi="Aptos"/>
          <w:b w:val="0"/>
          <w:color w:val="414141"/>
          <w:sz w:val="17"/>
        </w:rPr>
        <w:t>Comparison position 120 of 120    Left and right upright    Center visually inverted and maximized</w:t>
      </w:r>
    </w:p>
    <w:p>
      <w:pPr>
        <w:spacing w:before="0" w:after="40"/>
        <w:jc w:val="center"/>
      </w:pPr>
      <w:r>
        <w:drawing>
          <wp:inline xmlns:a="http://schemas.openxmlformats.org/drawingml/2006/main" xmlns:pic="http://schemas.openxmlformats.org/drawingml/2006/picture">
            <wp:extent cx="14218920" cy="6159378"/>
            <wp:docPr id="120" name="Picture 120" descr="Three triangle comparison: X2768_M1, X60623_M3, X54489_M1"/>
            <wp:cNvGraphicFramePr>
              <a:graphicFrameLocks noChangeAspect="1"/>
            </wp:cNvGraphicFramePr>
            <a:graphic>
              <a:graphicData uri="http://schemas.openxmlformats.org/drawingml/2006/picture">
                <pic:pic>
                  <pic:nvPicPr>
                    <pic:cNvPr id="0" name="web_120.jpg"/>
                    <pic:cNvPicPr/>
                  </pic:nvPicPr>
                  <pic:blipFill>
                    <a:blip r:embed="rId128"/>
                    <a:stretch>
                      <a:fillRect/>
                    </a:stretch>
                  </pic:blipFill>
                  <pic:spPr>
                    <a:xfrm>
                      <a:off x="0" y="0"/>
                      <a:ext cx="14218920" cy="6159378"/>
                    </a:xfrm>
                    <a:prstGeom prst="rect"/>
                  </pic:spPr>
                </pic:pic>
              </a:graphicData>
            </a:graphic>
          </wp:inline>
        </w:drawing>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7597"/>
        <w:gridCol w:w="7597"/>
        <w:gridCol w:w="7597"/>
      </w:tblGrid>
      <w:tr>
        <w:tc>
          <w:tcPr>
            <w:tcW w:type="dxa" w:w="7373"/>
            <w:vAlign w:val="center"/>
            <w:tcMar>
              <w:top w:w="55" w:type="dxa"/>
              <w:start w:w="90" w:type="dxa"/>
              <w:bottom w:w="55" w:type="dxa"/>
              <w:end w:w="90" w:type="dxa"/>
            </w:tcMar>
            <w:shd w:fill="1B435E"/>
          </w:tcPr>
          <w:p>
            <w:pPr>
              <w:spacing w:after="0"/>
              <w:jc w:val="center"/>
            </w:pPr>
            <w:r>
              <w:rPr>
                <w:rFonts w:ascii="Aptos" w:hAnsi="Aptos"/>
                <w:b/>
                <w:color w:val="FFFFFF"/>
                <w:sz w:val="17"/>
              </w:rPr>
              <w:t>NEURAL INTERESTINGNESS  120</w:t>
            </w:r>
          </w:p>
        </w:tc>
        <w:tc>
          <w:tcPr>
            <w:tcW w:type="dxa" w:w="7373"/>
            <w:vAlign w:val="center"/>
            <w:tcMar>
              <w:top w:w="55" w:type="dxa"/>
              <w:start w:w="90" w:type="dxa"/>
              <w:bottom w:w="55" w:type="dxa"/>
              <w:end w:w="90" w:type="dxa"/>
            </w:tcMar>
            <w:shd w:fill="AC4A28"/>
          </w:tcPr>
          <w:p>
            <w:pPr>
              <w:spacing w:after="0"/>
              <w:jc w:val="center"/>
            </w:pPr>
            <w:r>
              <w:rPr>
                <w:rFonts w:ascii="Aptos" w:hAnsi="Aptos"/>
                <w:b/>
                <w:color w:val="FFFFFF"/>
                <w:sz w:val="17"/>
              </w:rPr>
              <w:t>RAW QUADTREE CODE BITS  120</w:t>
            </w:r>
          </w:p>
        </w:tc>
        <w:tc>
          <w:tcPr>
            <w:tcW w:type="dxa" w:w="7373"/>
            <w:vAlign w:val="center"/>
            <w:tcMar>
              <w:top w:w="55" w:type="dxa"/>
              <w:start w:w="90" w:type="dxa"/>
              <w:bottom w:w="55" w:type="dxa"/>
              <w:end w:w="90" w:type="dxa"/>
            </w:tcMar>
            <w:shd w:fill="373737"/>
          </w:tcPr>
          <w:p>
            <w:pPr>
              <w:spacing w:after="0"/>
              <w:jc w:val="center"/>
            </w:pPr>
            <w:r>
              <w:rPr>
                <w:rFonts w:ascii="Aptos" w:hAnsi="Aptos"/>
                <w:b/>
                <w:color w:val="FFFFFF"/>
                <w:sz w:val="17"/>
              </w:rPr>
              <w:t>FORMER WUNDT GATE  120</w:t>
            </w:r>
          </w:p>
        </w:tc>
      </w:tr>
      <w:tr>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X2768_M1</w:t>
            </w:r>
          </w:p>
          <w:p>
            <w:pPr>
              <w:spacing w:before="0" w:after="22" w:line="240" w:lineRule="auto"/>
              <w:jc w:val="center"/>
            </w:pPr>
            <w:r>
              <w:rPr>
                <w:rFonts w:ascii="Aptos" w:hAnsi="Aptos"/>
                <w:b w:val="0"/>
                <w:color w:val="414141"/>
                <w:sz w:val="16"/>
              </w:rPr>
              <w:t>Definition  X(2768); M1 cevian triangle</w:t>
            </w:r>
          </w:p>
          <w:p>
            <w:pPr>
              <w:spacing w:before="0" w:after="22" w:line="240" w:lineRule="auto"/>
              <w:jc w:val="center"/>
            </w:pPr>
            <w:r>
              <w:rPr>
                <w:rFonts w:ascii="Aptos" w:hAnsi="Aptos"/>
                <w:b w:val="0"/>
                <w:color w:val="414141"/>
                <w:sz w:val="16"/>
              </w:rPr>
              <w:t>Neural score  55.316</w:t>
            </w:r>
          </w:p>
          <w:p>
            <w:pPr>
              <w:spacing w:before="0" w:after="22" w:line="240" w:lineRule="auto"/>
              <w:jc w:val="center"/>
            </w:pPr>
            <w:r>
              <w:rPr>
                <w:rFonts w:ascii="Aptos" w:hAnsi="Aptos"/>
                <w:b w:val="0"/>
                <w:color w:val="414141"/>
                <w:sz w:val="16"/>
              </w:rPr>
              <w:t>Code bits  6,134    q/random  0.2902</w:t>
            </w:r>
          </w:p>
          <w:p>
            <w:pPr>
              <w:spacing w:before="0" w:after="22" w:line="240" w:lineRule="auto"/>
              <w:jc w:val="center"/>
            </w:pPr>
            <w:r>
              <w:rPr>
                <w:rFonts w:ascii="Aptos" w:hAnsi="Aptos"/>
                <w:b w:val="0"/>
                <w:color w:val="414141"/>
                <w:sz w:val="16"/>
              </w:rPr>
              <w:t>Fitted taste  1.187</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X60623_M3</w:t>
            </w:r>
          </w:p>
          <w:p>
            <w:pPr>
              <w:spacing w:before="0" w:after="22" w:line="240" w:lineRule="auto"/>
              <w:jc w:val="center"/>
            </w:pPr>
            <w:r>
              <w:rPr>
                <w:rFonts w:ascii="Aptos" w:hAnsi="Aptos"/>
                <w:b w:val="0"/>
                <w:color w:val="414141"/>
                <w:sz w:val="16"/>
              </w:rPr>
              <w:t>Definition  X(60623); M3 pedal triangle</w:t>
            </w:r>
          </w:p>
          <w:p>
            <w:pPr>
              <w:spacing w:before="0" w:after="22" w:line="240" w:lineRule="auto"/>
              <w:jc w:val="center"/>
            </w:pPr>
            <w:r>
              <w:rPr>
                <w:rFonts w:ascii="Aptos" w:hAnsi="Aptos"/>
                <w:b w:val="0"/>
                <w:color w:val="414141"/>
                <w:sz w:val="16"/>
              </w:rPr>
              <w:t>Code-bit rank  118    position  120</w:t>
            </w:r>
          </w:p>
          <w:p>
            <w:pPr>
              <w:spacing w:before="0" w:after="22" w:line="240" w:lineRule="auto"/>
              <w:jc w:val="center"/>
            </w:pPr>
            <w:r>
              <w:rPr>
                <w:rFonts w:ascii="Aptos" w:hAnsi="Aptos"/>
                <w:b w:val="0"/>
                <w:color w:val="414141"/>
                <w:sz w:val="16"/>
              </w:rPr>
              <w:t>Quadtree code bits  1,234</w:t>
            </w:r>
          </w:p>
          <w:p>
            <w:pPr>
              <w:spacing w:before="0" w:after="22" w:line="240" w:lineRule="auto"/>
              <w:jc w:val="center"/>
            </w:pPr>
            <w:r>
              <w:rPr>
                <w:rFonts w:ascii="Aptos" w:hAnsi="Aptos"/>
                <w:b w:val="0"/>
                <w:color w:val="414141"/>
                <w:sz w:val="16"/>
              </w:rPr>
              <w:t>q/random  0.07300    PNG/random  0.1939</w:t>
            </w:r>
          </w:p>
        </w:tc>
        <w:tc>
          <w:tcPr>
            <w:tcW w:type="dxa" w:w="7373"/>
            <w:vAlign w:val="center"/>
            <w:tcMar>
              <w:top w:w="70" w:type="dxa"/>
              <w:start w:w="100" w:type="dxa"/>
              <w:bottom w:w="70" w:type="dxa"/>
              <w:end w:w="100" w:type="dxa"/>
            </w:tcMar>
          </w:tcPr>
          <w:p>
            <w:pPr>
              <w:spacing w:before="0" w:after="22" w:line="240" w:lineRule="auto"/>
              <w:jc w:val="center"/>
            </w:pPr>
            <w:r>
              <w:rPr>
                <w:rFonts w:ascii="Aptos" w:hAnsi="Aptos"/>
                <w:b/>
                <w:sz w:val="18"/>
              </w:rPr>
              <w:t>X54489_M1</w:t>
            </w:r>
          </w:p>
          <w:p>
            <w:pPr>
              <w:spacing w:before="0" w:after="22" w:line="240" w:lineRule="auto"/>
              <w:jc w:val="center"/>
            </w:pPr>
            <w:r>
              <w:rPr>
                <w:rFonts w:ascii="Aptos" w:hAnsi="Aptos"/>
                <w:b w:val="0"/>
                <w:color w:val="414141"/>
                <w:sz w:val="16"/>
              </w:rPr>
              <w:t>Definition  X(54489); M1 cevian triangle</w:t>
            </w:r>
          </w:p>
          <w:p>
            <w:pPr>
              <w:spacing w:before="0" w:after="22" w:line="240" w:lineRule="auto"/>
              <w:jc w:val="center"/>
            </w:pPr>
            <w:r>
              <w:rPr>
                <w:rFonts w:ascii="Aptos" w:hAnsi="Aptos"/>
                <w:b w:val="0"/>
                <w:color w:val="414141"/>
                <w:sz w:val="16"/>
              </w:rPr>
              <w:t>Wundt position  120</w:t>
            </w:r>
          </w:p>
          <w:p>
            <w:pPr>
              <w:spacing w:before="0" w:after="22" w:line="240" w:lineRule="auto"/>
              <w:jc w:val="center"/>
            </w:pPr>
            <w:r>
              <w:rPr>
                <w:rFonts w:ascii="Aptos" w:hAnsi="Aptos"/>
                <w:b w:val="0"/>
                <w:color w:val="414141"/>
                <w:sz w:val="16"/>
              </w:rPr>
              <w:t>Wundt gate  0.993313</w:t>
            </w:r>
          </w:p>
          <w:p>
            <w:pPr>
              <w:spacing w:before="0" w:after="22" w:line="240" w:lineRule="auto"/>
              <w:jc w:val="center"/>
            </w:pPr>
            <w:r>
              <w:rPr>
                <w:rFonts w:ascii="Aptos" w:hAnsi="Aptos"/>
                <w:b w:val="0"/>
                <w:color w:val="414141"/>
                <w:sz w:val="16"/>
              </w:rPr>
              <w:t>q/random  0.4591    code bits  10,495</w:t>
            </w:r>
          </w:p>
        </w:tc>
      </w:tr>
    </w:tbl>
    <w:p>
      <w:pPr>
        <w:spacing w:before="40" w:after="0"/>
        <w:jc w:val="center"/>
      </w:pPr>
      <w:r>
        <w:rPr>
          <w:rFonts w:ascii="Aptos" w:hAnsi="Aptos"/>
          <w:b w:val="0"/>
          <w:color w:val="414141"/>
          <w:sz w:val="14"/>
        </w:rPr>
        <w:t>Each source plot uses 50,000 retained points after 4,000 discarded points and all six angle permutations. The center plot is visually oriented and enlarged only for presentation. Raw quadtree ranking is ascending by code bits.</w:t>
      </w:r>
    </w:p>
    <w:sectPr w:rsidR="00FC693F" w:rsidRPr="0006063C" w:rsidSect="00034616">
      <w:pgSz w:w="23811" w:h="16838" w:orient="landscape"/>
      <w:pgMar w:top="397" w:right="510" w:bottom="340" w:left="510" w:header="227" w:footer="22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Triangle Compressibility and Interestingness Atlas Top 120 Web Edition</dc:title>
  <dc:subject>Web and GitHub edition with screen-optimized artwork</dc:subject>
  <dc:creator>Ismail Hammoudeh</dc:creator>
  <cp:keywords/>
  <dc:description>generated by python-docx</dc:description>
  <cp:lastModifiedBy/>
  <cp:revision>1</cp:revision>
  <dcterms:created xsi:type="dcterms:W3CDTF">2013-12-23T23:15:00Z</dcterms:created>
  <dcterms:modified xsi:type="dcterms:W3CDTF">2013-12-23T23:15:00Z</dcterms:modified>
  <cp:category/>
</cp:coreProperties>
</file>